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900"/>
        <w:jc w:val="center"/>
      </w:pPr>
      <w:r>
        <w:drawing>
          <wp:inline xmlns:a="http://schemas.openxmlformats.org/drawingml/2006/main" xmlns:pic="http://schemas.openxmlformats.org/drawingml/2006/picture">
            <wp:extent cx="3240000" cy="2430000"/>
            <wp:docPr id="1" name="Picture 1" descr="Image: image1.jp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HumanoidSystem CI(4)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240000" cy="2430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280"/>
        <w:jc w:val="center"/>
      </w:pPr>
      <w:r>
        <w:rPr>
          <w:rFonts w:ascii="NanumSquare" w:hAnsi="NanumSquare" w:eastAsia="NanumSquare"/>
          <w:b/>
          <w:color w:val="1F4E78"/>
          <w:sz w:val="50"/>
        </w:rPr>
        <w:t>사무실 안내·순찰 로봇 ROS 2 인터페이스 명세서</w:t>
      </w:r>
    </w:p>
    <w:p>
      <w:pPr>
        <w:jc w:val="center"/>
      </w:pPr>
      <w:r>
        <w:rPr>
          <w:rFonts w:ascii="Noto Sans" w:hAnsi="Noto Sans" w:eastAsia="Noto Sans"/>
          <w:color w:val="555555"/>
          <w:sz w:val="24"/>
        </w:rPr>
        <w:t>Office Guide &amp; Patrol Robot ROS 2 Interface Specification</w:t>
      </w:r>
    </w:p>
    <w:p>
      <w:pPr>
        <w:spacing w:before="500"/>
        <w:jc w:val="center"/>
      </w:pPr>
      <w:r>
        <w:rPr>
          <w:rFonts w:ascii="NanumSquare" w:hAnsi="NanumSquare" w:eastAsia="NanumSquare"/>
          <w:b/>
          <w:sz w:val="28"/>
        </w:rPr>
        <w:t>휴머노이드시스템  |  HumanoidSystem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</w:tblPr>
      <w:tblGrid>
        <w:gridCol w:w="5103"/>
        <w:gridCol w:w="5103"/>
      </w:tblGrid>
      <w:tr>
        <w:tc>
          <w:tcPr>
            <w:tcW w:type="dxa" w:w="2381"/>
            <w:shd w:fill="D9EAF7"/>
            <w:tcMar>
              <w:top w:w="110" w:type="dxa"/>
              <w:start w:w="120" w:type="dxa"/>
              <w:bottom w:w="110" w:type="dxa"/>
              <w:end w:w="120" w:type="dxa"/>
            </w:tcMar>
          </w:tcPr>
          <w:p>
            <w:pPr>
              <w:jc w:val="center"/>
            </w:pPr>
            <w:r>
              <w:rPr>
                <w:rFonts w:ascii="Noto Sans CJK KR" w:hAnsi="Noto Sans CJK KR" w:eastAsia="Noto Sans CJK KR"/>
                <w:b/>
                <w:sz w:val="20"/>
              </w:rPr>
              <w:t>문서 번호</w:t>
            </w:r>
          </w:p>
        </w:tc>
        <w:tc>
          <w:tcPr>
            <w:tcW w:type="dxa" w:w="4989"/>
            <w:tcMar>
              <w:top w:w="110" w:type="dxa"/>
              <w:start w:w="120" w:type="dxa"/>
              <w:bottom w:w="110" w:type="dxa"/>
              <w:end w:w="120" w:type="dxa"/>
            </w:tcMar>
          </w:tcPr>
          <w:p>
            <w:pPr>
              <w:jc w:val="left"/>
            </w:pPr>
            <w:r>
              <w:rPr>
                <w:rFonts w:ascii="Noto Sans CJK KR" w:hAnsi="Noto Sans CJK KR" w:eastAsia="Noto Sans CJK KR"/>
                <w:b w:val="0"/>
                <w:sz w:val="20"/>
              </w:rPr>
              <w:t>HS-OR-IRS-001</w:t>
            </w:r>
          </w:p>
        </w:tc>
      </w:tr>
      <w:tr>
        <w:tc>
          <w:tcPr>
            <w:tcW w:type="dxa" w:w="2381"/>
            <w:shd w:fill="D9EAF7"/>
            <w:tcMar>
              <w:top w:w="110" w:type="dxa"/>
              <w:start w:w="120" w:type="dxa"/>
              <w:bottom w:w="110" w:type="dxa"/>
              <w:end w:w="120" w:type="dxa"/>
            </w:tcMar>
          </w:tcPr>
          <w:p>
            <w:pPr>
              <w:jc w:val="center"/>
            </w:pPr>
            <w:r>
              <w:rPr>
                <w:rFonts w:ascii="Noto Sans CJK KR" w:hAnsi="Noto Sans CJK KR" w:eastAsia="Noto Sans CJK KR"/>
                <w:b/>
                <w:sz w:val="20"/>
              </w:rPr>
              <w:t>버전</w:t>
            </w:r>
          </w:p>
        </w:tc>
        <w:tc>
          <w:tcPr>
            <w:tcW w:type="dxa" w:w="4989"/>
            <w:tcMar>
              <w:top w:w="110" w:type="dxa"/>
              <w:start w:w="120" w:type="dxa"/>
              <w:bottom w:w="110" w:type="dxa"/>
              <w:end w:w="120" w:type="dxa"/>
            </w:tcMar>
          </w:tcPr>
          <w:p>
            <w:pPr>
              <w:jc w:val="left"/>
            </w:pPr>
            <w:r>
              <w:rPr>
                <w:rFonts w:ascii="Noto Sans CJK KR" w:hAnsi="Noto Sans CJK KR" w:eastAsia="Noto Sans CJK KR"/>
                <w:b w:val="0"/>
                <w:sz w:val="20"/>
              </w:rPr>
              <w:t>1.0.0</w:t>
            </w:r>
          </w:p>
        </w:tc>
      </w:tr>
      <w:tr>
        <w:tc>
          <w:tcPr>
            <w:tcW w:type="dxa" w:w="2381"/>
            <w:shd w:fill="D9EAF7"/>
            <w:tcMar>
              <w:top w:w="110" w:type="dxa"/>
              <w:start w:w="120" w:type="dxa"/>
              <w:bottom w:w="110" w:type="dxa"/>
              <w:end w:w="120" w:type="dxa"/>
            </w:tcMar>
          </w:tcPr>
          <w:p>
            <w:pPr>
              <w:jc w:val="center"/>
            </w:pPr>
            <w:r>
              <w:rPr>
                <w:rFonts w:ascii="Noto Sans CJK KR" w:hAnsi="Noto Sans CJK KR" w:eastAsia="Noto Sans CJK KR"/>
                <w:b/>
                <w:sz w:val="20"/>
              </w:rPr>
              <w:t>작성일</w:t>
            </w:r>
          </w:p>
        </w:tc>
        <w:tc>
          <w:tcPr>
            <w:tcW w:type="dxa" w:w="4989"/>
            <w:tcMar>
              <w:top w:w="110" w:type="dxa"/>
              <w:start w:w="120" w:type="dxa"/>
              <w:bottom w:w="110" w:type="dxa"/>
              <w:end w:w="120" w:type="dxa"/>
            </w:tcMar>
          </w:tcPr>
          <w:p>
            <w:pPr>
              <w:jc w:val="left"/>
            </w:pPr>
            <w:r>
              <w:rPr>
                <w:rFonts w:ascii="Noto Sans CJK KR" w:hAnsi="Noto Sans CJK KR" w:eastAsia="Noto Sans CJK KR"/>
                <w:b w:val="0"/>
                <w:sz w:val="20"/>
              </w:rPr>
              <w:t>2026-07-18</w:t>
            </w:r>
          </w:p>
        </w:tc>
      </w:tr>
      <w:tr>
        <w:tc>
          <w:tcPr>
            <w:tcW w:type="dxa" w:w="2381"/>
            <w:shd w:fill="D9EAF7"/>
            <w:tcMar>
              <w:top w:w="110" w:type="dxa"/>
              <w:start w:w="120" w:type="dxa"/>
              <w:bottom w:w="110" w:type="dxa"/>
              <w:end w:w="120" w:type="dxa"/>
            </w:tcMar>
          </w:tcPr>
          <w:p>
            <w:pPr>
              <w:jc w:val="center"/>
            </w:pPr>
            <w:r>
              <w:rPr>
                <w:rFonts w:ascii="Noto Sans CJK KR" w:hAnsi="Noto Sans CJK KR" w:eastAsia="Noto Sans CJK KR"/>
                <w:b/>
                <w:sz w:val="20"/>
              </w:rPr>
              <w:t>문서 등급</w:t>
            </w:r>
          </w:p>
        </w:tc>
        <w:tc>
          <w:tcPr>
            <w:tcW w:type="dxa" w:w="4989"/>
            <w:tcMar>
              <w:top w:w="110" w:type="dxa"/>
              <w:start w:w="120" w:type="dxa"/>
              <w:bottom w:w="110" w:type="dxa"/>
              <w:end w:w="120" w:type="dxa"/>
            </w:tcMar>
          </w:tcPr>
          <w:p>
            <w:pPr>
              <w:jc w:val="left"/>
            </w:pPr>
            <w:r>
              <w:rPr>
                <w:rFonts w:ascii="Noto Sans CJK KR" w:hAnsi="Noto Sans CJK KR" w:eastAsia="Noto Sans CJK KR"/>
                <w:b w:val="0"/>
                <w:sz w:val="20"/>
              </w:rPr>
              <w:t>내부용 / Controlled Document</w:t>
            </w:r>
          </w:p>
        </w:tc>
      </w:tr>
      <w:tr>
        <w:tc>
          <w:tcPr>
            <w:tcW w:type="dxa" w:w="2381"/>
            <w:shd w:fill="D9EAF7"/>
            <w:tcMar>
              <w:top w:w="110" w:type="dxa"/>
              <w:start w:w="120" w:type="dxa"/>
              <w:bottom w:w="110" w:type="dxa"/>
              <w:end w:w="120" w:type="dxa"/>
            </w:tcMar>
          </w:tcPr>
          <w:p>
            <w:pPr>
              <w:jc w:val="center"/>
            </w:pPr>
            <w:r>
              <w:rPr>
                <w:rFonts w:ascii="Noto Sans CJK KR" w:hAnsi="Noto Sans CJK KR" w:eastAsia="Noto Sans CJK KR"/>
                <w:b/>
                <w:sz w:val="20"/>
              </w:rPr>
              <w:t>문서 상태</w:t>
            </w:r>
          </w:p>
        </w:tc>
        <w:tc>
          <w:tcPr>
            <w:tcW w:type="dxa" w:w="4989"/>
            <w:tcMar>
              <w:top w:w="110" w:type="dxa"/>
              <w:start w:w="120" w:type="dxa"/>
              <w:bottom w:w="110" w:type="dxa"/>
              <w:end w:w="120" w:type="dxa"/>
            </w:tcMar>
          </w:tcPr>
          <w:p>
            <w:pPr>
              <w:jc w:val="left"/>
            </w:pPr>
            <w:r>
              <w:rPr>
                <w:rFonts w:ascii="Noto Sans CJK KR" w:hAnsi="Noto Sans CJK KR" w:eastAsia="Noto Sans CJK KR"/>
                <w:b w:val="0"/>
                <w:sz w:val="20"/>
              </w:rPr>
              <w:t>초안 승인용</w:t>
            </w:r>
          </w:p>
        </w:tc>
      </w:tr>
    </w:tbl>
    <w:p>
      <w:pPr>
        <w:spacing w:before="800"/>
        <w:jc w:val="center"/>
      </w:pPr>
      <w:r>
        <w:rPr>
          <w:rFonts w:ascii="Noto Sans CJK KR" w:hAnsi="Noto Sans CJK KR" w:eastAsia="Noto Sans CJK KR"/>
          <w:color w:val="666666"/>
          <w:sz w:val="17"/>
        </w:rPr>
        <w:t>본 문서는 휴머노이드시스템의 관리 대상 문서입니다. 승인 없이 임의 배포·변경할 수 없습니다.</w:t>
      </w:r>
    </w:p>
    <w:p>
      <w:r>
        <w:br w:type="page"/>
      </w:r>
    </w:p>
    <w:p>
      <w:pPr>
        <w:pStyle w:val="Heading1"/>
        <w:keepNext/>
        <w:pBdr>
          <w:bottom w:val="single" w:sz="8" w:space="3" w:color="1F4E78"/>
        </w:pBdr>
      </w:pPr>
      <w:r>
        <w:t>문서 관리 정보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space="0" w:color="B7B7B7"/>
          <w:left w:val="single" w:sz="4" w:space="0" w:color="B7B7B7"/>
          <w:bottom w:val="single" w:sz="4" w:space="0" w:color="B7B7B7"/>
          <w:right w:val="single" w:sz="4" w:space="0" w:color="B7B7B7"/>
          <w:insideH w:val="single" w:sz="4" w:space="0" w:color="B7B7B7"/>
          <w:insideV w:val="single" w:sz="4" w:space="0" w:color="B7B7B7"/>
        </w:tblBorders>
      </w:tblPr>
      <w:tblGrid>
        <w:gridCol w:w="5103"/>
        <w:gridCol w:w="5103"/>
      </w:tblGrid>
      <w:tr>
        <w:trPr>
          <w:tblHeader w:val="true"/>
        </w:trPr>
        <w:tc>
          <w:tcPr>
            <w:tcW w:type="dxa" w:w="2268"/>
            <w:shd w:fill="1F4E78"/>
            <w:tcMar>
              <w:top w:w="80" w:type="dxa"/>
              <w:start w:w="70" w:type="dxa"/>
              <w:bottom w:w="80" w:type="dxa"/>
              <w:end w:w="7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Noto Sans CJK KR" w:hAnsi="Noto Sans CJK KR" w:eastAsia="Noto Sans CJK KR"/>
                <w:b/>
                <w:color w:val="FFFFFF"/>
                <w:sz w:val="16"/>
              </w:rPr>
              <w:t>구분</w:t>
            </w:r>
          </w:p>
        </w:tc>
        <w:tc>
          <w:tcPr>
            <w:tcW w:type="dxa" w:w="7371"/>
            <w:shd w:fill="1F4E78"/>
            <w:tcMar>
              <w:top w:w="80" w:type="dxa"/>
              <w:start w:w="70" w:type="dxa"/>
              <w:bottom w:w="80" w:type="dxa"/>
              <w:end w:w="7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Noto Sans CJK KR" w:hAnsi="Noto Sans CJK KR" w:eastAsia="Noto Sans CJK KR"/>
                <w:b/>
                <w:color w:val="FFFFFF"/>
                <w:sz w:val="16"/>
              </w:rPr>
              <w:t>내용</w:t>
            </w:r>
          </w:p>
        </w:tc>
      </w:tr>
      <w:tr>
        <w:tc>
          <w:tcPr>
            <w:tcW w:type="dxa" w:w="2268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/>
                <w:sz w:val="18"/>
              </w:rPr>
              <w:t>문서명</w:t>
            </w:r>
          </w:p>
        </w:tc>
        <w:tc>
          <w:tcPr>
            <w:tcW w:type="dxa" w:w="7371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8"/>
              </w:rPr>
              <w:t>사무실 안내·순찰 로봇 ROS 2 인터페이스 명세서</w:t>
            </w:r>
          </w:p>
        </w:tc>
      </w:tr>
      <w:tr>
        <w:tc>
          <w:tcPr>
            <w:tcW w:type="dxa" w:w="2268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  <w:shd w:fill="F8FBFD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/>
                <w:sz w:val="18"/>
              </w:rPr>
              <w:t>영문명</w:t>
            </w:r>
          </w:p>
        </w:tc>
        <w:tc>
          <w:tcPr>
            <w:tcW w:type="dxa" w:w="7371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  <w:shd w:fill="F8FBFD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8"/>
              </w:rPr>
              <w:t>Office Guide &amp; Patrol Robot ROS 2 Interface Specification</w:t>
            </w:r>
          </w:p>
        </w:tc>
      </w:tr>
      <w:tr>
        <w:tc>
          <w:tcPr>
            <w:tcW w:type="dxa" w:w="2268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/>
                <w:sz w:val="18"/>
              </w:rPr>
              <w:t>문서번호</w:t>
            </w:r>
          </w:p>
        </w:tc>
        <w:tc>
          <w:tcPr>
            <w:tcW w:type="dxa" w:w="7371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8"/>
              </w:rPr>
              <w:t>HS-OR-IRS-001</w:t>
            </w:r>
          </w:p>
        </w:tc>
      </w:tr>
      <w:tr>
        <w:tc>
          <w:tcPr>
            <w:tcW w:type="dxa" w:w="2268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  <w:shd w:fill="F8FBFD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/>
                <w:sz w:val="18"/>
              </w:rPr>
              <w:t>버전</w:t>
            </w:r>
          </w:p>
        </w:tc>
        <w:tc>
          <w:tcPr>
            <w:tcW w:type="dxa" w:w="7371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  <w:shd w:fill="F8FBFD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8"/>
              </w:rPr>
              <w:t>1.0.0</w:t>
            </w:r>
          </w:p>
        </w:tc>
      </w:tr>
      <w:tr>
        <w:tc>
          <w:tcPr>
            <w:tcW w:type="dxa" w:w="2268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/>
                <w:sz w:val="18"/>
              </w:rPr>
              <w:t>회사명</w:t>
            </w:r>
          </w:p>
        </w:tc>
        <w:tc>
          <w:tcPr>
            <w:tcW w:type="dxa" w:w="7371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8"/>
              </w:rPr>
              <w:t>휴머노이드시스템 / HumanoidSystem</w:t>
            </w:r>
          </w:p>
        </w:tc>
      </w:tr>
      <w:tr>
        <w:tc>
          <w:tcPr>
            <w:tcW w:type="dxa" w:w="2268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  <w:shd w:fill="F8FBFD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/>
                <w:sz w:val="18"/>
              </w:rPr>
              <w:t>적용 플랫폼</w:t>
            </w:r>
          </w:p>
        </w:tc>
        <w:tc>
          <w:tcPr>
            <w:tcW w:type="dxa" w:w="7371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  <w:shd w:fill="F8FBFD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8"/>
              </w:rPr>
              <w:t>TurtleBot3 Burger, Ubuntu, ROS 2 DDS, Nav2</w:t>
            </w:r>
          </w:p>
        </w:tc>
      </w:tr>
      <w:tr>
        <w:tc>
          <w:tcPr>
            <w:tcW w:type="dxa" w:w="2268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/>
                <w:sz w:val="18"/>
              </w:rPr>
              <w:t>적용 범위</w:t>
            </w:r>
          </w:p>
        </w:tc>
        <w:tc>
          <w:tcPr>
            <w:tcW w:type="dxa" w:w="7371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8"/>
              </w:rPr>
              <w:t>로봇 PC, 원격 관리자 PC, ROS 2 토픽·서비스·액션·사용자 정의 메시지</w:t>
            </w:r>
          </w:p>
        </w:tc>
      </w:tr>
      <w:tr>
        <w:tc>
          <w:tcPr>
            <w:tcW w:type="dxa" w:w="2268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  <w:shd w:fill="F8FBFD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/>
                <w:sz w:val="18"/>
              </w:rPr>
              <w:t>보안 등급</w:t>
            </w:r>
          </w:p>
        </w:tc>
        <w:tc>
          <w:tcPr>
            <w:tcW w:type="dxa" w:w="7371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  <w:shd w:fill="F8FBFD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8"/>
              </w:rPr>
              <w:t>내부용</w:t>
            </w:r>
          </w:p>
        </w:tc>
      </w:tr>
      <w:tr>
        <w:tc>
          <w:tcPr>
            <w:tcW w:type="dxa" w:w="2268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/>
                <w:sz w:val="18"/>
              </w:rPr>
              <w:t>문서 소유 부서</w:t>
            </w:r>
          </w:p>
        </w:tc>
        <w:tc>
          <w:tcPr>
            <w:tcW w:type="dxa" w:w="7371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8"/>
              </w:rPr>
              <w:t>로봇 시스템 개발팀</w:t>
            </w:r>
          </w:p>
        </w:tc>
      </w:tr>
    </w:tbl>
    <w:p>
      <w:pPr>
        <w:spacing w:after="0"/>
      </w:pPr>
    </w:p>
    <w:p>
      <w:pPr>
        <w:pStyle w:val="Heading2"/>
        <w:keepNext/>
      </w:pPr>
      <w:r>
        <w:t>검토 및 승인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space="0" w:color="B7B7B7"/>
          <w:left w:val="single" w:sz="4" w:space="0" w:color="B7B7B7"/>
          <w:bottom w:val="single" w:sz="4" w:space="0" w:color="B7B7B7"/>
          <w:right w:val="single" w:sz="4" w:space="0" w:color="B7B7B7"/>
          <w:insideH w:val="single" w:sz="4" w:space="0" w:color="B7B7B7"/>
          <w:insideV w:val="single" w:sz="4" w:space="0" w:color="B7B7B7"/>
        </w:tblBorders>
      </w:tblPr>
      <w:tblGrid>
        <w:gridCol w:w="2551"/>
        <w:gridCol w:w="2551"/>
        <w:gridCol w:w="2551"/>
        <w:gridCol w:w="2551"/>
      </w:tblGrid>
      <w:tr>
        <w:trPr>
          <w:tblHeader w:val="true"/>
        </w:trPr>
        <w:tc>
          <w:tcPr>
            <w:tcW w:type="dxa" w:w="1701"/>
            <w:shd w:fill="1F4E78"/>
            <w:tcMar>
              <w:top w:w="80" w:type="dxa"/>
              <w:start w:w="70" w:type="dxa"/>
              <w:bottom w:w="80" w:type="dxa"/>
              <w:end w:w="7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Noto Sans CJK KR" w:hAnsi="Noto Sans CJK KR" w:eastAsia="Noto Sans CJK KR"/>
                <w:b/>
                <w:color w:val="FFFFFF"/>
                <w:sz w:val="16"/>
              </w:rPr>
              <w:t>구분</w:t>
            </w:r>
          </w:p>
        </w:tc>
        <w:tc>
          <w:tcPr>
            <w:tcW w:type="dxa" w:w="3402"/>
            <w:shd w:fill="1F4E78"/>
            <w:tcMar>
              <w:top w:w="80" w:type="dxa"/>
              <w:start w:w="70" w:type="dxa"/>
              <w:bottom w:w="80" w:type="dxa"/>
              <w:end w:w="7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Noto Sans CJK KR" w:hAnsi="Noto Sans CJK KR" w:eastAsia="Noto Sans CJK KR"/>
                <w:b/>
                <w:color w:val="FFFFFF"/>
                <w:sz w:val="16"/>
              </w:rPr>
              <w:t>성명/부서</w:t>
            </w:r>
          </w:p>
        </w:tc>
        <w:tc>
          <w:tcPr>
            <w:tcW w:type="dxa" w:w="2268"/>
            <w:shd w:fill="1F4E78"/>
            <w:tcMar>
              <w:top w:w="80" w:type="dxa"/>
              <w:start w:w="70" w:type="dxa"/>
              <w:bottom w:w="80" w:type="dxa"/>
              <w:end w:w="7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Noto Sans CJK KR" w:hAnsi="Noto Sans CJK KR" w:eastAsia="Noto Sans CJK KR"/>
                <w:b/>
                <w:color w:val="FFFFFF"/>
                <w:sz w:val="16"/>
              </w:rPr>
              <w:t>서명</w:t>
            </w:r>
          </w:p>
        </w:tc>
        <w:tc>
          <w:tcPr>
            <w:tcW w:type="dxa" w:w="2268"/>
            <w:shd w:fill="1F4E78"/>
            <w:tcMar>
              <w:top w:w="80" w:type="dxa"/>
              <w:start w:w="70" w:type="dxa"/>
              <w:bottom w:w="80" w:type="dxa"/>
              <w:end w:w="7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Noto Sans CJK KR" w:hAnsi="Noto Sans CJK KR" w:eastAsia="Noto Sans CJK KR"/>
                <w:b/>
                <w:color w:val="FFFFFF"/>
                <w:sz w:val="16"/>
              </w:rPr>
              <w:t>일자</w:t>
            </w:r>
          </w:p>
        </w:tc>
      </w:tr>
      <w:tr>
        <w:tc>
          <w:tcPr>
            <w:tcW w:type="dxa" w:w="1701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8"/>
              </w:rPr>
              <w:t>작성</w:t>
            </w:r>
          </w:p>
        </w:tc>
        <w:tc>
          <w:tcPr>
            <w:tcW w:type="dxa" w:w="3402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8"/>
              </w:rPr>
              <w:t>로봇 시스템 개발팀</w:t>
            </w:r>
          </w:p>
        </w:tc>
        <w:tc>
          <w:tcPr>
            <w:tcW w:type="dxa" w:w="2268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8"/>
              </w:rPr>
            </w:r>
          </w:p>
        </w:tc>
        <w:tc>
          <w:tcPr>
            <w:tcW w:type="dxa" w:w="2268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8"/>
              </w:rPr>
              <w:t>2026-07-18</w:t>
            </w:r>
          </w:p>
        </w:tc>
      </w:tr>
      <w:tr>
        <w:tc>
          <w:tcPr>
            <w:tcW w:type="dxa" w:w="1701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  <w:shd w:fill="F8FBFD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8"/>
              </w:rPr>
              <w:t>검토</w:t>
            </w:r>
          </w:p>
        </w:tc>
        <w:tc>
          <w:tcPr>
            <w:tcW w:type="dxa" w:w="3402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  <w:shd w:fill="F8FBFD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8"/>
              </w:rPr>
            </w:r>
          </w:p>
        </w:tc>
        <w:tc>
          <w:tcPr>
            <w:tcW w:type="dxa" w:w="2268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  <w:shd w:fill="F8FBFD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8"/>
              </w:rPr>
            </w:r>
          </w:p>
        </w:tc>
        <w:tc>
          <w:tcPr>
            <w:tcW w:type="dxa" w:w="2268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  <w:shd w:fill="F8FBFD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8"/>
              </w:rPr>
            </w:r>
          </w:p>
        </w:tc>
      </w:tr>
      <w:tr>
        <w:tc>
          <w:tcPr>
            <w:tcW w:type="dxa" w:w="1701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8"/>
              </w:rPr>
              <w:t>승인</w:t>
            </w:r>
          </w:p>
        </w:tc>
        <w:tc>
          <w:tcPr>
            <w:tcW w:type="dxa" w:w="3402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8"/>
              </w:rPr>
            </w:r>
          </w:p>
        </w:tc>
        <w:tc>
          <w:tcPr>
            <w:tcW w:type="dxa" w:w="2268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8"/>
              </w:rPr>
            </w:r>
          </w:p>
        </w:tc>
        <w:tc>
          <w:tcPr>
            <w:tcW w:type="dxa" w:w="2268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8"/>
              </w:rPr>
            </w:r>
          </w:p>
        </w:tc>
      </w:tr>
    </w:tbl>
    <w:p>
      <w:pPr>
        <w:spacing w:after="0"/>
      </w:pPr>
    </w:p>
    <w:p>
      <w:pPr>
        <w:pStyle w:val="Heading2"/>
        <w:keepNext/>
      </w:pPr>
      <w:r>
        <w:t>개정 이력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space="0" w:color="B7B7B7"/>
          <w:left w:val="single" w:sz="4" w:space="0" w:color="B7B7B7"/>
          <w:bottom w:val="single" w:sz="4" w:space="0" w:color="B7B7B7"/>
          <w:right w:val="single" w:sz="4" w:space="0" w:color="B7B7B7"/>
          <w:insideH w:val="single" w:sz="4" w:space="0" w:color="B7B7B7"/>
          <w:insideV w:val="single" w:sz="4" w:space="0" w:color="B7B7B7"/>
        </w:tblBorders>
      </w:tblPr>
      <w:tblGrid>
        <w:gridCol w:w="2551"/>
        <w:gridCol w:w="2551"/>
        <w:gridCol w:w="2551"/>
        <w:gridCol w:w="2551"/>
      </w:tblGrid>
      <w:tr>
        <w:trPr>
          <w:tblHeader w:val="true"/>
        </w:trPr>
        <w:tc>
          <w:tcPr>
            <w:tcW w:type="dxa" w:w="1417"/>
            <w:shd w:fill="1F4E78"/>
            <w:tcMar>
              <w:top w:w="80" w:type="dxa"/>
              <w:start w:w="70" w:type="dxa"/>
              <w:bottom w:w="80" w:type="dxa"/>
              <w:end w:w="7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Noto Sans CJK KR" w:hAnsi="Noto Sans CJK KR" w:eastAsia="Noto Sans CJK KR"/>
                <w:b/>
                <w:color w:val="FFFFFF"/>
                <w:sz w:val="16"/>
              </w:rPr>
              <w:t>버전</w:t>
            </w:r>
          </w:p>
        </w:tc>
        <w:tc>
          <w:tcPr>
            <w:tcW w:type="dxa" w:w="1701"/>
            <w:shd w:fill="1F4E78"/>
            <w:tcMar>
              <w:top w:w="80" w:type="dxa"/>
              <w:start w:w="70" w:type="dxa"/>
              <w:bottom w:w="80" w:type="dxa"/>
              <w:end w:w="7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Noto Sans CJK KR" w:hAnsi="Noto Sans CJK KR" w:eastAsia="Noto Sans CJK KR"/>
                <w:b/>
                <w:color w:val="FFFFFF"/>
                <w:sz w:val="16"/>
              </w:rPr>
              <w:t>일자</w:t>
            </w:r>
          </w:p>
        </w:tc>
        <w:tc>
          <w:tcPr>
            <w:tcW w:type="dxa" w:w="4819"/>
            <w:shd w:fill="1F4E78"/>
            <w:tcMar>
              <w:top w:w="80" w:type="dxa"/>
              <w:start w:w="70" w:type="dxa"/>
              <w:bottom w:w="80" w:type="dxa"/>
              <w:end w:w="7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Noto Sans CJK KR" w:hAnsi="Noto Sans CJK KR" w:eastAsia="Noto Sans CJK KR"/>
                <w:b/>
                <w:color w:val="FFFFFF"/>
                <w:sz w:val="16"/>
              </w:rPr>
              <w:t>변경 내용</w:t>
            </w:r>
          </w:p>
        </w:tc>
        <w:tc>
          <w:tcPr>
            <w:tcW w:type="dxa" w:w="1701"/>
            <w:shd w:fill="1F4E78"/>
            <w:tcMar>
              <w:top w:w="80" w:type="dxa"/>
              <w:start w:w="70" w:type="dxa"/>
              <w:bottom w:w="80" w:type="dxa"/>
              <w:end w:w="7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Noto Sans CJK KR" w:hAnsi="Noto Sans CJK KR" w:eastAsia="Noto Sans CJK KR"/>
                <w:b/>
                <w:color w:val="FFFFFF"/>
                <w:sz w:val="16"/>
              </w:rPr>
              <w:t>작성자</w:t>
            </w:r>
          </w:p>
        </w:tc>
      </w:tr>
      <w:tr>
        <w:tc>
          <w:tcPr>
            <w:tcW w:type="dxa" w:w="1417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8"/>
              </w:rPr>
              <w:t>1.0.0</w:t>
            </w:r>
          </w:p>
        </w:tc>
        <w:tc>
          <w:tcPr>
            <w:tcW w:type="dxa" w:w="1701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8"/>
              </w:rPr>
              <w:t>2026-07-18</w:t>
            </w:r>
          </w:p>
        </w:tc>
        <w:tc>
          <w:tcPr>
            <w:tcW w:type="dxa" w:w="4819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8"/>
              </w:rPr>
              <w:t>최초 제정: 사무실 안내·순찰 로봇 ROS 2 인터페이스 전체 명세</w:t>
            </w:r>
          </w:p>
        </w:tc>
        <w:tc>
          <w:tcPr>
            <w:tcW w:type="dxa" w:w="1701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8"/>
              </w:rPr>
              <w:t>휴머노이드시스템</w:t>
            </w:r>
          </w:p>
        </w:tc>
      </w:tr>
    </w:tbl>
    <w:p>
      <w:pPr>
        <w:spacing w:after="0"/>
      </w:pPr>
    </w:p>
    <w:p>
      <w:pPr>
        <w:pStyle w:val="Heading2"/>
        <w:keepNext/>
      </w:pPr>
      <w:r>
        <w:t>문서 적용 원칙</w:t>
      </w:r>
    </w:p>
    <w:p>
      <w:pPr>
        <w:pStyle w:val="ListBullet"/>
        <w:spacing w:after="60" w:line="288" w:lineRule="auto"/>
        <w:ind w:left="340" w:hanging="142"/>
      </w:pPr>
      <w:r>
        <w:rPr>
          <w:rFonts w:ascii="Noto Sans CJK KR" w:hAnsi="Noto Sans CJK KR" w:eastAsia="Noto Sans CJK KR"/>
          <w:sz w:val="19"/>
        </w:rPr>
        <w:t>본 명세의 토픽명, 서비스명, 액션명, 메시지 자료형, 상태값 및 단위는 로봇 PC와 원격 PC에 동일하게 적용하여야 한다.</w:t>
      </w:r>
    </w:p>
    <w:p>
      <w:pPr>
        <w:pStyle w:val="ListBullet"/>
        <w:spacing w:after="60" w:line="288" w:lineRule="auto"/>
        <w:ind w:left="340" w:hanging="142"/>
      </w:pPr>
      <w:r>
        <w:rPr>
          <w:rFonts w:ascii="Noto Sans CJK KR" w:hAnsi="Noto Sans CJK KR" w:eastAsia="Noto Sans CJK KR"/>
          <w:sz w:val="19"/>
        </w:rPr>
        <w:t>인터페이스 변경은 형상관리 절차와 버전 정책에 따라 검토·승인 후 적용하여야 한다.</w:t>
      </w:r>
    </w:p>
    <w:p>
      <w:pPr>
        <w:pStyle w:val="ListBullet"/>
        <w:spacing w:after="60" w:line="288" w:lineRule="auto"/>
        <w:ind w:left="340" w:hanging="142"/>
      </w:pPr>
      <w:r>
        <w:rPr>
          <w:rFonts w:ascii="Noto Sans CJK KR" w:hAnsi="Noto Sans CJK KR" w:eastAsia="Noto Sans CJK KR"/>
          <w:sz w:val="19"/>
        </w:rPr>
        <w:t>필수 요구사항은 “하여야 한다”, 권고 요구사항은 “권장한다”, 선택 사항은 “할 수 있다”로 표현한다.</w:t>
      </w:r>
    </w:p>
    <w:p>
      <w:pPr>
        <w:pStyle w:val="ListBullet"/>
        <w:spacing w:after="60" w:line="288" w:lineRule="auto"/>
        <w:ind w:left="340" w:hanging="142"/>
      </w:pPr>
      <w:r>
        <w:rPr>
          <w:rFonts w:ascii="Noto Sans CJK KR" w:hAnsi="Noto Sans CJK KR" w:eastAsia="Noto Sans CJK KR"/>
          <w:sz w:val="19"/>
        </w:rPr>
        <w:t>검증 방법은 검사(Inspection), 분석(Analysis), 시험(Test), 시연(Demonstration) 중 하나 이상으로 지정한다.</w:t>
      </w:r>
    </w:p>
    <w:p>
      <w:pPr>
        <w:pStyle w:val="Heading2"/>
        <w:keepNext/>
      </w:pPr>
      <w:r>
        <w:t>요구사항 식별 규칙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space="0" w:color="B7B7B7"/>
          <w:left w:val="single" w:sz="4" w:space="0" w:color="B7B7B7"/>
          <w:bottom w:val="single" w:sz="4" w:space="0" w:color="B7B7B7"/>
          <w:right w:val="single" w:sz="4" w:space="0" w:color="B7B7B7"/>
          <w:insideH w:val="single" w:sz="4" w:space="0" w:color="B7B7B7"/>
          <w:insideV w:val="single" w:sz="4" w:space="0" w:color="B7B7B7"/>
        </w:tblBorders>
      </w:tblPr>
      <w:tblGrid>
        <w:gridCol w:w="5103"/>
        <w:gridCol w:w="5103"/>
      </w:tblGrid>
      <w:tr>
        <w:trPr>
          <w:tblHeader w:val="true"/>
        </w:trPr>
        <w:tc>
          <w:tcPr>
            <w:tcW w:type="dxa" w:w="2268"/>
            <w:shd w:fill="1F4E78"/>
            <w:tcMar>
              <w:top w:w="80" w:type="dxa"/>
              <w:start w:w="70" w:type="dxa"/>
              <w:bottom w:w="80" w:type="dxa"/>
              <w:end w:w="7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Noto Sans CJK KR" w:hAnsi="Noto Sans CJK KR" w:eastAsia="Noto Sans CJK KR"/>
                <w:b/>
                <w:color w:val="FFFFFF"/>
                <w:sz w:val="16"/>
              </w:rPr>
              <w:t>항목</w:t>
            </w:r>
          </w:p>
        </w:tc>
        <w:tc>
          <w:tcPr>
            <w:tcW w:type="dxa" w:w="7371"/>
            <w:shd w:fill="1F4E78"/>
            <w:tcMar>
              <w:top w:w="80" w:type="dxa"/>
              <w:start w:w="70" w:type="dxa"/>
              <w:bottom w:w="80" w:type="dxa"/>
              <w:end w:w="7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Noto Sans CJK KR" w:hAnsi="Noto Sans CJK KR" w:eastAsia="Noto Sans CJK KR"/>
                <w:b/>
                <w:color w:val="FFFFFF"/>
                <w:sz w:val="16"/>
              </w:rPr>
              <w:t>규칙</w:t>
            </w:r>
          </w:p>
        </w:tc>
      </w:tr>
      <w:tr>
        <w:tc>
          <w:tcPr>
            <w:tcW w:type="dxa" w:w="2268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8"/>
              </w:rPr>
              <w:t>식별자 형식</w:t>
            </w:r>
          </w:p>
        </w:tc>
        <w:tc>
          <w:tcPr>
            <w:tcW w:type="dxa" w:w="7371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8"/>
              </w:rPr>
              <w:t>HS-OR-&lt;분류&gt;-&lt;일련번호&gt;</w:t>
            </w:r>
          </w:p>
        </w:tc>
      </w:tr>
      <w:tr>
        <w:tc>
          <w:tcPr>
            <w:tcW w:type="dxa" w:w="2268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  <w:shd w:fill="F8FBFD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8"/>
              </w:rPr>
              <w:t>분류 코드</w:t>
            </w:r>
          </w:p>
        </w:tc>
        <w:tc>
          <w:tcPr>
            <w:tcW w:type="dxa" w:w="7371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  <w:shd w:fill="F8FBFD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8"/>
              </w:rPr>
              <w:t>GEN 일반, MODE 운용모드, TOP 토픽, QOS 품질, SRV 서비스, ACT 액션, SAF 안전, COM 통신, BAT 배터리, LOG 기록, VER 버전</w:t>
            </w:r>
          </w:p>
        </w:tc>
      </w:tr>
      <w:tr>
        <w:tc>
          <w:tcPr>
            <w:tcW w:type="dxa" w:w="2268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8"/>
              </w:rPr>
              <w:t>우선순위</w:t>
            </w:r>
          </w:p>
        </w:tc>
        <w:tc>
          <w:tcPr>
            <w:tcW w:type="dxa" w:w="7371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8"/>
              </w:rPr>
              <w:t>필수 / 권고 / 선택</w:t>
            </w:r>
          </w:p>
        </w:tc>
      </w:tr>
      <w:tr>
        <w:tc>
          <w:tcPr>
            <w:tcW w:type="dxa" w:w="2268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  <w:shd w:fill="F8FBFD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8"/>
              </w:rPr>
              <w:t>검증 방법</w:t>
            </w:r>
          </w:p>
        </w:tc>
        <w:tc>
          <w:tcPr>
            <w:tcW w:type="dxa" w:w="7371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  <w:shd w:fill="F8FBFD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8"/>
              </w:rPr>
              <w:t>검사 / 분석 / 시험 / 시연</w:t>
            </w:r>
          </w:p>
        </w:tc>
      </w:tr>
    </w:tbl>
    <w:p>
      <w:pPr>
        <w:spacing w:after="0"/>
      </w:pPr>
    </w:p>
    <w:p>
      <w:r>
        <w:br w:type="page"/>
      </w:r>
    </w:p>
    <w:p>
      <w:pPr>
        <w:pStyle w:val="Heading1"/>
        <w:keepNext/>
        <w:pBdr>
          <w:bottom w:val="single" w:sz="8" w:space="3" w:color="1F4E78"/>
        </w:pBdr>
      </w:pPr>
      <w:r>
        <w:t>목차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space="0" w:color="C9D3DC"/>
          <w:left w:val="single" w:sz="4" w:space="0" w:color="C9D3DC"/>
          <w:bottom w:val="single" w:sz="4" w:space="0" w:color="C9D3DC"/>
          <w:right w:val="single" w:sz="4" w:space="0" w:color="C9D3DC"/>
          <w:insideH w:val="single" w:sz="4" w:space="0" w:color="C9D3DC"/>
          <w:insideV w:val="single" w:sz="4" w:space="0" w:color="C9D3DC"/>
        </w:tblBorders>
      </w:tblPr>
      <w:tblGrid>
        <w:gridCol w:w="3402"/>
        <w:gridCol w:w="3402"/>
        <w:gridCol w:w="3402"/>
      </w:tblGrid>
      <w:tr>
        <w:tc>
          <w:tcPr>
            <w:tcW w:type="dxa" w:w="3203"/>
            <w:tcMar>
              <w:top w:w="120" w:type="dxa"/>
              <w:start w:w="110" w:type="dxa"/>
              <w:bottom w:w="120" w:type="dxa"/>
              <w:end w:w="110" w:type="dxa"/>
            </w:tcMar>
          </w:tcPr>
          <w:p>
            <w:pPr>
              <w:spacing w:after="0" w:line="269" w:lineRule="auto"/>
            </w:pPr>
            <w:r>
              <w:rPr>
                <w:rFonts w:ascii="Noto Sans CJK KR" w:hAnsi="Noto Sans CJK KR" w:eastAsia="Noto Sans CJK KR"/>
                <w:b w:val="0"/>
                <w:sz w:val="14"/>
              </w:rPr>
              <w:t>1. 문서 개요</w:t>
              <w:br/>
            </w:r>
            <w:r>
              <w:rPr>
                <w:rFonts w:ascii="Noto Sans CJK KR" w:hAnsi="Noto Sans CJK KR" w:eastAsia="Noto Sans CJK KR"/>
                <w:b w:val="0"/>
                <w:sz w:val="14"/>
              </w:rPr>
              <w:t>2. 시스템 구성</w:t>
              <w:br/>
            </w:r>
            <w:r>
              <w:rPr>
                <w:rFonts w:ascii="Noto Sans CJK KR" w:hAnsi="Noto Sans CJK KR" w:eastAsia="Noto Sans CJK KR"/>
                <w:b w:val="0"/>
                <w:sz w:val="14"/>
              </w:rPr>
              <w:t>3. ROS 2 네임스페이스 규칙</w:t>
              <w:br/>
            </w:r>
            <w:r>
              <w:rPr>
                <w:rFonts w:ascii="Noto Sans CJK KR" w:hAnsi="Noto Sans CJK KR" w:eastAsia="Noto Sans CJK KR"/>
                <w:b w:val="0"/>
                <w:sz w:val="14"/>
              </w:rPr>
              <w:t>4. 노드 구성 명세</w:t>
              <w:br/>
            </w:r>
            <w:r>
              <w:rPr>
                <w:rFonts w:ascii="Noto Sans CJK KR" w:hAnsi="Noto Sans CJK KR" w:eastAsia="Noto Sans CJK KR"/>
                <w:b w:val="0"/>
                <w:sz w:val="14"/>
              </w:rPr>
              <w:t>5. 운용 모드 명세</w:t>
              <w:br/>
            </w:r>
            <w:r>
              <w:rPr>
                <w:rFonts w:ascii="Noto Sans CJK KR" w:hAnsi="Noto Sans CJK KR" w:eastAsia="Noto Sans CJK KR"/>
                <w:b w:val="0"/>
                <w:sz w:val="14"/>
              </w:rPr>
              <w:t>6. 토픽 인터페이스 명세</w:t>
              <w:br/>
            </w:r>
            <w:r>
              <w:rPr>
                <w:rFonts w:ascii="Noto Sans CJK KR" w:hAnsi="Noto Sans CJK KR" w:eastAsia="Noto Sans CJK KR"/>
                <w:b w:val="0"/>
                <w:sz w:val="14"/>
              </w:rPr>
              <w:t>7. 토픽 QoS 명세</w:t>
              <w:br/>
            </w:r>
            <w:r>
              <w:rPr>
                <w:rFonts w:ascii="Noto Sans CJK KR" w:hAnsi="Noto Sans CJK KR" w:eastAsia="Noto Sans CJK KR"/>
                <w:b w:val="0"/>
                <w:sz w:val="14"/>
              </w:rPr>
              <w:t>8. 서비스 인터페이스 명세</w:t>
              <w:br/>
            </w:r>
            <w:r>
              <w:rPr>
                <w:rFonts w:ascii="Noto Sans CJK KR" w:hAnsi="Noto Sans CJK KR" w:eastAsia="Noto Sans CJK KR"/>
                <w:b w:val="0"/>
                <w:sz w:val="14"/>
              </w:rPr>
              <w:t>9. 서비스 공통 응답 규칙</w:t>
              <w:br/>
            </w:r>
            <w:r>
              <w:rPr>
                <w:rFonts w:ascii="Noto Sans CJK KR" w:hAnsi="Noto Sans CJK KR" w:eastAsia="Noto Sans CJK KR"/>
                <w:b w:val="0"/>
                <w:sz w:val="14"/>
              </w:rPr>
              <w:t>10. 액션 인터페이스 명세</w:t>
              <w:br/>
            </w:r>
            <w:r>
              <w:rPr>
                <w:rFonts w:ascii="Noto Sans CJK KR" w:hAnsi="Noto Sans CJK KR" w:eastAsia="Noto Sans CJK KR"/>
                <w:b w:val="0"/>
                <w:sz w:val="14"/>
              </w:rPr>
              <w:t>11. 이름 기반 장소 이동 액션</w:t>
              <w:br/>
            </w:r>
            <w:r>
              <w:rPr>
                <w:rFonts w:ascii="Noto Sans CJK KR" w:hAnsi="Noto Sans CJK KR" w:eastAsia="Noto Sans CJK KR"/>
                <w:b w:val="0"/>
                <w:sz w:val="14"/>
              </w:rPr>
              <w:t>12. 순찰 수행 액션</w:t>
              <w:br/>
            </w:r>
            <w:r>
              <w:rPr>
                <w:rFonts w:ascii="Noto Sans CJK KR" w:hAnsi="Noto Sans CJK KR" w:eastAsia="Noto Sans CJK KR"/>
                <w:b w:val="0"/>
                <w:sz w:val="14"/>
              </w:rPr>
              <w:t>13. 방문자 안내 액션</w:t>
              <w:br/>
            </w:r>
            <w:r>
              <w:rPr>
                <w:rFonts w:ascii="Noto Sans CJK KR" w:hAnsi="Noto Sans CJK KR" w:eastAsia="Noto Sans CJK KR"/>
                <w:b w:val="0"/>
                <w:sz w:val="14"/>
              </w:rPr>
              <w:t>14. 사용자 정의 메시지 패키지</w:t>
              <w:br/>
            </w:r>
            <w:r>
              <w:rPr>
                <w:rFonts w:ascii="Noto Sans CJK KR" w:hAnsi="Noto Sans CJK KR" w:eastAsia="Noto Sans CJK KR"/>
                <w:b w:val="0"/>
                <w:sz w:val="14"/>
              </w:rPr>
              <w:t>15. AnomalyEvent.msg</w:t>
              <w:br/>
            </w:r>
            <w:r>
              <w:rPr>
                <w:rFonts w:ascii="Noto Sans CJK KR" w:hAnsi="Noto Sans CJK KR" w:eastAsia="Noto Sans CJK KR"/>
                <w:b w:val="0"/>
                <w:sz w:val="14"/>
              </w:rPr>
              <w:t>16. AdminDecision.msg</w:t>
              <w:br/>
            </w:r>
            <w:r>
              <w:rPr>
                <w:rFonts w:ascii="Noto Sans CJK KR" w:hAnsi="Noto Sans CJK KR" w:eastAsia="Noto Sans CJK KR"/>
                <w:b w:val="0"/>
                <w:sz w:val="14"/>
              </w:rPr>
              <w:t>17. PatrolStatus.msg</w:t>
              <w:br/>
            </w:r>
            <w:r>
              <w:rPr>
                <w:rFonts w:ascii="Noto Sans CJK KR" w:hAnsi="Noto Sans CJK KR" w:eastAsia="Noto Sans CJK KR"/>
                <w:b w:val="0"/>
                <w:sz w:val="14"/>
              </w:rPr>
              <w:t>18. PatrolRoute.msg</w:t>
            </w:r>
          </w:p>
        </w:tc>
        <w:tc>
          <w:tcPr>
            <w:tcW w:type="dxa" w:w="3203"/>
            <w:tcMar>
              <w:top w:w="120" w:type="dxa"/>
              <w:start w:w="110" w:type="dxa"/>
              <w:bottom w:w="120" w:type="dxa"/>
              <w:end w:w="110" w:type="dxa"/>
            </w:tcMar>
          </w:tcPr>
          <w:p>
            <w:pPr>
              <w:spacing w:after="0" w:line="269" w:lineRule="auto"/>
            </w:pPr>
            <w:r>
              <w:rPr>
                <w:rFonts w:ascii="Noto Sans CJK KR" w:hAnsi="Noto Sans CJK KR" w:eastAsia="Noto Sans CJK KR"/>
                <w:b w:val="0"/>
                <w:sz w:val="14"/>
              </w:rPr>
              <w:t>19. PatrolEvent.msg</w:t>
              <w:br/>
            </w:r>
            <w:r>
              <w:rPr>
                <w:rFonts w:ascii="Noto Sans CJK KR" w:hAnsi="Noto Sans CJK KR" w:eastAsia="Noto Sans CJK KR"/>
                <w:b w:val="0"/>
                <w:sz w:val="14"/>
              </w:rPr>
              <w:t>20. VisitorEvent.msg</w:t>
              <w:br/>
            </w:r>
            <w:r>
              <w:rPr>
                <w:rFonts w:ascii="Noto Sans CJK KR" w:hAnsi="Noto Sans CJK KR" w:eastAsia="Noto Sans CJK KR"/>
                <w:b w:val="0"/>
                <w:sz w:val="14"/>
              </w:rPr>
              <w:t>21. VisitorMemo.msg</w:t>
              <w:br/>
            </w:r>
            <w:r>
              <w:rPr>
                <w:rFonts w:ascii="Noto Sans CJK KR" w:hAnsi="Noto Sans CJK KR" w:eastAsia="Noto Sans CJK KR"/>
                <w:b w:val="0"/>
                <w:sz w:val="14"/>
              </w:rPr>
              <w:t>22. RobotBatteryStatus.msg</w:t>
              <w:br/>
            </w:r>
            <w:r>
              <w:rPr>
                <w:rFonts w:ascii="Noto Sans CJK KR" w:hAnsi="Noto Sans CJK KR" w:eastAsia="Noto Sans CJK KR"/>
                <w:b w:val="0"/>
                <w:sz w:val="14"/>
              </w:rPr>
              <w:t>23. SystemStatus.msg</w:t>
              <w:br/>
            </w:r>
            <w:r>
              <w:rPr>
                <w:rFonts w:ascii="Noto Sans CJK KR" w:hAnsi="Noto Sans CJK KR" w:eastAsia="Noto Sans CJK KR"/>
                <w:b w:val="0"/>
                <w:sz w:val="14"/>
              </w:rPr>
              <w:t>24. EvidenceStatus.msg</w:t>
              <w:br/>
            </w:r>
            <w:r>
              <w:rPr>
                <w:rFonts w:ascii="Noto Sans CJK KR" w:hAnsi="Noto Sans CJK KR" w:eastAsia="Noto Sans CJK KR"/>
                <w:b w:val="0"/>
                <w:sz w:val="14"/>
              </w:rPr>
              <w:t>25. ErrorEvent.msg</w:t>
              <w:br/>
            </w:r>
            <w:r>
              <w:rPr>
                <w:rFonts w:ascii="Noto Sans CJK KR" w:hAnsi="Noto Sans CJK KR" w:eastAsia="Noto Sans CJK KR"/>
                <w:b w:val="0"/>
                <w:sz w:val="14"/>
              </w:rPr>
              <w:t>26. SetOperationMode.srv</w:t>
              <w:br/>
            </w:r>
            <w:r>
              <w:rPr>
                <w:rFonts w:ascii="Noto Sans CJK KR" w:hAnsi="Noto Sans CJK KR" w:eastAsia="Noto Sans CJK KR"/>
                <w:b w:val="0"/>
                <w:sz w:val="14"/>
              </w:rPr>
              <w:t>27. StartPatrol.srv</w:t>
              <w:br/>
            </w:r>
            <w:r>
              <w:rPr>
                <w:rFonts w:ascii="Noto Sans CJK KR" w:hAnsi="Noto Sans CJK KR" w:eastAsia="Noto Sans CJK KR"/>
                <w:b w:val="0"/>
                <w:sz w:val="14"/>
              </w:rPr>
              <w:t>28. CaptureEvidence.srv</w:t>
              <w:br/>
            </w:r>
            <w:r>
              <w:rPr>
                <w:rFonts w:ascii="Noto Sans CJK KR" w:hAnsi="Noto Sans CJK KR" w:eastAsia="Noto Sans CJK KR"/>
                <w:b w:val="0"/>
                <w:sz w:val="14"/>
              </w:rPr>
              <w:t>29. SaveVisitorMemo.srv</w:t>
              <w:br/>
            </w:r>
            <w:r>
              <w:rPr>
                <w:rFonts w:ascii="Noto Sans CJK KR" w:hAnsi="Noto Sans CJK KR" w:eastAsia="Noto Sans CJK KR"/>
                <w:b w:val="0"/>
                <w:sz w:val="14"/>
              </w:rPr>
              <w:t>30. CreateReport.srv</w:t>
              <w:br/>
            </w:r>
            <w:r>
              <w:rPr>
                <w:rFonts w:ascii="Noto Sans CJK KR" w:hAnsi="Noto Sans CJK KR" w:eastAsia="Noto Sans CJK KR"/>
                <w:b w:val="0"/>
                <w:sz w:val="14"/>
              </w:rPr>
              <w:t>31. 좌표계 명세</w:t>
              <w:br/>
            </w:r>
            <w:r>
              <w:rPr>
                <w:rFonts w:ascii="Noto Sans CJK KR" w:hAnsi="Noto Sans CJK KR" w:eastAsia="Noto Sans CJK KR"/>
                <w:b w:val="0"/>
                <w:sz w:val="14"/>
              </w:rPr>
              <w:t>32. 좌표축 방향</w:t>
              <w:br/>
            </w:r>
            <w:r>
              <w:rPr>
                <w:rFonts w:ascii="Noto Sans CJK KR" w:hAnsi="Noto Sans CJK KR" w:eastAsia="Noto Sans CJK KR"/>
                <w:b w:val="0"/>
                <w:sz w:val="14"/>
              </w:rPr>
              <w:t>33. 단위 명세</w:t>
              <w:br/>
            </w:r>
            <w:r>
              <w:rPr>
                <w:rFonts w:ascii="Noto Sans CJK KR" w:hAnsi="Noto Sans CJK KR" w:eastAsia="Noto Sans CJK KR"/>
                <w:b w:val="0"/>
                <w:sz w:val="14"/>
              </w:rPr>
              <w:t>34. TurtleBot3 Burger 속도 제한</w:t>
              <w:br/>
            </w:r>
            <w:r>
              <w:rPr>
                <w:rFonts w:ascii="Noto Sans CJK KR" w:hAnsi="Noto Sans CJK KR" w:eastAsia="Noto Sans CJK KR"/>
                <w:b w:val="0"/>
                <w:sz w:val="14"/>
              </w:rPr>
              <w:t>35. 원격 조종 명세</w:t>
              <w:br/>
            </w:r>
            <w:r>
              <w:rPr>
                <w:rFonts w:ascii="Noto Sans CJK KR" w:hAnsi="Noto Sans CJK KR" w:eastAsia="Noto Sans CJK KR"/>
                <w:b w:val="0"/>
                <w:sz w:val="14"/>
              </w:rPr>
              <w:t>36. 속도 명령 우선순위</w:t>
            </w:r>
          </w:p>
        </w:tc>
        <w:tc>
          <w:tcPr>
            <w:tcW w:type="dxa" w:w="3203"/>
            <w:tcMar>
              <w:top w:w="120" w:type="dxa"/>
              <w:start w:w="110" w:type="dxa"/>
              <w:bottom w:w="120" w:type="dxa"/>
              <w:end w:w="110" w:type="dxa"/>
            </w:tcMar>
          </w:tcPr>
          <w:p>
            <w:pPr>
              <w:spacing w:after="0" w:line="269" w:lineRule="auto"/>
            </w:pPr>
            <w:r>
              <w:rPr>
                <w:rFonts w:ascii="Noto Sans CJK KR" w:hAnsi="Noto Sans CJK KR" w:eastAsia="Noto Sans CJK KR"/>
                <w:b w:val="0"/>
                <w:sz w:val="14"/>
              </w:rPr>
              <w:t>37. 논리적 장소 이름 명세</w:t>
              <w:br/>
            </w:r>
            <w:r>
              <w:rPr>
                <w:rFonts w:ascii="Noto Sans CJK KR" w:hAnsi="Noto Sans CJK KR" w:eastAsia="Noto Sans CJK KR"/>
                <w:b w:val="0"/>
                <w:sz w:val="14"/>
              </w:rPr>
              <w:t>38. 순찰 경로 명세</w:t>
              <w:br/>
            </w:r>
            <w:r>
              <w:rPr>
                <w:rFonts w:ascii="Noto Sans CJK KR" w:hAnsi="Noto Sans CJK KR" w:eastAsia="Noto Sans CJK KR"/>
                <w:b w:val="0"/>
                <w:sz w:val="14"/>
              </w:rPr>
              <w:t>39. 이벤트 식별자 규칙</w:t>
              <w:br/>
            </w:r>
            <w:r>
              <w:rPr>
                <w:rFonts w:ascii="Noto Sans CJK KR" w:hAnsi="Noto Sans CJK KR" w:eastAsia="Noto Sans CJK KR"/>
                <w:b w:val="0"/>
                <w:sz w:val="14"/>
              </w:rPr>
              <w:t>40. 시간 명세</w:t>
              <w:br/>
            </w:r>
            <w:r>
              <w:rPr>
                <w:rFonts w:ascii="Noto Sans CJK KR" w:hAnsi="Noto Sans CJK KR" w:eastAsia="Noto Sans CJK KR"/>
                <w:b w:val="0"/>
                <w:sz w:val="14"/>
              </w:rPr>
              <w:t>41. 원격 PC 통신 조건</w:t>
              <w:br/>
            </w:r>
            <w:r>
              <w:rPr>
                <w:rFonts w:ascii="Noto Sans CJK KR" w:hAnsi="Noto Sans CJK KR" w:eastAsia="Noto Sans CJK KR"/>
                <w:b w:val="0"/>
                <w:sz w:val="14"/>
              </w:rPr>
              <w:t>42. 원격 GUI 표시 항목</w:t>
              <w:br/>
            </w:r>
            <w:r>
              <w:rPr>
                <w:rFonts w:ascii="Noto Sans CJK KR" w:hAnsi="Noto Sans CJK KR" w:eastAsia="Noto Sans CJK KR"/>
                <w:b w:val="0"/>
                <w:sz w:val="14"/>
              </w:rPr>
              <w:t>43. 원격 GUI 명령 제한</w:t>
              <w:br/>
            </w:r>
            <w:r>
              <w:rPr>
                <w:rFonts w:ascii="Noto Sans CJK KR" w:hAnsi="Noto Sans CJK KR" w:eastAsia="Noto Sans CJK KR"/>
                <w:b w:val="0"/>
                <w:sz w:val="14"/>
              </w:rPr>
              <w:t>44. 통신 끊김 처리</w:t>
              <w:br/>
            </w:r>
            <w:r>
              <w:rPr>
                <w:rFonts w:ascii="Noto Sans CJK KR" w:hAnsi="Noto Sans CJK KR" w:eastAsia="Noto Sans CJK KR"/>
                <w:b w:val="0"/>
                <w:sz w:val="14"/>
              </w:rPr>
              <w:t>45. 비상정지 처리</w:t>
              <w:br/>
            </w:r>
            <w:r>
              <w:rPr>
                <w:rFonts w:ascii="Noto Sans CJK KR" w:hAnsi="Noto Sans CJK KR" w:eastAsia="Noto Sans CJK KR"/>
                <w:b w:val="0"/>
                <w:sz w:val="14"/>
              </w:rPr>
              <w:t>46. 배터리 부족 처리</w:t>
              <w:br/>
            </w:r>
            <w:r>
              <w:rPr>
                <w:rFonts w:ascii="Noto Sans CJK KR" w:hAnsi="Noto Sans CJK KR" w:eastAsia="Noto Sans CJK KR"/>
                <w:b w:val="0"/>
                <w:sz w:val="14"/>
              </w:rPr>
              <w:t>47. 이상 상황 처리 절차</w:t>
              <w:br/>
            </w:r>
            <w:r>
              <w:rPr>
                <w:rFonts w:ascii="Noto Sans CJK KR" w:hAnsi="Noto Sans CJK KR" w:eastAsia="Noto Sans CJK KR"/>
                <w:b w:val="0"/>
                <w:sz w:val="14"/>
              </w:rPr>
              <w:t>48. 관리자 판단 처리 기준</w:t>
              <w:br/>
            </w:r>
            <w:r>
              <w:rPr>
                <w:rFonts w:ascii="Noto Sans CJK KR" w:hAnsi="Noto Sans CJK KR" w:eastAsia="Noto Sans CJK KR"/>
                <w:b w:val="0"/>
                <w:sz w:val="14"/>
              </w:rPr>
              <w:t>49. 순찰 이동 실패 처리</w:t>
              <w:br/>
            </w:r>
            <w:r>
              <w:rPr>
                <w:rFonts w:ascii="Noto Sans CJK KR" w:hAnsi="Noto Sans CJK KR" w:eastAsia="Noto Sans CJK KR"/>
                <w:b w:val="0"/>
                <w:sz w:val="14"/>
              </w:rPr>
              <w:t>50. 로그 및 보고서 기록 항목</w:t>
              <w:br/>
            </w:r>
            <w:r>
              <w:rPr>
                <w:rFonts w:ascii="Noto Sans CJK KR" w:hAnsi="Noto Sans CJK KR" w:eastAsia="Noto Sans CJK KR"/>
                <w:b w:val="0"/>
                <w:sz w:val="14"/>
              </w:rPr>
              <w:t>51. 파일 저장 경로</w:t>
              <w:br/>
            </w:r>
            <w:r>
              <w:rPr>
                <w:rFonts w:ascii="Noto Sans CJK KR" w:hAnsi="Noto Sans CJK KR" w:eastAsia="Noto Sans CJK KR"/>
                <w:b w:val="0"/>
                <w:sz w:val="14"/>
              </w:rPr>
              <w:t>52. 인터페이스 개발 규칙</w:t>
              <w:br/>
            </w:r>
            <w:r>
              <w:rPr>
                <w:rFonts w:ascii="Noto Sans CJK KR" w:hAnsi="Noto Sans CJK KR" w:eastAsia="Noto Sans CJK KR"/>
                <w:b w:val="0"/>
                <w:sz w:val="14"/>
              </w:rPr>
              <w:t>53. 인터페이스 버전 관리</w:t>
              <w:br/>
            </w:r>
            <w:r>
              <w:rPr>
                <w:rFonts w:ascii="Noto Sans CJK KR" w:hAnsi="Noto Sans CJK KR" w:eastAsia="Noto Sans CJK KR"/>
                <w:b w:val="0"/>
                <w:sz w:val="14"/>
              </w:rPr>
              <w:t>54. 최종 인터페이스 목록</w:t>
            </w:r>
          </w:p>
        </w:tc>
      </w:tr>
    </w:tbl>
    <w:p>
      <w:pPr>
        <w:spacing w:before="120" w:after="0" w:line="312" w:lineRule="auto"/>
        <w:jc w:val="center"/>
      </w:pPr>
      <w:r>
        <w:rPr>
          <w:rFonts w:ascii="Noto Sans CJK KR" w:hAnsi="Noto Sans CJK KR" w:eastAsia="Noto Sans CJK KR"/>
          <w:b w:val="0"/>
          <w:i/>
          <w:color w:val="666666"/>
          <w:sz w:val="20"/>
        </w:rPr>
        <w:t>부록 A 요구사항 추적성 매트릭스  |  부록 B 인터페이스 인수시험 체크리스트  |  부록 C 용어 및 약어</w:t>
      </w:r>
    </w:p>
    <w:p>
      <w:r>
        <w:br w:type="page"/>
      </w:r>
    </w:p>
    <w:p>
      <w:pPr>
        <w:pStyle w:val="Heading1"/>
        <w:keepNext/>
        <w:pBdr>
          <w:bottom w:val="single" w:sz="8" w:space="3" w:color="1F4E78"/>
        </w:pBdr>
      </w:pPr>
      <w:r>
        <w:t>1. 문서 개요</w:t>
      </w:r>
    </w:p>
    <w:p>
      <w:pPr>
        <w:spacing w:before="0" w:after="80" w:line="312" w:lineRule="auto"/>
      </w:pPr>
      <w:r>
        <w:rPr>
          <w:rFonts w:ascii="Noto Sans CJK KR" w:hAnsi="Noto Sans CJK KR" w:eastAsia="Noto Sans CJK KR"/>
          <w:b w:val="0"/>
          <w:i w:val="0"/>
          <w:sz w:val="20"/>
        </w:rPr>
        <w:t>본 문서는 터틀봇3 버거(TurtleBot3 Burger)를 이용한 사무실 안내·순찰 로봇 시스템의 ROS 2 인터페이스를 정의한다. 로봇 본체에서는 센서 처리, 주행, 상태 관리, 순찰, 이상 상황 감지 등의 노드를 실행하고, 원격 PC에서는 관리자 GUI, 실시간 영상 확인, 원격 조종, 순찰 제어, 이벤트 승인 및 보고서 확인 기능을 실행한다.</w:t>
      </w:r>
    </w:p>
    <w:p>
      <w:pPr>
        <w:spacing w:before="0" w:after="80" w:line="312" w:lineRule="auto"/>
      </w:pPr>
      <w:r>
        <w:rPr>
          <w:rFonts w:ascii="Noto Sans CJK KR" w:hAnsi="Noto Sans CJK KR" w:eastAsia="Noto Sans CJK KR"/>
          <w:b w:val="0"/>
          <w:i w:val="0"/>
          <w:sz w:val="20"/>
        </w:rPr>
        <w:t>본 명세는 개발 단계의 인터페이스 불일치를 방지하고, 로봇 PC와 원격 PC의 통합·시험·유지보수를 일관되게 수행하기 위한 기준 문서이다.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space="0" w:color="7F8C8D"/>
          <w:left w:val="single" w:sz="4" w:space="0" w:color="7F8C8D"/>
          <w:bottom w:val="single" w:sz="4" w:space="0" w:color="7F8C8D"/>
          <w:right w:val="single" w:sz="4" w:space="0" w:color="7F8C8D"/>
          <w:insideH w:val="single" w:sz="4" w:space="0" w:color="7F8C8D"/>
          <w:insideV w:val="single" w:sz="4" w:space="0" w:color="7F8C8D"/>
        </w:tblBorders>
      </w:tblPr>
      <w:tblGrid>
        <w:gridCol w:w="2551"/>
        <w:gridCol w:w="2551"/>
        <w:gridCol w:w="2551"/>
        <w:gridCol w:w="2551"/>
      </w:tblGrid>
      <w:tr>
        <w:trPr>
          <w:cantSplit/>
        </w:trPr>
        <w:tc>
          <w:tcPr>
            <w:tcW w:type="dxa" w:w="1360"/>
            <w:tcMar>
              <w:top w:w="85" w:type="dxa"/>
              <w:start w:w="80" w:type="dxa"/>
              <w:bottom w:w="85" w:type="dxa"/>
              <w:end w:w="80" w:type="dxa"/>
            </w:tcMar>
            <w:vAlign w:val="center"/>
            <w:shd w:fill="D9EAF7"/>
          </w:tcPr>
          <w:p>
            <w:pPr>
              <w:spacing w:after="0"/>
              <w:jc w:val="center"/>
            </w:pPr>
            <w:r>
              <w:rPr>
                <w:rFonts w:ascii="Noto Sans CJK KR" w:hAnsi="Noto Sans CJK KR" w:eastAsia="Noto Sans CJK KR"/>
                <w:b/>
                <w:sz w:val="17"/>
              </w:rPr>
              <w:t>HS-OR-GEN-001</w:t>
            </w:r>
          </w:p>
        </w:tc>
        <w:tc>
          <w:tcPr>
            <w:tcW w:type="dxa" w:w="5953"/>
            <w:tcMar>
              <w:top w:w="85" w:type="dxa"/>
              <w:start w:w="80" w:type="dxa"/>
              <w:bottom w:w="85" w:type="dxa"/>
              <w:end w:w="8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Noto Sans CJK KR" w:hAnsi="Noto Sans CJK KR" w:eastAsia="Noto Sans CJK KR"/>
                <w:b w:val="0"/>
                <w:sz w:val="17"/>
              </w:rPr>
              <w:t>로봇 PC와 원격 PC의 모든 소프트웨어 구성요소는 본 명세에 정의된 인터페이스 이름, 자료형, 단위 및 상태값을 준수하여야 한다.</w:t>
            </w:r>
          </w:p>
        </w:tc>
        <w:tc>
          <w:tcPr>
            <w:tcW w:type="dxa" w:w="1020"/>
            <w:tcMar>
              <w:top w:w="85" w:type="dxa"/>
              <w:start w:w="80" w:type="dxa"/>
              <w:bottom w:w="85" w:type="dxa"/>
              <w:end w:w="80" w:type="dxa"/>
            </w:tcMar>
            <w:vAlign w:val="center"/>
            <w:shd w:fill="F5F5F5"/>
          </w:tcPr>
          <w:p>
            <w:pPr>
              <w:spacing w:after="0"/>
              <w:jc w:val="center"/>
            </w:pPr>
            <w:r>
              <w:rPr>
                <w:rFonts w:ascii="Noto Sans CJK KR" w:hAnsi="Noto Sans CJK KR" w:eastAsia="Noto Sans CJK KR"/>
                <w:b w:val="0"/>
                <w:sz w:val="17"/>
              </w:rPr>
              <w:t>필수</w:t>
            </w:r>
          </w:p>
        </w:tc>
        <w:tc>
          <w:tcPr>
            <w:tcW w:type="dxa" w:w="1304"/>
            <w:tcMar>
              <w:top w:w="85" w:type="dxa"/>
              <w:start w:w="80" w:type="dxa"/>
              <w:bottom w:w="85" w:type="dxa"/>
              <w:end w:w="80" w:type="dxa"/>
            </w:tcMar>
            <w:vAlign w:val="center"/>
            <w:shd w:fill="F5F5F5"/>
          </w:tcPr>
          <w:p>
            <w:pPr>
              <w:spacing w:after="0"/>
              <w:jc w:val="center"/>
            </w:pPr>
            <w:r>
              <w:rPr>
                <w:rFonts w:ascii="Noto Sans CJK KR" w:hAnsi="Noto Sans CJK KR" w:eastAsia="Noto Sans CJK KR"/>
                <w:b w:val="0"/>
                <w:sz w:val="17"/>
              </w:rPr>
              <w:t>검사/시험</w:t>
            </w:r>
          </w:p>
        </w:tc>
      </w:tr>
    </w:tbl>
    <w:p>
      <w:pPr>
        <w:spacing w:after="0"/>
      </w:pPr>
    </w:p>
    <w:p>
      <w:pPr>
        <w:spacing w:before="0" w:after="80" w:line="312" w:lineRule="auto"/>
      </w:pPr>
      <w:r>
        <w:rPr>
          <w:rFonts w:ascii="Noto Sans CJK KR" w:hAnsi="Noto Sans CJK KR" w:eastAsia="Noto Sans CJK KR"/>
          <w:b/>
          <w:i w:val="0"/>
          <w:sz w:val="20"/>
        </w:rPr>
        <w:t>명세를 준수하지 않을 경우 다음 문제가 발생할 수 있다.</w:t>
      </w:r>
    </w:p>
    <w:p>
      <w:pPr>
        <w:pStyle w:val="ListBullet"/>
        <w:spacing w:after="60" w:line="288" w:lineRule="auto"/>
        <w:ind w:left="340" w:hanging="142"/>
      </w:pPr>
      <w:r>
        <w:rPr>
          <w:rFonts w:ascii="Noto Sans CJK KR" w:hAnsi="Noto Sans CJK KR" w:eastAsia="Noto Sans CJK KR"/>
          <w:sz w:val="19"/>
        </w:rPr>
        <w:t>토픽 이름 불일치</w:t>
      </w:r>
    </w:p>
    <w:p>
      <w:pPr>
        <w:pStyle w:val="ListBullet"/>
        <w:spacing w:after="60" w:line="288" w:lineRule="auto"/>
        <w:ind w:left="340" w:hanging="142"/>
      </w:pPr>
      <w:r>
        <w:rPr>
          <w:rFonts w:ascii="Noto Sans CJK KR" w:hAnsi="Noto Sans CJK KR" w:eastAsia="Noto Sans CJK KR"/>
          <w:sz w:val="19"/>
        </w:rPr>
        <w:t>메시지 자료형 불일치</w:t>
      </w:r>
    </w:p>
    <w:p>
      <w:pPr>
        <w:pStyle w:val="ListBullet"/>
        <w:spacing w:after="60" w:line="288" w:lineRule="auto"/>
        <w:ind w:left="340" w:hanging="142"/>
      </w:pPr>
      <w:r>
        <w:rPr>
          <w:rFonts w:ascii="Noto Sans CJK KR" w:hAnsi="Noto Sans CJK KR" w:eastAsia="Noto Sans CJK KR"/>
          <w:sz w:val="19"/>
        </w:rPr>
        <w:t>거리·각도·속도 단위 불일치</w:t>
      </w:r>
    </w:p>
    <w:p>
      <w:pPr>
        <w:pStyle w:val="ListBullet"/>
        <w:spacing w:after="60" w:line="288" w:lineRule="auto"/>
        <w:ind w:left="340" w:hanging="142"/>
      </w:pPr>
      <w:r>
        <w:rPr>
          <w:rFonts w:ascii="Noto Sans CJK KR" w:hAnsi="Noto Sans CJK KR" w:eastAsia="Noto Sans CJK KR"/>
          <w:sz w:val="19"/>
        </w:rPr>
        <w:t>로봇 운용 상태 이름 불일치</w:t>
      </w:r>
    </w:p>
    <w:p>
      <w:pPr>
        <w:pStyle w:val="ListBullet"/>
        <w:spacing w:after="60" w:line="288" w:lineRule="auto"/>
        <w:ind w:left="340" w:hanging="142"/>
      </w:pPr>
      <w:r>
        <w:rPr>
          <w:rFonts w:ascii="Noto Sans CJK KR" w:hAnsi="Noto Sans CJK KR" w:eastAsia="Noto Sans CJK KR"/>
          <w:sz w:val="19"/>
        </w:rPr>
        <w:t>서비스 성공·실패 기준 불일치</w:t>
      </w:r>
    </w:p>
    <w:p>
      <w:pPr>
        <w:pStyle w:val="ListBullet"/>
        <w:spacing w:after="60" w:line="288" w:lineRule="auto"/>
        <w:ind w:left="340" w:hanging="142"/>
      </w:pPr>
      <w:r>
        <w:rPr>
          <w:rFonts w:ascii="Noto Sans CJK KR" w:hAnsi="Noto Sans CJK KR" w:eastAsia="Noto Sans CJK KR"/>
          <w:sz w:val="19"/>
        </w:rPr>
        <w:t>로봇 PC와 원격 PC 간 통신 오류</w:t>
      </w:r>
    </w:p>
    <w:p>
      <w:pPr>
        <w:pStyle w:val="ListBullet"/>
        <w:spacing w:after="60" w:line="288" w:lineRule="auto"/>
        <w:ind w:left="340" w:hanging="142"/>
      </w:pPr>
      <w:r>
        <w:rPr>
          <w:rFonts w:ascii="Noto Sans CJK KR" w:hAnsi="Noto Sans CJK KR" w:eastAsia="Noto Sans CJK KR"/>
          <w:sz w:val="19"/>
        </w:rPr>
        <w:t>통합 단계의 대규모 코드 수정</w:t>
      </w:r>
    </w:p>
    <w:p>
      <w:pPr>
        <w:pStyle w:val="Heading1"/>
        <w:keepNext/>
        <w:pBdr>
          <w:bottom w:val="single" w:sz="8" w:space="3" w:color="1F4E78"/>
        </w:pBdr>
      </w:pPr>
      <w:r>
        <w:t>2. 시스템 구성</w:t>
      </w:r>
    </w:p>
    <w:p>
      <w:pPr>
        <w:pStyle w:val="Heading2"/>
        <w:keepNext/>
      </w:pPr>
      <w:r>
        <w:t>2.1 로봇 플랫폼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space="0" w:color="B7B7B7"/>
          <w:left w:val="single" w:sz="4" w:space="0" w:color="B7B7B7"/>
          <w:bottom w:val="single" w:sz="4" w:space="0" w:color="B7B7B7"/>
          <w:right w:val="single" w:sz="4" w:space="0" w:color="B7B7B7"/>
          <w:insideH w:val="single" w:sz="4" w:space="0" w:color="B7B7B7"/>
          <w:insideV w:val="single" w:sz="4" w:space="0" w:color="B7B7B7"/>
        </w:tblBorders>
      </w:tblPr>
      <w:tblGrid>
        <w:gridCol w:w="5103"/>
        <w:gridCol w:w="5103"/>
      </w:tblGrid>
      <w:tr>
        <w:trPr>
          <w:tblHeader w:val="true"/>
        </w:trPr>
        <w:tc>
          <w:tcPr>
            <w:tcW w:type="dxa" w:w="2268"/>
            <w:shd w:fill="1F4E78"/>
            <w:tcMar>
              <w:top w:w="80" w:type="dxa"/>
              <w:start w:w="70" w:type="dxa"/>
              <w:bottom w:w="80" w:type="dxa"/>
              <w:end w:w="7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Noto Sans CJK KR" w:hAnsi="Noto Sans CJK KR" w:eastAsia="Noto Sans CJK KR"/>
                <w:b/>
                <w:color w:val="FFFFFF"/>
                <w:sz w:val="16"/>
              </w:rPr>
              <w:t>항목</w:t>
            </w:r>
          </w:p>
        </w:tc>
        <w:tc>
          <w:tcPr>
            <w:tcW w:type="dxa" w:w="7371"/>
            <w:shd w:fill="1F4E78"/>
            <w:tcMar>
              <w:top w:w="80" w:type="dxa"/>
              <w:start w:w="70" w:type="dxa"/>
              <w:bottom w:w="80" w:type="dxa"/>
              <w:end w:w="7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Noto Sans CJK KR" w:hAnsi="Noto Sans CJK KR" w:eastAsia="Noto Sans CJK KR"/>
                <w:b/>
                <w:color w:val="FFFFFF"/>
                <w:sz w:val="16"/>
              </w:rPr>
              <w:t>내용</w:t>
            </w:r>
          </w:p>
        </w:tc>
      </w:tr>
      <w:tr>
        <w:tc>
          <w:tcPr>
            <w:tcW w:type="dxa" w:w="2268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/>
                <w:sz w:val="18"/>
              </w:rPr>
              <w:t>로봇</w:t>
            </w:r>
          </w:p>
        </w:tc>
        <w:tc>
          <w:tcPr>
            <w:tcW w:type="dxa" w:w="7371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8"/>
              </w:rPr>
              <w:t>TurtleBot3 Burger</w:t>
            </w:r>
          </w:p>
        </w:tc>
      </w:tr>
      <w:tr>
        <w:tc>
          <w:tcPr>
            <w:tcW w:type="dxa" w:w="2268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  <w:shd w:fill="F8FBFD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/>
                <w:sz w:val="18"/>
              </w:rPr>
              <w:t>운영체제</w:t>
            </w:r>
          </w:p>
        </w:tc>
        <w:tc>
          <w:tcPr>
            <w:tcW w:type="dxa" w:w="7371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  <w:shd w:fill="F8FBFD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8"/>
              </w:rPr>
              <w:t>Ubuntu</w:t>
            </w:r>
          </w:p>
        </w:tc>
      </w:tr>
      <w:tr>
        <w:tc>
          <w:tcPr>
            <w:tcW w:type="dxa" w:w="2268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/>
                <w:sz w:val="18"/>
              </w:rPr>
              <w:t>미들웨어</w:t>
            </w:r>
          </w:p>
        </w:tc>
        <w:tc>
          <w:tcPr>
            <w:tcW w:type="dxa" w:w="7371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8"/>
              </w:rPr>
              <w:t>ROS 2 DDS</w:t>
            </w:r>
          </w:p>
        </w:tc>
      </w:tr>
      <w:tr>
        <w:tc>
          <w:tcPr>
            <w:tcW w:type="dxa" w:w="2268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  <w:shd w:fill="F8FBFD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/>
                <w:sz w:val="18"/>
              </w:rPr>
              <w:t>이동 방식</w:t>
            </w:r>
          </w:p>
        </w:tc>
        <w:tc>
          <w:tcPr>
            <w:tcW w:type="dxa" w:w="7371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  <w:shd w:fill="F8FBFD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8"/>
              </w:rPr>
              <w:t>차동 구동 방식</w:t>
            </w:r>
          </w:p>
        </w:tc>
      </w:tr>
      <w:tr>
        <w:tc>
          <w:tcPr>
            <w:tcW w:type="dxa" w:w="2268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/>
                <w:sz w:val="18"/>
              </w:rPr>
              <w:t>주행 제어</w:t>
            </w:r>
          </w:p>
        </w:tc>
        <w:tc>
          <w:tcPr>
            <w:tcW w:type="dxa" w:w="7371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8"/>
              </w:rPr>
              <w:t>OpenCR 기반 모터 제어</w:t>
            </w:r>
          </w:p>
        </w:tc>
      </w:tr>
      <w:tr>
        <w:tc>
          <w:tcPr>
            <w:tcW w:type="dxa" w:w="2268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  <w:shd w:fill="F8FBFD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/>
                <w:sz w:val="18"/>
              </w:rPr>
              <w:t>거리 센서</w:t>
            </w:r>
          </w:p>
        </w:tc>
        <w:tc>
          <w:tcPr>
            <w:tcW w:type="dxa" w:w="7371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  <w:shd w:fill="F8FBFD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8"/>
              </w:rPr>
              <w:t>LDS 라이다</w:t>
            </w:r>
          </w:p>
        </w:tc>
      </w:tr>
      <w:tr>
        <w:tc>
          <w:tcPr>
            <w:tcW w:type="dxa" w:w="2268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/>
                <w:sz w:val="18"/>
              </w:rPr>
              <w:t>카메라</w:t>
            </w:r>
          </w:p>
        </w:tc>
        <w:tc>
          <w:tcPr>
            <w:tcW w:type="dxa" w:w="7371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8"/>
              </w:rPr>
              <w:t>USB 카메라 또는 라즈베리파이 카메라</w:t>
            </w:r>
          </w:p>
        </w:tc>
      </w:tr>
      <w:tr>
        <w:tc>
          <w:tcPr>
            <w:tcW w:type="dxa" w:w="2268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  <w:shd w:fill="F8FBFD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/>
                <w:sz w:val="18"/>
              </w:rPr>
              <w:t>위치 추정</w:t>
            </w:r>
          </w:p>
        </w:tc>
        <w:tc>
          <w:tcPr>
            <w:tcW w:type="dxa" w:w="7371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  <w:shd w:fill="F8FBFD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8"/>
              </w:rPr>
              <w:t>SLAM 또는 AMCL</w:t>
            </w:r>
          </w:p>
        </w:tc>
      </w:tr>
      <w:tr>
        <w:tc>
          <w:tcPr>
            <w:tcW w:type="dxa" w:w="2268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/>
                <w:sz w:val="18"/>
              </w:rPr>
              <w:t>지도</w:t>
            </w:r>
          </w:p>
        </w:tc>
        <w:tc>
          <w:tcPr>
            <w:tcW w:type="dxa" w:w="7371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8"/>
              </w:rPr>
              <w:t>ROS 2 nav_msgs/msg/OccupancyGrid 형식</w:t>
            </w:r>
          </w:p>
        </w:tc>
      </w:tr>
      <w:tr>
        <w:tc>
          <w:tcPr>
            <w:tcW w:type="dxa" w:w="2268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  <w:shd w:fill="F8FBFD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/>
                <w:sz w:val="18"/>
              </w:rPr>
              <w:t>원격 제어</w:t>
            </w:r>
          </w:p>
        </w:tc>
        <w:tc>
          <w:tcPr>
            <w:tcW w:type="dxa" w:w="7371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  <w:shd w:fill="F8FBFD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8"/>
              </w:rPr>
              <w:t>원격 PC 관리자 GUI</w:t>
            </w:r>
          </w:p>
        </w:tc>
      </w:tr>
      <w:tr>
        <w:tc>
          <w:tcPr>
            <w:tcW w:type="dxa" w:w="2268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/>
                <w:sz w:val="18"/>
              </w:rPr>
              <w:t>네트워크</w:t>
            </w:r>
          </w:p>
        </w:tc>
        <w:tc>
          <w:tcPr>
            <w:tcW w:type="dxa" w:w="7371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8"/>
              </w:rPr>
              <w:t>동일 LAN 또는 동일 Wi-Fi 네트워크</w:t>
            </w:r>
          </w:p>
        </w:tc>
      </w:tr>
    </w:tbl>
    <w:p>
      <w:pPr>
        <w:spacing w:after="0"/>
      </w:pPr>
    </w:p>
    <w:p>
      <w:pPr>
        <w:pStyle w:val="Heading2"/>
        <w:keepNext/>
      </w:pPr>
      <w:r>
        <w:t>2.2 로봇 PC 실행 기능</w:t>
      </w:r>
    </w:p>
    <w:p>
      <w:pPr>
        <w:pStyle w:val="ListBullet"/>
        <w:spacing w:after="60" w:line="288" w:lineRule="auto"/>
        <w:ind w:left="340" w:hanging="142"/>
      </w:pPr>
      <w:r>
        <w:rPr>
          <w:rFonts w:ascii="Noto Sans CJK KR" w:hAnsi="Noto Sans CJK KR" w:eastAsia="Noto Sans CJK KR"/>
          <w:sz w:val="19"/>
        </w:rPr>
        <w:t>TurtleBot3 하드웨어 드라이버</w:t>
      </w:r>
    </w:p>
    <w:p>
      <w:pPr>
        <w:pStyle w:val="ListBullet"/>
        <w:spacing w:after="60" w:line="288" w:lineRule="auto"/>
        <w:ind w:left="340" w:hanging="142"/>
      </w:pPr>
      <w:r>
        <w:rPr>
          <w:rFonts w:ascii="Noto Sans CJK KR" w:hAnsi="Noto Sans CJK KR" w:eastAsia="Noto Sans CJK KR"/>
          <w:sz w:val="19"/>
        </w:rPr>
        <w:t>라이다 드라이버</w:t>
      </w:r>
    </w:p>
    <w:p>
      <w:pPr>
        <w:pStyle w:val="ListBullet"/>
        <w:spacing w:after="60" w:line="288" w:lineRule="auto"/>
        <w:ind w:left="340" w:hanging="142"/>
      </w:pPr>
      <w:r>
        <w:rPr>
          <w:rFonts w:ascii="Noto Sans CJK KR" w:hAnsi="Noto Sans CJK KR" w:eastAsia="Noto Sans CJK KR"/>
          <w:sz w:val="19"/>
        </w:rPr>
        <w:t>카메라 드라이버</w:t>
      </w:r>
    </w:p>
    <w:p>
      <w:pPr>
        <w:pStyle w:val="ListBullet"/>
        <w:spacing w:after="60" w:line="288" w:lineRule="auto"/>
        <w:ind w:left="340" w:hanging="142"/>
      </w:pPr>
      <w:r>
        <w:rPr>
          <w:rFonts w:ascii="Noto Sans CJK KR" w:hAnsi="Noto Sans CJK KR" w:eastAsia="Noto Sans CJK KR"/>
          <w:sz w:val="19"/>
        </w:rPr>
        <w:t>SLAM 또는 AMCL</w:t>
      </w:r>
    </w:p>
    <w:p>
      <w:pPr>
        <w:pStyle w:val="ListBullet"/>
        <w:spacing w:after="60" w:line="288" w:lineRule="auto"/>
        <w:ind w:left="340" w:hanging="142"/>
      </w:pPr>
      <w:r>
        <w:rPr>
          <w:rFonts w:ascii="Noto Sans CJK KR" w:hAnsi="Noto Sans CJK KR" w:eastAsia="Noto Sans CJK KR"/>
          <w:sz w:val="19"/>
        </w:rPr>
        <w:t>Nav2 내비게이션</w:t>
      </w:r>
    </w:p>
    <w:p>
      <w:pPr>
        <w:pStyle w:val="ListBullet"/>
        <w:spacing w:after="60" w:line="288" w:lineRule="auto"/>
        <w:ind w:left="340" w:hanging="142"/>
      </w:pPr>
      <w:r>
        <w:rPr>
          <w:rFonts w:ascii="Noto Sans CJK KR" w:hAnsi="Noto Sans CJK KR" w:eastAsia="Noto Sans CJK KR"/>
          <w:sz w:val="19"/>
        </w:rPr>
        <w:t>로봇 상태 관리</w:t>
      </w:r>
    </w:p>
    <w:p>
      <w:pPr>
        <w:pStyle w:val="ListBullet"/>
        <w:spacing w:after="60" w:line="288" w:lineRule="auto"/>
        <w:ind w:left="340" w:hanging="142"/>
      </w:pPr>
      <w:r>
        <w:rPr>
          <w:rFonts w:ascii="Noto Sans CJK KR" w:hAnsi="Noto Sans CJK KR" w:eastAsia="Noto Sans CJK KR"/>
          <w:sz w:val="19"/>
        </w:rPr>
        <w:t>배터리 상태 관리</w:t>
      </w:r>
    </w:p>
    <w:p>
      <w:pPr>
        <w:pStyle w:val="ListBullet"/>
        <w:spacing w:after="60" w:line="288" w:lineRule="auto"/>
        <w:ind w:left="340" w:hanging="142"/>
      </w:pPr>
      <w:r>
        <w:rPr>
          <w:rFonts w:ascii="Noto Sans CJK KR" w:hAnsi="Noto Sans CJK KR" w:eastAsia="Noto Sans CJK KR"/>
          <w:sz w:val="19"/>
        </w:rPr>
        <w:t>순찰 관리</w:t>
      </w:r>
    </w:p>
    <w:p>
      <w:pPr>
        <w:pStyle w:val="ListBullet"/>
        <w:spacing w:after="60" w:line="288" w:lineRule="auto"/>
        <w:ind w:left="340" w:hanging="142"/>
      </w:pPr>
      <w:r>
        <w:rPr>
          <w:rFonts w:ascii="Noto Sans CJK KR" w:hAnsi="Noto Sans CJK KR" w:eastAsia="Noto Sans CJK KR"/>
          <w:sz w:val="19"/>
        </w:rPr>
        <w:t>방문자 감지</w:t>
      </w:r>
    </w:p>
    <w:p>
      <w:pPr>
        <w:pStyle w:val="ListBullet"/>
        <w:spacing w:after="60" w:line="288" w:lineRule="auto"/>
        <w:ind w:left="340" w:hanging="142"/>
      </w:pPr>
      <w:r>
        <w:rPr>
          <w:rFonts w:ascii="Noto Sans CJK KR" w:hAnsi="Noto Sans CJK KR" w:eastAsia="Noto Sans CJK KR"/>
          <w:sz w:val="19"/>
        </w:rPr>
        <w:t>이상 상황 감지</w:t>
      </w:r>
    </w:p>
    <w:p>
      <w:pPr>
        <w:pStyle w:val="ListBullet"/>
        <w:spacing w:after="60" w:line="288" w:lineRule="auto"/>
        <w:ind w:left="340" w:hanging="142"/>
      </w:pPr>
      <w:r>
        <w:rPr>
          <w:rFonts w:ascii="Noto Sans CJK KR" w:hAnsi="Noto Sans CJK KR" w:eastAsia="Noto Sans CJK KR"/>
          <w:sz w:val="19"/>
        </w:rPr>
        <w:t>증거 이미지 저장</w:t>
      </w:r>
    </w:p>
    <w:p>
      <w:pPr>
        <w:pStyle w:val="ListBullet"/>
        <w:spacing w:after="60" w:line="288" w:lineRule="auto"/>
        <w:ind w:left="340" w:hanging="142"/>
      </w:pPr>
      <w:r>
        <w:rPr>
          <w:rFonts w:ascii="Noto Sans CJK KR" w:hAnsi="Noto Sans CJK KR" w:eastAsia="Noto Sans CJK KR"/>
          <w:sz w:val="19"/>
        </w:rPr>
        <w:t>속도 명령 선택</w:t>
      </w:r>
    </w:p>
    <w:p>
      <w:pPr>
        <w:pStyle w:val="ListBullet"/>
        <w:spacing w:after="60" w:line="288" w:lineRule="auto"/>
        <w:ind w:left="340" w:hanging="142"/>
      </w:pPr>
      <w:r>
        <w:rPr>
          <w:rFonts w:ascii="Noto Sans CJK KR" w:hAnsi="Noto Sans CJK KR" w:eastAsia="Noto Sans CJK KR"/>
          <w:sz w:val="19"/>
        </w:rPr>
        <w:t>비상정지 처리</w:t>
      </w:r>
    </w:p>
    <w:p>
      <w:pPr>
        <w:pStyle w:val="Heading2"/>
        <w:keepNext/>
      </w:pPr>
      <w:r>
        <w:t>2.3 원격 PC 실행 기능</w:t>
      </w:r>
    </w:p>
    <w:p>
      <w:pPr>
        <w:pStyle w:val="ListBullet"/>
        <w:spacing w:after="60" w:line="288" w:lineRule="auto"/>
        <w:ind w:left="340" w:hanging="142"/>
      </w:pPr>
      <w:r>
        <w:rPr>
          <w:rFonts w:ascii="Noto Sans CJK KR" w:hAnsi="Noto Sans CJK KR" w:eastAsia="Noto Sans CJK KR"/>
          <w:sz w:val="19"/>
        </w:rPr>
        <w:t>관리자 GUI</w:t>
      </w:r>
    </w:p>
    <w:p>
      <w:pPr>
        <w:pStyle w:val="ListBullet"/>
        <w:spacing w:after="60" w:line="288" w:lineRule="auto"/>
        <w:ind w:left="340" w:hanging="142"/>
      </w:pPr>
      <w:r>
        <w:rPr>
          <w:rFonts w:ascii="Noto Sans CJK KR" w:hAnsi="Noto Sans CJK KR" w:eastAsia="Noto Sans CJK KR"/>
          <w:sz w:val="19"/>
        </w:rPr>
        <w:t>로봇 상태 표시</w:t>
      </w:r>
    </w:p>
    <w:p>
      <w:pPr>
        <w:pStyle w:val="ListBullet"/>
        <w:spacing w:after="60" w:line="288" w:lineRule="auto"/>
        <w:ind w:left="340" w:hanging="142"/>
      </w:pPr>
      <w:r>
        <w:rPr>
          <w:rFonts w:ascii="Noto Sans CJK KR" w:hAnsi="Noto Sans CJK KR" w:eastAsia="Noto Sans CJK KR"/>
          <w:sz w:val="19"/>
        </w:rPr>
        <w:t>지도 및 현재 위치 표시</w:t>
      </w:r>
    </w:p>
    <w:p>
      <w:pPr>
        <w:pStyle w:val="ListBullet"/>
        <w:spacing w:after="60" w:line="288" w:lineRule="auto"/>
        <w:ind w:left="340" w:hanging="142"/>
      </w:pPr>
      <w:r>
        <w:rPr>
          <w:rFonts w:ascii="Noto Sans CJK KR" w:hAnsi="Noto Sans CJK KR" w:eastAsia="Noto Sans CJK KR"/>
          <w:sz w:val="19"/>
        </w:rPr>
        <w:t>실시간 카메라 영상 표시</w:t>
      </w:r>
    </w:p>
    <w:p>
      <w:pPr>
        <w:pStyle w:val="ListBullet"/>
        <w:spacing w:after="60" w:line="288" w:lineRule="auto"/>
        <w:ind w:left="340" w:hanging="142"/>
      </w:pPr>
      <w:r>
        <w:rPr>
          <w:rFonts w:ascii="Noto Sans CJK KR" w:hAnsi="Noto Sans CJK KR" w:eastAsia="Noto Sans CJK KR"/>
          <w:sz w:val="19"/>
        </w:rPr>
        <w:t>원격 조종</w:t>
      </w:r>
    </w:p>
    <w:p>
      <w:pPr>
        <w:pStyle w:val="ListBullet"/>
        <w:spacing w:after="60" w:line="288" w:lineRule="auto"/>
        <w:ind w:left="340" w:hanging="142"/>
      </w:pPr>
      <w:r>
        <w:rPr>
          <w:rFonts w:ascii="Noto Sans CJK KR" w:hAnsi="Noto Sans CJK KR" w:eastAsia="Noto Sans CJK KR"/>
          <w:sz w:val="19"/>
        </w:rPr>
        <w:t>운용 모드 변경</w:t>
      </w:r>
    </w:p>
    <w:p>
      <w:pPr>
        <w:pStyle w:val="ListBullet"/>
        <w:spacing w:after="60" w:line="288" w:lineRule="auto"/>
        <w:ind w:left="340" w:hanging="142"/>
      </w:pPr>
      <w:r>
        <w:rPr>
          <w:rFonts w:ascii="Noto Sans CJK KR" w:hAnsi="Noto Sans CJK KR" w:eastAsia="Noto Sans CJK KR"/>
          <w:sz w:val="19"/>
        </w:rPr>
        <w:t>순찰 시작 및 중지</w:t>
      </w:r>
    </w:p>
    <w:p>
      <w:pPr>
        <w:pStyle w:val="ListBullet"/>
        <w:spacing w:after="60" w:line="288" w:lineRule="auto"/>
        <w:ind w:left="340" w:hanging="142"/>
      </w:pPr>
      <w:r>
        <w:rPr>
          <w:rFonts w:ascii="Noto Sans CJK KR" w:hAnsi="Noto Sans CJK KR" w:eastAsia="Noto Sans CJK KR"/>
          <w:sz w:val="19"/>
        </w:rPr>
        <w:t>이상 이벤트 확인</w:t>
      </w:r>
    </w:p>
    <w:p>
      <w:pPr>
        <w:pStyle w:val="ListBullet"/>
        <w:spacing w:after="60" w:line="288" w:lineRule="auto"/>
        <w:ind w:left="340" w:hanging="142"/>
      </w:pPr>
      <w:r>
        <w:rPr>
          <w:rFonts w:ascii="Noto Sans CJK KR" w:hAnsi="Noto Sans CJK KR" w:eastAsia="Noto Sans CJK KR"/>
          <w:sz w:val="19"/>
        </w:rPr>
        <w:t>관리자 판단 입력</w:t>
      </w:r>
    </w:p>
    <w:p>
      <w:pPr>
        <w:pStyle w:val="ListBullet"/>
        <w:spacing w:after="60" w:line="288" w:lineRule="auto"/>
        <w:ind w:left="340" w:hanging="142"/>
      </w:pPr>
      <w:r>
        <w:rPr>
          <w:rFonts w:ascii="Noto Sans CJK KR" w:hAnsi="Noto Sans CJK KR" w:eastAsia="Noto Sans CJK KR"/>
          <w:sz w:val="19"/>
        </w:rPr>
        <w:t>방문자 메모 작성</w:t>
      </w:r>
    </w:p>
    <w:p>
      <w:pPr>
        <w:pStyle w:val="ListBullet"/>
        <w:spacing w:after="60" w:line="288" w:lineRule="auto"/>
        <w:ind w:left="340" w:hanging="142"/>
      </w:pPr>
      <w:r>
        <w:rPr>
          <w:rFonts w:ascii="Noto Sans CJK KR" w:hAnsi="Noto Sans CJK KR" w:eastAsia="Noto Sans CJK KR"/>
          <w:sz w:val="19"/>
        </w:rPr>
        <w:t>보고서 생성 및 조회</w:t>
      </w:r>
    </w:p>
    <w:p>
      <w:pPr>
        <w:pStyle w:val="ListBullet"/>
        <w:spacing w:after="60" w:line="288" w:lineRule="auto"/>
        <w:ind w:left="340" w:hanging="142"/>
      </w:pPr>
      <w:r>
        <w:rPr>
          <w:rFonts w:ascii="Noto Sans CJK KR" w:hAnsi="Noto Sans CJK KR" w:eastAsia="Noto Sans CJK KR"/>
          <w:sz w:val="19"/>
        </w:rPr>
        <w:t>비상정지 명령 전송</w:t>
      </w:r>
    </w:p>
    <w:p>
      <w:pPr>
        <w:pStyle w:val="Heading1"/>
        <w:keepNext/>
        <w:pBdr>
          <w:bottom w:val="single" w:sz="8" w:space="3" w:color="1F4E78"/>
        </w:pBdr>
      </w:pPr>
      <w:r>
        <w:t>3. ROS 2 네임스페이스 규칙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space="0" w:color="7F8C8D"/>
          <w:left w:val="single" w:sz="4" w:space="0" w:color="7F8C8D"/>
          <w:bottom w:val="single" w:sz="4" w:space="0" w:color="7F8C8D"/>
          <w:right w:val="single" w:sz="4" w:space="0" w:color="7F8C8D"/>
          <w:insideH w:val="single" w:sz="4" w:space="0" w:color="7F8C8D"/>
          <w:insideV w:val="single" w:sz="4" w:space="0" w:color="7F8C8D"/>
        </w:tblBorders>
      </w:tblPr>
      <w:tblGrid>
        <w:gridCol w:w="2551"/>
        <w:gridCol w:w="2551"/>
        <w:gridCol w:w="2551"/>
        <w:gridCol w:w="2551"/>
      </w:tblGrid>
      <w:tr>
        <w:trPr>
          <w:cantSplit/>
        </w:trPr>
        <w:tc>
          <w:tcPr>
            <w:tcW w:type="dxa" w:w="1360"/>
            <w:tcMar>
              <w:top w:w="85" w:type="dxa"/>
              <w:start w:w="80" w:type="dxa"/>
              <w:bottom w:w="85" w:type="dxa"/>
              <w:end w:w="80" w:type="dxa"/>
            </w:tcMar>
            <w:vAlign w:val="center"/>
            <w:shd w:fill="D9EAF7"/>
          </w:tcPr>
          <w:p>
            <w:pPr>
              <w:spacing w:after="0"/>
              <w:jc w:val="center"/>
            </w:pPr>
            <w:r>
              <w:rPr>
                <w:rFonts w:ascii="Noto Sans CJK KR" w:hAnsi="Noto Sans CJK KR" w:eastAsia="Noto Sans CJK KR"/>
                <w:b/>
                <w:sz w:val="17"/>
              </w:rPr>
              <w:t>HS-OR-GEN-002</w:t>
            </w:r>
          </w:p>
        </w:tc>
        <w:tc>
          <w:tcPr>
            <w:tcW w:type="dxa" w:w="5953"/>
            <w:tcMar>
              <w:top w:w="85" w:type="dxa"/>
              <w:start w:w="80" w:type="dxa"/>
              <w:bottom w:w="85" w:type="dxa"/>
              <w:end w:w="8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Noto Sans CJK KR" w:hAnsi="Noto Sans CJK KR" w:eastAsia="Noto Sans CJK KR"/>
                <w:b w:val="0"/>
                <w:sz w:val="17"/>
              </w:rPr>
              <w:t>사무실 로봇 전용 인터페이스는 /office_robot 네임스페이스를 사용하여야 한다.</w:t>
            </w:r>
          </w:p>
        </w:tc>
        <w:tc>
          <w:tcPr>
            <w:tcW w:type="dxa" w:w="1020"/>
            <w:tcMar>
              <w:top w:w="85" w:type="dxa"/>
              <w:start w:w="80" w:type="dxa"/>
              <w:bottom w:w="85" w:type="dxa"/>
              <w:end w:w="80" w:type="dxa"/>
            </w:tcMar>
            <w:vAlign w:val="center"/>
            <w:shd w:fill="F5F5F5"/>
          </w:tcPr>
          <w:p>
            <w:pPr>
              <w:spacing w:after="0"/>
              <w:jc w:val="center"/>
            </w:pPr>
            <w:r>
              <w:rPr>
                <w:rFonts w:ascii="Noto Sans CJK KR" w:hAnsi="Noto Sans CJK KR" w:eastAsia="Noto Sans CJK KR"/>
                <w:b w:val="0"/>
                <w:sz w:val="17"/>
              </w:rPr>
              <w:t>필수</w:t>
            </w:r>
          </w:p>
        </w:tc>
        <w:tc>
          <w:tcPr>
            <w:tcW w:type="dxa" w:w="1304"/>
            <w:tcMar>
              <w:top w:w="85" w:type="dxa"/>
              <w:start w:w="80" w:type="dxa"/>
              <w:bottom w:w="85" w:type="dxa"/>
              <w:end w:w="80" w:type="dxa"/>
            </w:tcMar>
            <w:vAlign w:val="center"/>
            <w:shd w:fill="F5F5F5"/>
          </w:tcPr>
          <w:p>
            <w:pPr>
              <w:spacing w:after="0"/>
              <w:jc w:val="center"/>
            </w:pPr>
            <w:r>
              <w:rPr>
                <w:rFonts w:ascii="Noto Sans CJK KR" w:hAnsi="Noto Sans CJK KR" w:eastAsia="Noto Sans CJK KR"/>
                <w:b w:val="0"/>
                <w:sz w:val="17"/>
              </w:rPr>
              <w:t>검사</w:t>
            </w:r>
          </w:p>
        </w:tc>
      </w:tr>
    </w:tbl>
    <w:p>
      <w:pPr>
        <w:spacing w:after="0"/>
      </w:pPr>
    </w:p>
    <w:p>
      <w:pPr>
        <w:spacing w:before="0" w:after="80" w:line="312" w:lineRule="auto"/>
      </w:pPr>
      <w:r>
        <w:rPr>
          <w:rFonts w:ascii="Noto Sans CJK KR" w:hAnsi="Noto Sans CJK KR" w:eastAsia="Noto Sans CJK KR"/>
          <w:b w:val="0"/>
          <w:i w:val="0"/>
          <w:sz w:val="20"/>
        </w:rPr>
        <w:t>전용 인터페이스 예시</w:t>
      </w:r>
    </w:p>
    <w:p>
      <w:pPr>
        <w:spacing w:before="40" w:after="100" w:line="240" w:lineRule="auto"/>
        <w:ind w:left="283" w:right="283"/>
        <w:shd w:fill="F2F2F2"/>
      </w:pPr>
      <w:r>
        <w:rPr>
          <w:rFonts w:ascii="Noto Sans Mono CJK KR" w:hAnsi="Noto Sans Mono CJK KR" w:eastAsia="Noto Sans Mono CJK KR"/>
          <w:sz w:val="17"/>
        </w:rPr>
        <w:t>/office_robot/operation_mode</w:t>
        <w:br/>
      </w:r>
      <w:r>
        <w:rPr>
          <w:rFonts w:ascii="Noto Sans Mono CJK KR" w:hAnsi="Noto Sans Mono CJK KR" w:eastAsia="Noto Sans Mono CJK KR"/>
          <w:sz w:val="17"/>
        </w:rPr>
        <w:t>/office_robot/patrol/status</w:t>
        <w:br/>
      </w:r>
      <w:r>
        <w:rPr>
          <w:rFonts w:ascii="Noto Sans Mono CJK KR" w:hAnsi="Noto Sans Mono CJK KR" w:eastAsia="Noto Sans Mono CJK KR"/>
          <w:sz w:val="17"/>
        </w:rPr>
        <w:t>/office_robot/anomaly/event</w:t>
        <w:br/>
      </w:r>
      <w:r>
        <w:rPr>
          <w:rFonts w:ascii="Noto Sans Mono CJK KR" w:hAnsi="Noto Sans Mono CJK KR" w:eastAsia="Noto Sans Mono CJK KR"/>
          <w:sz w:val="17"/>
        </w:rPr>
        <w:t>/office_robot/admin/decision</w:t>
        <w:br/>
      </w:r>
      <w:r>
        <w:rPr>
          <w:rFonts w:ascii="Noto Sans Mono CJK KR" w:hAnsi="Noto Sans Mono CJK KR" w:eastAsia="Noto Sans Mono CJK KR"/>
          <w:sz w:val="17"/>
        </w:rPr>
        <w:t>/office_robot/cmd_vel/remote</w:t>
      </w:r>
    </w:p>
    <w:p>
      <w:pPr>
        <w:spacing w:before="0" w:after="80" w:line="312" w:lineRule="auto"/>
      </w:pPr>
      <w:r>
        <w:rPr>
          <w:rFonts w:ascii="Noto Sans CJK KR" w:hAnsi="Noto Sans CJK KR" w:eastAsia="Noto Sans CJK KR"/>
          <w:b w:val="0"/>
          <w:i w:val="0"/>
          <w:sz w:val="20"/>
        </w:rPr>
        <w:t>TurtleBot3와 Nav2에서 기본으로 제공하는 표준 인터페이스는 기존 이름을 유지한다.</w:t>
      </w:r>
    </w:p>
    <w:p>
      <w:pPr>
        <w:spacing w:before="40" w:after="100" w:line="240" w:lineRule="auto"/>
        <w:ind w:left="283" w:right="283"/>
        <w:shd w:fill="F2F2F2"/>
      </w:pPr>
      <w:r>
        <w:rPr>
          <w:rFonts w:ascii="Noto Sans Mono CJK KR" w:hAnsi="Noto Sans Mono CJK KR" w:eastAsia="Noto Sans Mono CJK KR"/>
          <w:sz w:val="17"/>
        </w:rPr>
        <w:t>/cmd_vel</w:t>
        <w:br/>
      </w:r>
      <w:r>
        <w:rPr>
          <w:rFonts w:ascii="Noto Sans Mono CJK KR" w:hAnsi="Noto Sans Mono CJK KR" w:eastAsia="Noto Sans Mono CJK KR"/>
          <w:sz w:val="17"/>
        </w:rPr>
        <w:t>/odom</w:t>
        <w:br/>
      </w:r>
      <w:r>
        <w:rPr>
          <w:rFonts w:ascii="Noto Sans Mono CJK KR" w:hAnsi="Noto Sans Mono CJK KR" w:eastAsia="Noto Sans Mono CJK KR"/>
          <w:sz w:val="17"/>
        </w:rPr>
        <w:t>/scan</w:t>
        <w:br/>
      </w:r>
      <w:r>
        <w:rPr>
          <w:rFonts w:ascii="Noto Sans Mono CJK KR" w:hAnsi="Noto Sans Mono CJK KR" w:eastAsia="Noto Sans Mono CJK KR"/>
          <w:sz w:val="17"/>
        </w:rPr>
        <w:t>/map</w:t>
        <w:br/>
      </w:r>
      <w:r>
        <w:rPr>
          <w:rFonts w:ascii="Noto Sans Mono CJK KR" w:hAnsi="Noto Sans Mono CJK KR" w:eastAsia="Noto Sans Mono CJK KR"/>
          <w:sz w:val="17"/>
        </w:rPr>
        <w:t>/tf</w:t>
        <w:br/>
      </w:r>
      <w:r>
        <w:rPr>
          <w:rFonts w:ascii="Noto Sans Mono CJK KR" w:hAnsi="Noto Sans Mono CJK KR" w:eastAsia="Noto Sans Mono CJK KR"/>
          <w:sz w:val="17"/>
        </w:rPr>
        <w:t>/tf_static</w:t>
        <w:br/>
      </w:r>
      <w:r>
        <w:rPr>
          <w:rFonts w:ascii="Noto Sans Mono CJK KR" w:hAnsi="Noto Sans Mono CJK KR" w:eastAsia="Noto Sans Mono CJK KR"/>
          <w:sz w:val="17"/>
        </w:rPr>
        <w:t>/amcl_pose</w:t>
        <w:br/>
      </w:r>
      <w:r>
        <w:rPr>
          <w:rFonts w:ascii="Noto Sans Mono CJK KR" w:hAnsi="Noto Sans Mono CJK KR" w:eastAsia="Noto Sans Mono CJK KR"/>
          <w:sz w:val="17"/>
        </w:rPr>
        <w:t>/navigate_to_pose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space="0" w:color="7F8C8D"/>
          <w:left w:val="single" w:sz="4" w:space="0" w:color="7F8C8D"/>
          <w:bottom w:val="single" w:sz="4" w:space="0" w:color="7F8C8D"/>
          <w:right w:val="single" w:sz="4" w:space="0" w:color="7F8C8D"/>
          <w:insideH w:val="single" w:sz="4" w:space="0" w:color="7F8C8D"/>
          <w:insideV w:val="single" w:sz="4" w:space="0" w:color="7F8C8D"/>
        </w:tblBorders>
      </w:tblPr>
      <w:tblGrid>
        <w:gridCol w:w="2551"/>
        <w:gridCol w:w="2551"/>
        <w:gridCol w:w="2551"/>
        <w:gridCol w:w="2551"/>
      </w:tblGrid>
      <w:tr>
        <w:trPr>
          <w:cantSplit/>
        </w:trPr>
        <w:tc>
          <w:tcPr>
            <w:tcW w:type="dxa" w:w="1360"/>
            <w:tcMar>
              <w:top w:w="85" w:type="dxa"/>
              <w:start w:w="80" w:type="dxa"/>
              <w:bottom w:w="85" w:type="dxa"/>
              <w:end w:w="80" w:type="dxa"/>
            </w:tcMar>
            <w:vAlign w:val="center"/>
            <w:shd w:fill="D9EAF7"/>
          </w:tcPr>
          <w:p>
            <w:pPr>
              <w:spacing w:after="0"/>
              <w:jc w:val="center"/>
            </w:pPr>
            <w:r>
              <w:rPr>
                <w:rFonts w:ascii="Noto Sans CJK KR" w:hAnsi="Noto Sans CJK KR" w:eastAsia="Noto Sans CJK KR"/>
                <w:b/>
                <w:sz w:val="17"/>
              </w:rPr>
              <w:t>HS-OR-GEN-003</w:t>
            </w:r>
          </w:p>
        </w:tc>
        <w:tc>
          <w:tcPr>
            <w:tcW w:type="dxa" w:w="5953"/>
            <w:tcMar>
              <w:top w:w="85" w:type="dxa"/>
              <w:start w:w="80" w:type="dxa"/>
              <w:bottom w:w="85" w:type="dxa"/>
              <w:end w:w="8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Noto Sans CJK KR" w:hAnsi="Noto Sans CJK KR" w:eastAsia="Noto Sans CJK KR"/>
                <w:b w:val="0"/>
                <w:sz w:val="17"/>
              </w:rPr>
              <w:t>토픽·서비스·액션 이름은 영문 소문자, 숫자 및 밑줄을 사용하여야 하며 CamelCase를 사용하지 않아야 한다.</w:t>
            </w:r>
          </w:p>
        </w:tc>
        <w:tc>
          <w:tcPr>
            <w:tcW w:type="dxa" w:w="1020"/>
            <w:tcMar>
              <w:top w:w="85" w:type="dxa"/>
              <w:start w:w="80" w:type="dxa"/>
              <w:bottom w:w="85" w:type="dxa"/>
              <w:end w:w="80" w:type="dxa"/>
            </w:tcMar>
            <w:vAlign w:val="center"/>
            <w:shd w:fill="F5F5F5"/>
          </w:tcPr>
          <w:p>
            <w:pPr>
              <w:spacing w:after="0"/>
              <w:jc w:val="center"/>
            </w:pPr>
            <w:r>
              <w:rPr>
                <w:rFonts w:ascii="Noto Sans CJK KR" w:hAnsi="Noto Sans CJK KR" w:eastAsia="Noto Sans CJK KR"/>
                <w:b w:val="0"/>
                <w:sz w:val="17"/>
              </w:rPr>
              <w:t>필수</w:t>
            </w:r>
          </w:p>
        </w:tc>
        <w:tc>
          <w:tcPr>
            <w:tcW w:type="dxa" w:w="1304"/>
            <w:tcMar>
              <w:top w:w="85" w:type="dxa"/>
              <w:start w:w="80" w:type="dxa"/>
              <w:bottom w:w="85" w:type="dxa"/>
              <w:end w:w="80" w:type="dxa"/>
            </w:tcMar>
            <w:vAlign w:val="center"/>
            <w:shd w:fill="F5F5F5"/>
          </w:tcPr>
          <w:p>
            <w:pPr>
              <w:spacing w:after="0"/>
              <w:jc w:val="center"/>
            </w:pPr>
            <w:r>
              <w:rPr>
                <w:rFonts w:ascii="Noto Sans CJK KR" w:hAnsi="Noto Sans CJK KR" w:eastAsia="Noto Sans CJK KR"/>
                <w:b w:val="0"/>
                <w:sz w:val="17"/>
              </w:rPr>
              <w:t>검사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space="0" w:color="B7B7B7"/>
          <w:left w:val="single" w:sz="4" w:space="0" w:color="B7B7B7"/>
          <w:bottom w:val="single" w:sz="4" w:space="0" w:color="B7B7B7"/>
          <w:right w:val="single" w:sz="4" w:space="0" w:color="B7B7B7"/>
          <w:insideH w:val="single" w:sz="4" w:space="0" w:color="B7B7B7"/>
          <w:insideV w:val="single" w:sz="4" w:space="0" w:color="B7B7B7"/>
        </w:tblBorders>
      </w:tblPr>
      <w:tblGrid>
        <w:gridCol w:w="5103"/>
        <w:gridCol w:w="5103"/>
      </w:tblGrid>
      <w:tr>
        <w:trPr>
          <w:tblHeader w:val="true"/>
        </w:trPr>
        <w:tc>
          <w:tcPr>
            <w:tcW w:type="dxa" w:w="2268"/>
            <w:shd w:fill="1F4E78"/>
            <w:tcMar>
              <w:top w:w="80" w:type="dxa"/>
              <w:start w:w="70" w:type="dxa"/>
              <w:bottom w:w="80" w:type="dxa"/>
              <w:end w:w="7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Noto Sans CJK KR" w:hAnsi="Noto Sans CJK KR" w:eastAsia="Noto Sans CJK KR"/>
                <w:b/>
                <w:color w:val="FFFFFF"/>
                <w:sz w:val="16"/>
              </w:rPr>
              <w:t>구분</w:t>
            </w:r>
          </w:p>
        </w:tc>
        <w:tc>
          <w:tcPr>
            <w:tcW w:type="dxa" w:w="7371"/>
            <w:shd w:fill="1F4E78"/>
            <w:tcMar>
              <w:top w:w="80" w:type="dxa"/>
              <w:start w:w="70" w:type="dxa"/>
              <w:bottom w:w="80" w:type="dxa"/>
              <w:end w:w="7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Noto Sans CJK KR" w:hAnsi="Noto Sans CJK KR" w:eastAsia="Noto Sans CJK KR"/>
                <w:b/>
                <w:color w:val="FFFFFF"/>
                <w:sz w:val="16"/>
              </w:rPr>
              <w:t>예시</w:t>
            </w:r>
          </w:p>
        </w:tc>
      </w:tr>
      <w:tr>
        <w:tc>
          <w:tcPr>
            <w:tcW w:type="dxa" w:w="2268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8"/>
              </w:rPr>
              <w:t>올바른 예</w:t>
            </w:r>
          </w:p>
        </w:tc>
        <w:tc>
          <w:tcPr>
            <w:tcW w:type="dxa" w:w="7371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8"/>
              </w:rPr>
              <w:t>/office_robot/patrol/status</w:t>
              <w:br/>
              <w:t>/office_robot/emergency_stop</w:t>
            </w:r>
          </w:p>
        </w:tc>
      </w:tr>
      <w:tr>
        <w:tc>
          <w:tcPr>
            <w:tcW w:type="dxa" w:w="2268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  <w:shd w:fill="F8FBFD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8"/>
              </w:rPr>
              <w:t>잘못된 예</w:t>
            </w:r>
          </w:p>
        </w:tc>
        <w:tc>
          <w:tcPr>
            <w:tcW w:type="dxa" w:w="7371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  <w:shd w:fill="F8FBFD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8"/>
              </w:rPr>
              <w:t>/OfficeRobot/PatrolStatus</w:t>
              <w:br/>
              <w:t>/officeRobot/emergencyStop</w:t>
            </w:r>
          </w:p>
        </w:tc>
      </w:tr>
    </w:tbl>
    <w:p>
      <w:pPr>
        <w:spacing w:after="0"/>
      </w:pPr>
    </w:p>
    <w:p>
      <w:pPr>
        <w:pStyle w:val="Heading1"/>
        <w:keepNext/>
        <w:pBdr>
          <w:bottom w:val="single" w:sz="8" w:space="3" w:color="1F4E78"/>
        </w:pBdr>
      </w:pPr>
      <w:r>
        <w:t>4. 노드 구성 명세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space="0" w:color="B7B7B7"/>
          <w:left w:val="single" w:sz="4" w:space="0" w:color="B7B7B7"/>
          <w:bottom w:val="single" w:sz="4" w:space="0" w:color="B7B7B7"/>
          <w:right w:val="single" w:sz="4" w:space="0" w:color="B7B7B7"/>
          <w:insideH w:val="single" w:sz="4" w:space="0" w:color="B7B7B7"/>
          <w:insideV w:val="single" w:sz="4" w:space="0" w:color="B7B7B7"/>
        </w:tblBorders>
      </w:tblPr>
      <w:tblGrid>
        <w:gridCol w:w="3402"/>
        <w:gridCol w:w="3402"/>
        <w:gridCol w:w="3402"/>
      </w:tblGrid>
      <w:tr>
        <w:trPr>
          <w:tblHeader w:val="true"/>
        </w:trPr>
        <w:tc>
          <w:tcPr>
            <w:tcW w:type="dxa" w:w="2551"/>
            <w:shd w:fill="1F4E78"/>
            <w:tcMar>
              <w:top w:w="80" w:type="dxa"/>
              <w:start w:w="70" w:type="dxa"/>
              <w:bottom w:w="80" w:type="dxa"/>
              <w:end w:w="7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Noto Sans CJK KR" w:hAnsi="Noto Sans CJK KR" w:eastAsia="Noto Sans CJK KR"/>
                <w:b/>
                <w:color w:val="FFFFFF"/>
                <w:sz w:val="16"/>
              </w:rPr>
              <w:t>노드명</w:t>
            </w:r>
          </w:p>
        </w:tc>
        <w:tc>
          <w:tcPr>
            <w:tcW w:type="dxa" w:w="1701"/>
            <w:shd w:fill="1F4E78"/>
            <w:tcMar>
              <w:top w:w="80" w:type="dxa"/>
              <w:start w:w="70" w:type="dxa"/>
              <w:bottom w:w="80" w:type="dxa"/>
              <w:end w:w="7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Noto Sans CJK KR" w:hAnsi="Noto Sans CJK KR" w:eastAsia="Noto Sans CJK KR"/>
                <w:b/>
                <w:color w:val="FFFFFF"/>
                <w:sz w:val="16"/>
              </w:rPr>
              <w:t>실행 위치</w:t>
            </w:r>
          </w:p>
        </w:tc>
        <w:tc>
          <w:tcPr>
            <w:tcW w:type="dxa" w:w="5386"/>
            <w:shd w:fill="1F4E78"/>
            <w:tcMar>
              <w:top w:w="80" w:type="dxa"/>
              <w:start w:w="70" w:type="dxa"/>
              <w:bottom w:w="80" w:type="dxa"/>
              <w:end w:w="7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Noto Sans CJK KR" w:hAnsi="Noto Sans CJK KR" w:eastAsia="Noto Sans CJK KR"/>
                <w:b/>
                <w:color w:val="FFFFFF"/>
                <w:sz w:val="16"/>
              </w:rPr>
              <w:t>역할</w:t>
            </w:r>
          </w:p>
        </w:tc>
      </w:tr>
      <w:tr>
        <w:tc>
          <w:tcPr>
            <w:tcW w:type="dxa" w:w="2551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/>
                <w:sz w:val="17"/>
              </w:rPr>
              <w:t>turtlebot3_node</w:t>
            </w:r>
          </w:p>
        </w:tc>
        <w:tc>
          <w:tcPr>
            <w:tcW w:type="dxa" w:w="1701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7"/>
              </w:rPr>
              <w:t>로봇 PC</w:t>
            </w:r>
          </w:p>
        </w:tc>
        <w:tc>
          <w:tcPr>
            <w:tcW w:type="dxa" w:w="5386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7"/>
              </w:rPr>
              <w:t>OpenCR 통신, 모터 및 배터리 상태 관리</w:t>
            </w:r>
          </w:p>
        </w:tc>
      </w:tr>
      <w:tr>
        <w:tc>
          <w:tcPr>
            <w:tcW w:type="dxa" w:w="2551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  <w:shd w:fill="F8FBFD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/>
                <w:sz w:val="17"/>
              </w:rPr>
              <w:t>lidar_driver</w:t>
            </w:r>
          </w:p>
        </w:tc>
        <w:tc>
          <w:tcPr>
            <w:tcW w:type="dxa" w:w="1701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  <w:shd w:fill="F8FBFD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7"/>
              </w:rPr>
              <w:t>로봇 PC</w:t>
            </w:r>
          </w:p>
        </w:tc>
        <w:tc>
          <w:tcPr>
            <w:tcW w:type="dxa" w:w="5386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  <w:shd w:fill="F8FBFD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7"/>
              </w:rPr>
              <w:t>라이다 데이터 발행</w:t>
            </w:r>
          </w:p>
        </w:tc>
      </w:tr>
      <w:tr>
        <w:tc>
          <w:tcPr>
            <w:tcW w:type="dxa" w:w="2551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/>
                <w:sz w:val="17"/>
              </w:rPr>
              <w:t>camera_driver</w:t>
            </w:r>
          </w:p>
        </w:tc>
        <w:tc>
          <w:tcPr>
            <w:tcW w:type="dxa" w:w="1701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7"/>
              </w:rPr>
              <w:t>로봇 PC</w:t>
            </w:r>
          </w:p>
        </w:tc>
        <w:tc>
          <w:tcPr>
            <w:tcW w:type="dxa" w:w="5386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7"/>
              </w:rPr>
              <w:t>카메라 영상 발행</w:t>
            </w:r>
          </w:p>
        </w:tc>
      </w:tr>
      <w:tr>
        <w:tc>
          <w:tcPr>
            <w:tcW w:type="dxa" w:w="2551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  <w:shd w:fill="F8FBFD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/>
                <w:sz w:val="17"/>
              </w:rPr>
              <w:t>robot_state_publisher</w:t>
            </w:r>
          </w:p>
        </w:tc>
        <w:tc>
          <w:tcPr>
            <w:tcW w:type="dxa" w:w="1701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  <w:shd w:fill="F8FBFD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7"/>
              </w:rPr>
              <w:t>로봇 PC</w:t>
            </w:r>
          </w:p>
        </w:tc>
        <w:tc>
          <w:tcPr>
            <w:tcW w:type="dxa" w:w="5386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  <w:shd w:fill="F8FBFD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7"/>
              </w:rPr>
              <w:t>로봇 TF 발행</w:t>
            </w:r>
          </w:p>
        </w:tc>
      </w:tr>
      <w:tr>
        <w:tc>
          <w:tcPr>
            <w:tcW w:type="dxa" w:w="2551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/>
                <w:sz w:val="17"/>
              </w:rPr>
              <w:t>slam_toolbox</w:t>
            </w:r>
          </w:p>
        </w:tc>
        <w:tc>
          <w:tcPr>
            <w:tcW w:type="dxa" w:w="1701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7"/>
              </w:rPr>
              <w:t>로봇 PC</w:t>
            </w:r>
          </w:p>
        </w:tc>
        <w:tc>
          <w:tcPr>
            <w:tcW w:type="dxa" w:w="5386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7"/>
              </w:rPr>
              <w:t>지도 작성</w:t>
            </w:r>
          </w:p>
        </w:tc>
      </w:tr>
      <w:tr>
        <w:tc>
          <w:tcPr>
            <w:tcW w:type="dxa" w:w="2551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  <w:shd w:fill="F8FBFD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/>
                <w:sz w:val="17"/>
              </w:rPr>
              <w:t>amcl</w:t>
            </w:r>
          </w:p>
        </w:tc>
        <w:tc>
          <w:tcPr>
            <w:tcW w:type="dxa" w:w="1701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  <w:shd w:fill="F8FBFD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7"/>
              </w:rPr>
              <w:t>로봇 PC</w:t>
            </w:r>
          </w:p>
        </w:tc>
        <w:tc>
          <w:tcPr>
            <w:tcW w:type="dxa" w:w="5386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  <w:shd w:fill="F8FBFD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7"/>
              </w:rPr>
              <w:t>지도 기반 위치 추정</w:t>
            </w:r>
          </w:p>
        </w:tc>
      </w:tr>
      <w:tr>
        <w:tc>
          <w:tcPr>
            <w:tcW w:type="dxa" w:w="2551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/>
                <w:sz w:val="17"/>
              </w:rPr>
              <w:t>bt_navigator</w:t>
            </w:r>
          </w:p>
        </w:tc>
        <w:tc>
          <w:tcPr>
            <w:tcW w:type="dxa" w:w="1701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7"/>
              </w:rPr>
              <w:t>로봇 PC</w:t>
            </w:r>
          </w:p>
        </w:tc>
        <w:tc>
          <w:tcPr>
            <w:tcW w:type="dxa" w:w="5386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7"/>
              </w:rPr>
              <w:t>Nav2 이동 명령 처리</w:t>
            </w:r>
          </w:p>
        </w:tc>
      </w:tr>
      <w:tr>
        <w:tc>
          <w:tcPr>
            <w:tcW w:type="dxa" w:w="2551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  <w:shd w:fill="F8FBFD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/>
                <w:sz w:val="17"/>
              </w:rPr>
              <w:t>controller_server</w:t>
            </w:r>
          </w:p>
        </w:tc>
        <w:tc>
          <w:tcPr>
            <w:tcW w:type="dxa" w:w="1701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  <w:shd w:fill="F8FBFD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7"/>
              </w:rPr>
              <w:t>로봇 PC</w:t>
            </w:r>
          </w:p>
        </w:tc>
        <w:tc>
          <w:tcPr>
            <w:tcW w:type="dxa" w:w="5386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  <w:shd w:fill="F8FBFD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7"/>
              </w:rPr>
              <w:t>로봇 주행 제어</w:t>
            </w:r>
          </w:p>
        </w:tc>
      </w:tr>
      <w:tr>
        <w:tc>
          <w:tcPr>
            <w:tcW w:type="dxa" w:w="2551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/>
                <w:sz w:val="17"/>
              </w:rPr>
              <w:t>robot_state_manager</w:t>
            </w:r>
          </w:p>
        </w:tc>
        <w:tc>
          <w:tcPr>
            <w:tcW w:type="dxa" w:w="1701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7"/>
              </w:rPr>
              <w:t>로봇 PC</w:t>
            </w:r>
          </w:p>
        </w:tc>
        <w:tc>
          <w:tcPr>
            <w:tcW w:type="dxa" w:w="5386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7"/>
              </w:rPr>
              <w:t>전체 운용 모드와 상태 관리</w:t>
            </w:r>
          </w:p>
        </w:tc>
      </w:tr>
      <w:tr>
        <w:tc>
          <w:tcPr>
            <w:tcW w:type="dxa" w:w="2551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  <w:shd w:fill="F8FBFD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/>
                <w:sz w:val="17"/>
              </w:rPr>
              <w:t>patrol_manager</w:t>
            </w:r>
          </w:p>
        </w:tc>
        <w:tc>
          <w:tcPr>
            <w:tcW w:type="dxa" w:w="1701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  <w:shd w:fill="F8FBFD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7"/>
              </w:rPr>
              <w:t>로봇 PC</w:t>
            </w:r>
          </w:p>
        </w:tc>
        <w:tc>
          <w:tcPr>
            <w:tcW w:type="dxa" w:w="5386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  <w:shd w:fill="F8FBFD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7"/>
              </w:rPr>
              <w:t>순찰 경로 및 순찰 상태 관리</w:t>
            </w:r>
          </w:p>
        </w:tc>
      </w:tr>
      <w:tr>
        <w:tc>
          <w:tcPr>
            <w:tcW w:type="dxa" w:w="2551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/>
                <w:sz w:val="17"/>
              </w:rPr>
              <w:t>entrance_monitor</w:t>
            </w:r>
          </w:p>
        </w:tc>
        <w:tc>
          <w:tcPr>
            <w:tcW w:type="dxa" w:w="1701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7"/>
              </w:rPr>
              <w:t>로봇 PC</w:t>
            </w:r>
          </w:p>
        </w:tc>
        <w:tc>
          <w:tcPr>
            <w:tcW w:type="dxa" w:w="5386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7"/>
              </w:rPr>
              <w:t>출입구 방문자 감지 및 인원 수 계산</w:t>
            </w:r>
          </w:p>
        </w:tc>
      </w:tr>
      <w:tr>
        <w:tc>
          <w:tcPr>
            <w:tcW w:type="dxa" w:w="2551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  <w:shd w:fill="F8FBFD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/>
                <w:sz w:val="17"/>
              </w:rPr>
              <w:t>greeting_manager</w:t>
            </w:r>
          </w:p>
        </w:tc>
        <w:tc>
          <w:tcPr>
            <w:tcW w:type="dxa" w:w="1701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  <w:shd w:fill="F8FBFD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7"/>
              </w:rPr>
              <w:t>로봇 PC</w:t>
            </w:r>
          </w:p>
        </w:tc>
        <w:tc>
          <w:tcPr>
            <w:tcW w:type="dxa" w:w="5386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  <w:shd w:fill="F8FBFD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7"/>
              </w:rPr>
              <w:t>방문자 인사 및 안내 처리</w:t>
            </w:r>
          </w:p>
        </w:tc>
      </w:tr>
      <w:tr>
        <w:tc>
          <w:tcPr>
            <w:tcW w:type="dxa" w:w="2551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/>
                <w:sz w:val="17"/>
              </w:rPr>
              <w:t>anomaly_monitor</w:t>
            </w:r>
          </w:p>
        </w:tc>
        <w:tc>
          <w:tcPr>
            <w:tcW w:type="dxa" w:w="1701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7"/>
              </w:rPr>
              <w:t>로봇 PC</w:t>
            </w:r>
          </w:p>
        </w:tc>
        <w:tc>
          <w:tcPr>
            <w:tcW w:type="dxa" w:w="5386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7"/>
              </w:rPr>
              <w:t>침입, 장시간 체류, 이동 물체 등 이상 상황 감지</w:t>
            </w:r>
          </w:p>
        </w:tc>
      </w:tr>
      <w:tr>
        <w:tc>
          <w:tcPr>
            <w:tcW w:type="dxa" w:w="2551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  <w:shd w:fill="F8FBFD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/>
                <w:sz w:val="17"/>
              </w:rPr>
              <w:t>evidence_manager</w:t>
            </w:r>
          </w:p>
        </w:tc>
        <w:tc>
          <w:tcPr>
            <w:tcW w:type="dxa" w:w="1701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  <w:shd w:fill="F8FBFD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7"/>
              </w:rPr>
              <w:t>로봇 PC</w:t>
            </w:r>
          </w:p>
        </w:tc>
        <w:tc>
          <w:tcPr>
            <w:tcW w:type="dxa" w:w="5386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  <w:shd w:fill="F8FBFD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7"/>
              </w:rPr>
              <w:t>이상 상황 이미지 저장</w:t>
            </w:r>
          </w:p>
        </w:tc>
      </w:tr>
      <w:tr>
        <w:tc>
          <w:tcPr>
            <w:tcW w:type="dxa" w:w="2551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/>
                <w:sz w:val="17"/>
              </w:rPr>
              <w:t>battery_monitor</w:t>
            </w:r>
          </w:p>
        </w:tc>
        <w:tc>
          <w:tcPr>
            <w:tcW w:type="dxa" w:w="1701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7"/>
              </w:rPr>
              <w:t>로봇 PC</w:t>
            </w:r>
          </w:p>
        </w:tc>
        <w:tc>
          <w:tcPr>
            <w:tcW w:type="dxa" w:w="5386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7"/>
              </w:rPr>
              <w:t>배터리 상태 판단 및 저전압 경고</w:t>
            </w:r>
          </w:p>
        </w:tc>
      </w:tr>
      <w:tr>
        <w:tc>
          <w:tcPr>
            <w:tcW w:type="dxa" w:w="2551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  <w:shd w:fill="F8FBFD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/>
                <w:sz w:val="17"/>
              </w:rPr>
              <w:t>cmd_vel_selector</w:t>
            </w:r>
          </w:p>
        </w:tc>
        <w:tc>
          <w:tcPr>
            <w:tcW w:type="dxa" w:w="1701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  <w:shd w:fill="F8FBFD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7"/>
              </w:rPr>
              <w:t>로봇 PC</w:t>
            </w:r>
          </w:p>
        </w:tc>
        <w:tc>
          <w:tcPr>
            <w:tcW w:type="dxa" w:w="5386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  <w:shd w:fill="F8FBFD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7"/>
              </w:rPr>
              <w:t>자율주행과 원격주행 속도 명령 선택</w:t>
            </w:r>
          </w:p>
        </w:tc>
      </w:tr>
      <w:tr>
        <w:tc>
          <w:tcPr>
            <w:tcW w:type="dxa" w:w="2551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/>
                <w:sz w:val="17"/>
              </w:rPr>
              <w:t>safety_manager</w:t>
            </w:r>
          </w:p>
        </w:tc>
        <w:tc>
          <w:tcPr>
            <w:tcW w:type="dxa" w:w="1701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7"/>
              </w:rPr>
              <w:t>로봇 PC</w:t>
            </w:r>
          </w:p>
        </w:tc>
        <w:tc>
          <w:tcPr>
            <w:tcW w:type="dxa" w:w="5386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7"/>
              </w:rPr>
              <w:t>비상정지 및 안전 조건 관리</w:t>
            </w:r>
          </w:p>
        </w:tc>
      </w:tr>
      <w:tr>
        <w:tc>
          <w:tcPr>
            <w:tcW w:type="dxa" w:w="2551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  <w:shd w:fill="F8FBFD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/>
                <w:sz w:val="17"/>
              </w:rPr>
              <w:t>admin_gui</w:t>
            </w:r>
          </w:p>
        </w:tc>
        <w:tc>
          <w:tcPr>
            <w:tcW w:type="dxa" w:w="1701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  <w:shd w:fill="F8FBFD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7"/>
              </w:rPr>
              <w:t>원격 PC</w:t>
            </w:r>
          </w:p>
        </w:tc>
        <w:tc>
          <w:tcPr>
            <w:tcW w:type="dxa" w:w="5386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  <w:shd w:fill="F8FBFD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7"/>
              </w:rPr>
              <w:t>관리자 화면 제공</w:t>
            </w:r>
          </w:p>
        </w:tc>
      </w:tr>
      <w:tr>
        <w:tc>
          <w:tcPr>
            <w:tcW w:type="dxa" w:w="2551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/>
                <w:sz w:val="17"/>
              </w:rPr>
              <w:t>admin_request_manager</w:t>
            </w:r>
          </w:p>
        </w:tc>
        <w:tc>
          <w:tcPr>
            <w:tcW w:type="dxa" w:w="1701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7"/>
              </w:rPr>
              <w:t>원격 PC</w:t>
            </w:r>
          </w:p>
        </w:tc>
        <w:tc>
          <w:tcPr>
            <w:tcW w:type="dxa" w:w="5386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7"/>
              </w:rPr>
              <w:t>관리자 판단 및 승인 명령 처리</w:t>
            </w:r>
          </w:p>
        </w:tc>
      </w:tr>
      <w:tr>
        <w:tc>
          <w:tcPr>
            <w:tcW w:type="dxa" w:w="2551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  <w:shd w:fill="F8FBFD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/>
                <w:sz w:val="17"/>
              </w:rPr>
              <w:t>remote_teleop</w:t>
            </w:r>
          </w:p>
        </w:tc>
        <w:tc>
          <w:tcPr>
            <w:tcW w:type="dxa" w:w="1701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  <w:shd w:fill="F8FBFD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7"/>
              </w:rPr>
              <w:t>원격 PC</w:t>
            </w:r>
          </w:p>
        </w:tc>
        <w:tc>
          <w:tcPr>
            <w:tcW w:type="dxa" w:w="5386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  <w:shd w:fill="F8FBFD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7"/>
              </w:rPr>
              <w:t>키보드 또는 GUI 원격 조종</w:t>
            </w:r>
          </w:p>
        </w:tc>
      </w:tr>
      <w:tr>
        <w:tc>
          <w:tcPr>
            <w:tcW w:type="dxa" w:w="2551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/>
                <w:sz w:val="17"/>
              </w:rPr>
              <w:t>report_manager</w:t>
            </w:r>
          </w:p>
        </w:tc>
        <w:tc>
          <w:tcPr>
            <w:tcW w:type="dxa" w:w="1701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7"/>
              </w:rPr>
              <w:t>원격 PC</w:t>
            </w:r>
          </w:p>
        </w:tc>
        <w:tc>
          <w:tcPr>
            <w:tcW w:type="dxa" w:w="5386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7"/>
              </w:rPr>
              <w:t>순찰 및 이상 상황 보고서 생성</w:t>
            </w:r>
          </w:p>
        </w:tc>
      </w:tr>
      <w:tr>
        <w:tc>
          <w:tcPr>
            <w:tcW w:type="dxa" w:w="2551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  <w:shd w:fill="F8FBFD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/>
                <w:sz w:val="17"/>
              </w:rPr>
              <w:t>visitor_memo_manager</w:t>
            </w:r>
          </w:p>
        </w:tc>
        <w:tc>
          <w:tcPr>
            <w:tcW w:type="dxa" w:w="1701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  <w:shd w:fill="F8FBFD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7"/>
              </w:rPr>
              <w:t>원격 PC</w:t>
            </w:r>
          </w:p>
        </w:tc>
        <w:tc>
          <w:tcPr>
            <w:tcW w:type="dxa" w:w="5386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  <w:shd w:fill="F8FBFD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7"/>
              </w:rPr>
              <w:t>방문자 메모 저장 및 조회</w:t>
            </w:r>
          </w:p>
        </w:tc>
      </w:tr>
    </w:tbl>
    <w:p>
      <w:pPr>
        <w:spacing w:after="0"/>
      </w:pPr>
    </w:p>
    <w:p>
      <w:pPr>
        <w:pStyle w:val="Heading1"/>
        <w:keepNext/>
        <w:pBdr>
          <w:bottom w:val="single" w:sz="8" w:space="3" w:color="1F4E78"/>
        </w:pBdr>
      </w:pPr>
      <w:r>
        <w:t>5. 운용 모드 명세</w:t>
      </w:r>
    </w:p>
    <w:p>
      <w:pPr>
        <w:spacing w:before="0" w:after="80" w:line="312" w:lineRule="auto"/>
      </w:pPr>
      <w:r>
        <w:rPr>
          <w:rFonts w:ascii="Noto Sans CJK KR" w:hAnsi="Noto Sans CJK KR" w:eastAsia="Noto Sans CJK KR"/>
          <w:b w:val="0"/>
          <w:i w:val="0"/>
          <w:sz w:val="20"/>
        </w:rPr>
        <w:t>로봇의 운용 모드는 문자열로 관리하며 다음 값을 사용한다.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space="0" w:color="B7B7B7"/>
          <w:left w:val="single" w:sz="4" w:space="0" w:color="B7B7B7"/>
          <w:bottom w:val="single" w:sz="4" w:space="0" w:color="B7B7B7"/>
          <w:right w:val="single" w:sz="4" w:space="0" w:color="B7B7B7"/>
          <w:insideH w:val="single" w:sz="4" w:space="0" w:color="B7B7B7"/>
          <w:insideV w:val="single" w:sz="4" w:space="0" w:color="B7B7B7"/>
        </w:tblBorders>
      </w:tblPr>
      <w:tblGrid>
        <w:gridCol w:w="3402"/>
        <w:gridCol w:w="3402"/>
        <w:gridCol w:w="3402"/>
      </w:tblGrid>
      <w:tr>
        <w:trPr>
          <w:tblHeader w:val="true"/>
        </w:trPr>
        <w:tc>
          <w:tcPr>
            <w:tcW w:type="dxa" w:w="2268"/>
            <w:shd w:fill="1F4E78"/>
            <w:tcMar>
              <w:top w:w="80" w:type="dxa"/>
              <w:start w:w="70" w:type="dxa"/>
              <w:bottom w:w="80" w:type="dxa"/>
              <w:end w:w="7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Noto Sans CJK KR" w:hAnsi="Noto Sans CJK KR" w:eastAsia="Noto Sans CJK KR"/>
                <w:b/>
                <w:color w:val="FFFFFF"/>
                <w:sz w:val="16"/>
              </w:rPr>
              <w:t>운용 모드</w:t>
            </w:r>
          </w:p>
        </w:tc>
        <w:tc>
          <w:tcPr>
            <w:tcW w:type="dxa" w:w="2551"/>
            <w:shd w:fill="1F4E78"/>
            <w:tcMar>
              <w:top w:w="80" w:type="dxa"/>
              <w:start w:w="70" w:type="dxa"/>
              <w:bottom w:w="80" w:type="dxa"/>
              <w:end w:w="7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Noto Sans CJK KR" w:hAnsi="Noto Sans CJK KR" w:eastAsia="Noto Sans CJK KR"/>
                <w:b/>
                <w:color w:val="FFFFFF"/>
                <w:sz w:val="16"/>
              </w:rPr>
              <w:t>값</w:t>
            </w:r>
          </w:p>
        </w:tc>
        <w:tc>
          <w:tcPr>
            <w:tcW w:type="dxa" w:w="4819"/>
            <w:shd w:fill="1F4E78"/>
            <w:tcMar>
              <w:top w:w="80" w:type="dxa"/>
              <w:start w:w="70" w:type="dxa"/>
              <w:bottom w:w="80" w:type="dxa"/>
              <w:end w:w="7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Noto Sans CJK KR" w:hAnsi="Noto Sans CJK KR" w:eastAsia="Noto Sans CJK KR"/>
                <w:b/>
                <w:color w:val="FFFFFF"/>
                <w:sz w:val="16"/>
              </w:rPr>
              <w:t>설명</w:t>
            </w:r>
          </w:p>
        </w:tc>
      </w:tr>
      <w:tr>
        <w:tc>
          <w:tcPr>
            <w:tcW w:type="dxa" w:w="2268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/>
                <w:sz w:val="18"/>
              </w:rPr>
              <w:t>대기 모드</w:t>
            </w:r>
          </w:p>
        </w:tc>
        <w:tc>
          <w:tcPr>
            <w:tcW w:type="dxa" w:w="2551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8"/>
              </w:rPr>
              <w:t>IDLE</w:t>
            </w:r>
          </w:p>
        </w:tc>
        <w:tc>
          <w:tcPr>
            <w:tcW w:type="dxa" w:w="4819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8"/>
              </w:rPr>
              <w:t>이동하지 않고 명령을 대기하는 상태</w:t>
            </w:r>
          </w:p>
        </w:tc>
      </w:tr>
      <w:tr>
        <w:tc>
          <w:tcPr>
            <w:tcW w:type="dxa" w:w="2268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  <w:shd w:fill="F8FBFD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/>
                <w:sz w:val="18"/>
              </w:rPr>
              <w:t>주간 안내 모드</w:t>
            </w:r>
          </w:p>
        </w:tc>
        <w:tc>
          <w:tcPr>
            <w:tcW w:type="dxa" w:w="2551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  <w:shd w:fill="F8FBFD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8"/>
              </w:rPr>
              <w:t>DAY</w:t>
            </w:r>
          </w:p>
        </w:tc>
        <w:tc>
          <w:tcPr>
            <w:tcW w:type="dxa" w:w="4819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  <w:shd w:fill="F8FBFD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8"/>
              </w:rPr>
              <w:t>방문자 감지와 안내 기능을 수행하는 상태</w:t>
            </w:r>
          </w:p>
        </w:tc>
      </w:tr>
      <w:tr>
        <w:tc>
          <w:tcPr>
            <w:tcW w:type="dxa" w:w="2268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/>
                <w:sz w:val="18"/>
              </w:rPr>
              <w:t>야간 순찰 모드</w:t>
            </w:r>
          </w:p>
        </w:tc>
        <w:tc>
          <w:tcPr>
            <w:tcW w:type="dxa" w:w="2551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8"/>
              </w:rPr>
              <w:t>NIGHT</w:t>
            </w:r>
          </w:p>
        </w:tc>
        <w:tc>
          <w:tcPr>
            <w:tcW w:type="dxa" w:w="4819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8"/>
              </w:rPr>
              <w:t>지정된 경로를 반복 순찰하는 상태</w:t>
            </w:r>
          </w:p>
        </w:tc>
      </w:tr>
      <w:tr>
        <w:tc>
          <w:tcPr>
            <w:tcW w:type="dxa" w:w="2268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  <w:shd w:fill="F8FBFD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/>
                <w:sz w:val="18"/>
              </w:rPr>
              <w:t>원격 조종 모드</w:t>
            </w:r>
          </w:p>
        </w:tc>
        <w:tc>
          <w:tcPr>
            <w:tcW w:type="dxa" w:w="2551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  <w:shd w:fill="F8FBFD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8"/>
              </w:rPr>
              <w:t>REMOTE</w:t>
            </w:r>
          </w:p>
        </w:tc>
        <w:tc>
          <w:tcPr>
            <w:tcW w:type="dxa" w:w="4819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  <w:shd w:fill="F8FBFD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8"/>
              </w:rPr>
              <w:t>원격 PC의 속도 명령으로 주행하는 상태</w:t>
            </w:r>
          </w:p>
        </w:tc>
      </w:tr>
      <w:tr>
        <w:tc>
          <w:tcPr>
            <w:tcW w:type="dxa" w:w="2268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/>
                <w:sz w:val="18"/>
              </w:rPr>
              <w:t>충전 복귀 모드</w:t>
            </w:r>
          </w:p>
        </w:tc>
        <w:tc>
          <w:tcPr>
            <w:tcW w:type="dxa" w:w="2551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8"/>
              </w:rPr>
              <w:t>RETURN_TO_CHARGE</w:t>
            </w:r>
          </w:p>
        </w:tc>
        <w:tc>
          <w:tcPr>
            <w:tcW w:type="dxa" w:w="4819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8"/>
              </w:rPr>
              <w:t>충전 위치로 이동하는 상태</w:t>
            </w:r>
          </w:p>
        </w:tc>
      </w:tr>
      <w:tr>
        <w:tc>
          <w:tcPr>
            <w:tcW w:type="dxa" w:w="2268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  <w:shd w:fill="F8FBFD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/>
                <w:sz w:val="18"/>
              </w:rPr>
              <w:t>비상정지 모드</w:t>
            </w:r>
          </w:p>
        </w:tc>
        <w:tc>
          <w:tcPr>
            <w:tcW w:type="dxa" w:w="2551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  <w:shd w:fill="F8FBFD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8"/>
              </w:rPr>
              <w:t>EMERGENCY_STOP</w:t>
            </w:r>
          </w:p>
        </w:tc>
        <w:tc>
          <w:tcPr>
            <w:tcW w:type="dxa" w:w="4819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  <w:shd w:fill="F8FBFD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8"/>
              </w:rPr>
              <w:t>모든 이동 명령을 차단하는 상태</w:t>
            </w:r>
          </w:p>
        </w:tc>
      </w:tr>
      <w:tr>
        <w:tc>
          <w:tcPr>
            <w:tcW w:type="dxa" w:w="2268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/>
                <w:sz w:val="18"/>
              </w:rPr>
              <w:t>오류 모드</w:t>
            </w:r>
          </w:p>
        </w:tc>
        <w:tc>
          <w:tcPr>
            <w:tcW w:type="dxa" w:w="2551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8"/>
              </w:rPr>
              <w:t>ERROR</w:t>
            </w:r>
          </w:p>
        </w:tc>
        <w:tc>
          <w:tcPr>
            <w:tcW w:type="dxa" w:w="4819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8"/>
              </w:rPr>
              <w:t>시스템 오류로 정상 동작이 불가능한 상태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space="0" w:color="7F8C8D"/>
          <w:left w:val="single" w:sz="4" w:space="0" w:color="7F8C8D"/>
          <w:bottom w:val="single" w:sz="4" w:space="0" w:color="7F8C8D"/>
          <w:right w:val="single" w:sz="4" w:space="0" w:color="7F8C8D"/>
          <w:insideH w:val="single" w:sz="4" w:space="0" w:color="7F8C8D"/>
          <w:insideV w:val="single" w:sz="4" w:space="0" w:color="7F8C8D"/>
        </w:tblBorders>
      </w:tblPr>
      <w:tblGrid>
        <w:gridCol w:w="2551"/>
        <w:gridCol w:w="2551"/>
        <w:gridCol w:w="2551"/>
        <w:gridCol w:w="2551"/>
      </w:tblGrid>
      <w:tr>
        <w:trPr>
          <w:cantSplit/>
        </w:trPr>
        <w:tc>
          <w:tcPr>
            <w:tcW w:type="dxa" w:w="1360"/>
            <w:tcMar>
              <w:top w:w="85" w:type="dxa"/>
              <w:start w:w="80" w:type="dxa"/>
              <w:bottom w:w="85" w:type="dxa"/>
              <w:end w:w="80" w:type="dxa"/>
            </w:tcMar>
            <w:vAlign w:val="center"/>
            <w:shd w:fill="D9EAF7"/>
          </w:tcPr>
          <w:p>
            <w:pPr>
              <w:spacing w:after="0"/>
              <w:jc w:val="center"/>
            </w:pPr>
            <w:r>
              <w:rPr>
                <w:rFonts w:ascii="Noto Sans CJK KR" w:hAnsi="Noto Sans CJK KR" w:eastAsia="Noto Sans CJK KR"/>
                <w:b/>
                <w:sz w:val="17"/>
              </w:rPr>
              <w:t>HS-OR-MODE-001</w:t>
            </w:r>
          </w:p>
        </w:tc>
        <w:tc>
          <w:tcPr>
            <w:tcW w:type="dxa" w:w="5953"/>
            <w:tcMar>
              <w:top w:w="85" w:type="dxa"/>
              <w:start w:w="80" w:type="dxa"/>
              <w:bottom w:w="85" w:type="dxa"/>
              <w:end w:w="8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Noto Sans CJK KR" w:hAnsi="Noto Sans CJK KR" w:eastAsia="Noto Sans CJK KR"/>
                <w:b w:val="0"/>
                <w:sz w:val="17"/>
              </w:rPr>
              <w:t>운용 모드 변경은 /office_robot/set_mode 서비스를 통해 수행하여야 한다.</w:t>
            </w:r>
          </w:p>
        </w:tc>
        <w:tc>
          <w:tcPr>
            <w:tcW w:type="dxa" w:w="1020"/>
            <w:tcMar>
              <w:top w:w="85" w:type="dxa"/>
              <w:start w:w="80" w:type="dxa"/>
              <w:bottom w:w="85" w:type="dxa"/>
              <w:end w:w="80" w:type="dxa"/>
            </w:tcMar>
            <w:vAlign w:val="center"/>
            <w:shd w:fill="F5F5F5"/>
          </w:tcPr>
          <w:p>
            <w:pPr>
              <w:spacing w:after="0"/>
              <w:jc w:val="center"/>
            </w:pPr>
            <w:r>
              <w:rPr>
                <w:rFonts w:ascii="Noto Sans CJK KR" w:hAnsi="Noto Sans CJK KR" w:eastAsia="Noto Sans CJK KR"/>
                <w:b w:val="0"/>
                <w:sz w:val="17"/>
              </w:rPr>
              <w:t>필수</w:t>
            </w:r>
          </w:p>
        </w:tc>
        <w:tc>
          <w:tcPr>
            <w:tcW w:type="dxa" w:w="1304"/>
            <w:tcMar>
              <w:top w:w="85" w:type="dxa"/>
              <w:start w:w="80" w:type="dxa"/>
              <w:bottom w:w="85" w:type="dxa"/>
              <w:end w:w="80" w:type="dxa"/>
            </w:tcMar>
            <w:vAlign w:val="center"/>
            <w:shd w:fill="F5F5F5"/>
          </w:tcPr>
          <w:p>
            <w:pPr>
              <w:spacing w:after="0"/>
              <w:jc w:val="center"/>
            </w:pPr>
            <w:r>
              <w:rPr>
                <w:rFonts w:ascii="Noto Sans CJK KR" w:hAnsi="Noto Sans CJK KR" w:eastAsia="Noto Sans CJK KR"/>
                <w:b w:val="0"/>
                <w:sz w:val="17"/>
              </w:rPr>
              <w:t>시험</w:t>
            </w:r>
          </w:p>
        </w:tc>
      </w:tr>
    </w:tbl>
    <w:p>
      <w:pPr>
        <w:spacing w:after="0"/>
      </w:pPr>
    </w:p>
    <w:p>
      <w:pPr>
        <w:pStyle w:val="Heading1"/>
        <w:pageBreakBefore/>
        <w:keepNext/>
        <w:pBdr>
          <w:bottom w:val="single" w:sz="8" w:space="3" w:color="1F4E78"/>
        </w:pBdr>
      </w:pPr>
      <w:r>
        <w:t>6. 토픽 인터페이스 명세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space="0" w:color="7F8C8D"/>
          <w:left w:val="single" w:sz="4" w:space="0" w:color="7F8C8D"/>
          <w:bottom w:val="single" w:sz="4" w:space="0" w:color="7F8C8D"/>
          <w:right w:val="single" w:sz="4" w:space="0" w:color="7F8C8D"/>
          <w:insideH w:val="single" w:sz="4" w:space="0" w:color="7F8C8D"/>
          <w:insideV w:val="single" w:sz="4" w:space="0" w:color="7F8C8D"/>
        </w:tblBorders>
      </w:tblPr>
      <w:tblGrid>
        <w:gridCol w:w="2551"/>
        <w:gridCol w:w="2551"/>
        <w:gridCol w:w="2551"/>
        <w:gridCol w:w="2551"/>
      </w:tblGrid>
      <w:tr>
        <w:trPr>
          <w:cantSplit/>
        </w:trPr>
        <w:tc>
          <w:tcPr>
            <w:tcW w:type="dxa" w:w="1360"/>
            <w:tcMar>
              <w:top w:w="85" w:type="dxa"/>
              <w:start w:w="80" w:type="dxa"/>
              <w:bottom w:w="85" w:type="dxa"/>
              <w:end w:w="80" w:type="dxa"/>
            </w:tcMar>
            <w:vAlign w:val="center"/>
            <w:shd w:fill="D9EAF7"/>
          </w:tcPr>
          <w:p>
            <w:pPr>
              <w:spacing w:after="0"/>
              <w:jc w:val="center"/>
            </w:pPr>
            <w:r>
              <w:rPr>
                <w:rFonts w:ascii="Noto Sans CJK KR" w:hAnsi="Noto Sans CJK KR" w:eastAsia="Noto Sans CJK KR"/>
                <w:b/>
                <w:sz w:val="17"/>
              </w:rPr>
              <w:t>HS-OR-TOP-001</w:t>
            </w:r>
          </w:p>
        </w:tc>
        <w:tc>
          <w:tcPr>
            <w:tcW w:type="dxa" w:w="5953"/>
            <w:tcMar>
              <w:top w:w="85" w:type="dxa"/>
              <w:start w:w="80" w:type="dxa"/>
              <w:bottom w:w="85" w:type="dxa"/>
              <w:end w:w="8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Noto Sans CJK KR" w:hAnsi="Noto Sans CJK KR" w:eastAsia="Noto Sans CJK KR"/>
                <w:b w:val="0"/>
                <w:sz w:val="17"/>
              </w:rPr>
              <w:t>각 토픽은 본 절에 정의된 이름, 자료형, 발행 노드 및 구독 노드를 동일하게 적용하여야 한다.</w:t>
            </w:r>
          </w:p>
        </w:tc>
        <w:tc>
          <w:tcPr>
            <w:tcW w:type="dxa" w:w="1020"/>
            <w:tcMar>
              <w:top w:w="85" w:type="dxa"/>
              <w:start w:w="80" w:type="dxa"/>
              <w:bottom w:w="85" w:type="dxa"/>
              <w:end w:w="80" w:type="dxa"/>
            </w:tcMar>
            <w:vAlign w:val="center"/>
            <w:shd w:fill="F5F5F5"/>
          </w:tcPr>
          <w:p>
            <w:pPr>
              <w:spacing w:after="0"/>
              <w:jc w:val="center"/>
            </w:pPr>
            <w:r>
              <w:rPr>
                <w:rFonts w:ascii="Noto Sans CJK KR" w:hAnsi="Noto Sans CJK KR" w:eastAsia="Noto Sans CJK KR"/>
                <w:b w:val="0"/>
                <w:sz w:val="17"/>
              </w:rPr>
              <w:t>필수</w:t>
            </w:r>
          </w:p>
        </w:tc>
        <w:tc>
          <w:tcPr>
            <w:tcW w:type="dxa" w:w="1304"/>
            <w:tcMar>
              <w:top w:w="85" w:type="dxa"/>
              <w:start w:w="80" w:type="dxa"/>
              <w:bottom w:w="85" w:type="dxa"/>
              <w:end w:w="80" w:type="dxa"/>
            </w:tcMar>
            <w:vAlign w:val="center"/>
            <w:shd w:fill="F5F5F5"/>
          </w:tcPr>
          <w:p>
            <w:pPr>
              <w:spacing w:after="0"/>
              <w:jc w:val="center"/>
            </w:pPr>
            <w:r>
              <w:rPr>
                <w:rFonts w:ascii="Noto Sans CJK KR" w:hAnsi="Noto Sans CJK KR" w:eastAsia="Noto Sans CJK KR"/>
                <w:b w:val="0"/>
                <w:sz w:val="17"/>
              </w:rPr>
              <w:t>검사/시험</w:t>
            </w:r>
          </w:p>
        </w:tc>
      </w:tr>
    </w:tbl>
    <w:p>
      <w:pPr>
        <w:spacing w:after="0"/>
      </w:pPr>
    </w:p>
    <w:p>
      <w:pPr>
        <w:pStyle w:val="Heading2"/>
        <w:keepNext/>
      </w:pPr>
      <w:r>
        <w:t>6.1 로봇 운용 및 상태 토픽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space="0" w:color="B7B7B7"/>
          <w:left w:val="single" w:sz="4" w:space="0" w:color="B7B7B7"/>
          <w:bottom w:val="single" w:sz="4" w:space="0" w:color="B7B7B7"/>
          <w:right w:val="single" w:sz="4" w:space="0" w:color="B7B7B7"/>
          <w:insideH w:val="single" w:sz="4" w:space="0" w:color="B7B7B7"/>
          <w:insideV w:val="single" w:sz="4" w:space="0" w:color="B7B7B7"/>
        </w:tblBorders>
      </w:tblPr>
      <w:tblGrid>
        <w:gridCol w:w="2041"/>
        <w:gridCol w:w="2041"/>
        <w:gridCol w:w="2041"/>
        <w:gridCol w:w="2041"/>
        <w:gridCol w:w="2041"/>
      </w:tblGrid>
      <w:tr>
        <w:trPr>
          <w:tblHeader w:val="true"/>
        </w:trPr>
        <w:tc>
          <w:tcPr>
            <w:tcW w:type="dxa" w:w="2268"/>
            <w:shd w:fill="1F4E78"/>
            <w:tcMar>
              <w:top w:w="80" w:type="dxa"/>
              <w:start w:w="70" w:type="dxa"/>
              <w:bottom w:w="80" w:type="dxa"/>
              <w:end w:w="7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Noto Sans CJK KR" w:hAnsi="Noto Sans CJK KR" w:eastAsia="Noto Sans CJK KR"/>
                <w:b/>
                <w:color w:val="FFFFFF"/>
                <w:sz w:val="15"/>
              </w:rPr>
              <w:t>토픽명</w:t>
            </w:r>
          </w:p>
        </w:tc>
        <w:tc>
          <w:tcPr>
            <w:tcW w:type="dxa" w:w="2097"/>
            <w:shd w:fill="1F4E78"/>
            <w:tcMar>
              <w:top w:w="80" w:type="dxa"/>
              <w:start w:w="70" w:type="dxa"/>
              <w:bottom w:w="80" w:type="dxa"/>
              <w:end w:w="7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Noto Sans CJK KR" w:hAnsi="Noto Sans CJK KR" w:eastAsia="Noto Sans CJK KR"/>
                <w:b/>
                <w:color w:val="FFFFFF"/>
                <w:sz w:val="15"/>
              </w:rPr>
              <w:t>자료형</w:t>
            </w:r>
          </w:p>
        </w:tc>
        <w:tc>
          <w:tcPr>
            <w:tcW w:type="dxa" w:w="1644"/>
            <w:shd w:fill="1F4E78"/>
            <w:tcMar>
              <w:top w:w="80" w:type="dxa"/>
              <w:start w:w="70" w:type="dxa"/>
              <w:bottom w:w="80" w:type="dxa"/>
              <w:end w:w="7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Noto Sans CJK KR" w:hAnsi="Noto Sans CJK KR" w:eastAsia="Noto Sans CJK KR"/>
                <w:b/>
                <w:color w:val="FFFFFF"/>
                <w:sz w:val="15"/>
              </w:rPr>
              <w:t>발행 노드</w:t>
            </w:r>
          </w:p>
        </w:tc>
        <w:tc>
          <w:tcPr>
            <w:tcW w:type="dxa" w:w="1927"/>
            <w:shd w:fill="1F4E78"/>
            <w:tcMar>
              <w:top w:w="80" w:type="dxa"/>
              <w:start w:w="70" w:type="dxa"/>
              <w:bottom w:w="80" w:type="dxa"/>
              <w:end w:w="7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Noto Sans CJK KR" w:hAnsi="Noto Sans CJK KR" w:eastAsia="Noto Sans CJK KR"/>
                <w:b/>
                <w:color w:val="FFFFFF"/>
                <w:sz w:val="15"/>
              </w:rPr>
              <w:t>구독 노드</w:t>
            </w:r>
          </w:p>
        </w:tc>
        <w:tc>
          <w:tcPr>
            <w:tcW w:type="dxa" w:w="1927"/>
            <w:shd w:fill="1F4E78"/>
            <w:tcMar>
              <w:top w:w="80" w:type="dxa"/>
              <w:start w:w="70" w:type="dxa"/>
              <w:bottom w:w="80" w:type="dxa"/>
              <w:end w:w="7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Noto Sans CJK KR" w:hAnsi="Noto Sans CJK KR" w:eastAsia="Noto Sans CJK KR"/>
                <w:b/>
                <w:color w:val="FFFFFF"/>
                <w:sz w:val="15"/>
              </w:rPr>
              <w:t>설명</w:t>
            </w:r>
          </w:p>
        </w:tc>
      </w:tr>
      <w:tr>
        <w:tc>
          <w:tcPr>
            <w:tcW w:type="dxa" w:w="2268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4"/>
              </w:rPr>
              <w:t>/office_robot/operation_mode</w:t>
            </w:r>
          </w:p>
        </w:tc>
        <w:tc>
          <w:tcPr>
            <w:tcW w:type="dxa" w:w="2097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4"/>
              </w:rPr>
              <w:t>std_msgs/msg/String</w:t>
            </w:r>
          </w:p>
        </w:tc>
        <w:tc>
          <w:tcPr>
            <w:tcW w:type="dxa" w:w="1644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4"/>
              </w:rPr>
              <w:t>robot_state_manager</w:t>
            </w:r>
          </w:p>
        </w:tc>
        <w:tc>
          <w:tcPr>
            <w:tcW w:type="dxa" w:w="1927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4"/>
              </w:rPr>
              <w:t>전체 임무 노드, admin_gui</w:t>
            </w:r>
          </w:p>
        </w:tc>
        <w:tc>
          <w:tcPr>
            <w:tcW w:type="dxa" w:w="1927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4"/>
              </w:rPr>
              <w:t>현재 운용 모드</w:t>
            </w:r>
          </w:p>
        </w:tc>
      </w:tr>
      <w:tr>
        <w:tc>
          <w:tcPr>
            <w:tcW w:type="dxa" w:w="2268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  <w:shd w:fill="F8FBFD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4"/>
              </w:rPr>
              <w:t>/office_robot/system/status</w:t>
            </w:r>
          </w:p>
        </w:tc>
        <w:tc>
          <w:tcPr>
            <w:tcW w:type="dxa" w:w="2097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  <w:shd w:fill="F8FBFD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4"/>
              </w:rPr>
              <w:t>office_robot_msgs/msg/SystemStatus</w:t>
            </w:r>
          </w:p>
        </w:tc>
        <w:tc>
          <w:tcPr>
            <w:tcW w:type="dxa" w:w="1644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  <w:shd w:fill="F8FBFD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4"/>
              </w:rPr>
              <w:t>robot_state_manager</w:t>
            </w:r>
          </w:p>
        </w:tc>
        <w:tc>
          <w:tcPr>
            <w:tcW w:type="dxa" w:w="1927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  <w:shd w:fill="F8FBFD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4"/>
              </w:rPr>
              <w:t>admin_gui, report_manager</w:t>
            </w:r>
          </w:p>
        </w:tc>
        <w:tc>
          <w:tcPr>
            <w:tcW w:type="dxa" w:w="1927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  <w:shd w:fill="F8FBFD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4"/>
              </w:rPr>
              <w:t>시스템 전체 상태</w:t>
            </w:r>
          </w:p>
        </w:tc>
      </w:tr>
      <w:tr>
        <w:tc>
          <w:tcPr>
            <w:tcW w:type="dxa" w:w="2268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4"/>
              </w:rPr>
              <w:t>/office_robot/emergency_stop/status</w:t>
            </w:r>
          </w:p>
        </w:tc>
        <w:tc>
          <w:tcPr>
            <w:tcW w:type="dxa" w:w="2097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4"/>
              </w:rPr>
              <w:t>std_msgs/msg/Bool</w:t>
            </w:r>
          </w:p>
        </w:tc>
        <w:tc>
          <w:tcPr>
            <w:tcW w:type="dxa" w:w="1644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4"/>
              </w:rPr>
              <w:t>safety_manager</w:t>
            </w:r>
          </w:p>
        </w:tc>
        <w:tc>
          <w:tcPr>
            <w:tcW w:type="dxa" w:w="1927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4"/>
              </w:rPr>
              <w:t>전체 주행 노드, admin_gui</w:t>
            </w:r>
          </w:p>
        </w:tc>
        <w:tc>
          <w:tcPr>
            <w:tcW w:type="dxa" w:w="1927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4"/>
              </w:rPr>
              <w:t>비상정지 활성화 여부</w:t>
            </w:r>
          </w:p>
        </w:tc>
      </w:tr>
      <w:tr>
        <w:tc>
          <w:tcPr>
            <w:tcW w:type="dxa" w:w="2268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  <w:shd w:fill="F8FBFD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4"/>
              </w:rPr>
              <w:t>/office_robot/heartbeat</w:t>
            </w:r>
          </w:p>
        </w:tc>
        <w:tc>
          <w:tcPr>
            <w:tcW w:type="dxa" w:w="2097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  <w:shd w:fill="F8FBFD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4"/>
              </w:rPr>
              <w:t>std_msgs/msg/UInt32</w:t>
            </w:r>
          </w:p>
        </w:tc>
        <w:tc>
          <w:tcPr>
            <w:tcW w:type="dxa" w:w="1644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  <w:shd w:fill="F8FBFD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4"/>
              </w:rPr>
              <w:t>robot_state_manager</w:t>
            </w:r>
          </w:p>
        </w:tc>
        <w:tc>
          <w:tcPr>
            <w:tcW w:type="dxa" w:w="1927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  <w:shd w:fill="F8FBFD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4"/>
              </w:rPr>
              <w:t>admin_gui</w:t>
            </w:r>
          </w:p>
        </w:tc>
        <w:tc>
          <w:tcPr>
            <w:tcW w:type="dxa" w:w="1927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  <w:shd w:fill="F8FBFD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4"/>
              </w:rPr>
              <w:t>로봇 시스템 생존 확인용 카운터</w:t>
            </w:r>
          </w:p>
        </w:tc>
      </w:tr>
      <w:tr>
        <w:tc>
          <w:tcPr>
            <w:tcW w:type="dxa" w:w="2268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4"/>
              </w:rPr>
              <w:t>/office_robot/error/event</w:t>
            </w:r>
          </w:p>
        </w:tc>
        <w:tc>
          <w:tcPr>
            <w:tcW w:type="dxa" w:w="2097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4"/>
              </w:rPr>
              <w:t>office_robot_msgs/msg/ErrorEvent</w:t>
            </w:r>
          </w:p>
        </w:tc>
        <w:tc>
          <w:tcPr>
            <w:tcW w:type="dxa" w:w="1644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4"/>
              </w:rPr>
              <w:t>전체 로봇 노드</w:t>
            </w:r>
          </w:p>
        </w:tc>
        <w:tc>
          <w:tcPr>
            <w:tcW w:type="dxa" w:w="1927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4"/>
              </w:rPr>
              <w:t>robot_state_manager, admin_gui</w:t>
            </w:r>
          </w:p>
        </w:tc>
        <w:tc>
          <w:tcPr>
            <w:tcW w:type="dxa" w:w="1927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4"/>
              </w:rPr>
              <w:t>노드 오류 및 장비 오류 이벤트</w:t>
            </w:r>
          </w:p>
        </w:tc>
      </w:tr>
    </w:tbl>
    <w:p>
      <w:pPr>
        <w:spacing w:after="0"/>
      </w:pPr>
    </w:p>
    <w:p>
      <w:pPr>
        <w:pStyle w:val="Heading2"/>
        <w:keepNext/>
      </w:pPr>
      <w:r>
        <w:t>6.2 방문자 및 출입구 토픽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space="0" w:color="B7B7B7"/>
          <w:left w:val="single" w:sz="4" w:space="0" w:color="B7B7B7"/>
          <w:bottom w:val="single" w:sz="4" w:space="0" w:color="B7B7B7"/>
          <w:right w:val="single" w:sz="4" w:space="0" w:color="B7B7B7"/>
          <w:insideH w:val="single" w:sz="4" w:space="0" w:color="B7B7B7"/>
          <w:insideV w:val="single" w:sz="4" w:space="0" w:color="B7B7B7"/>
        </w:tblBorders>
      </w:tblPr>
      <w:tblGrid>
        <w:gridCol w:w="2041"/>
        <w:gridCol w:w="2041"/>
        <w:gridCol w:w="2041"/>
        <w:gridCol w:w="2041"/>
        <w:gridCol w:w="2041"/>
      </w:tblGrid>
      <w:tr>
        <w:trPr>
          <w:tblHeader w:val="true"/>
        </w:trPr>
        <w:tc>
          <w:tcPr>
            <w:tcW w:type="dxa" w:w="2268"/>
            <w:shd w:fill="1F4E78"/>
            <w:tcMar>
              <w:top w:w="80" w:type="dxa"/>
              <w:start w:w="70" w:type="dxa"/>
              <w:bottom w:w="80" w:type="dxa"/>
              <w:end w:w="7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Noto Sans CJK KR" w:hAnsi="Noto Sans CJK KR" w:eastAsia="Noto Sans CJK KR"/>
                <w:b/>
                <w:color w:val="FFFFFF"/>
                <w:sz w:val="15"/>
              </w:rPr>
              <w:t>토픽명</w:t>
            </w:r>
          </w:p>
        </w:tc>
        <w:tc>
          <w:tcPr>
            <w:tcW w:type="dxa" w:w="2097"/>
            <w:shd w:fill="1F4E78"/>
            <w:tcMar>
              <w:top w:w="80" w:type="dxa"/>
              <w:start w:w="70" w:type="dxa"/>
              <w:bottom w:w="80" w:type="dxa"/>
              <w:end w:w="7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Noto Sans CJK KR" w:hAnsi="Noto Sans CJK KR" w:eastAsia="Noto Sans CJK KR"/>
                <w:b/>
                <w:color w:val="FFFFFF"/>
                <w:sz w:val="15"/>
              </w:rPr>
              <w:t>자료형</w:t>
            </w:r>
          </w:p>
        </w:tc>
        <w:tc>
          <w:tcPr>
            <w:tcW w:type="dxa" w:w="1644"/>
            <w:shd w:fill="1F4E78"/>
            <w:tcMar>
              <w:top w:w="80" w:type="dxa"/>
              <w:start w:w="70" w:type="dxa"/>
              <w:bottom w:w="80" w:type="dxa"/>
              <w:end w:w="7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Noto Sans CJK KR" w:hAnsi="Noto Sans CJK KR" w:eastAsia="Noto Sans CJK KR"/>
                <w:b/>
                <w:color w:val="FFFFFF"/>
                <w:sz w:val="15"/>
              </w:rPr>
              <w:t>발행 노드</w:t>
            </w:r>
          </w:p>
        </w:tc>
        <w:tc>
          <w:tcPr>
            <w:tcW w:type="dxa" w:w="1927"/>
            <w:shd w:fill="1F4E78"/>
            <w:tcMar>
              <w:top w:w="80" w:type="dxa"/>
              <w:start w:w="70" w:type="dxa"/>
              <w:bottom w:w="80" w:type="dxa"/>
              <w:end w:w="7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Noto Sans CJK KR" w:hAnsi="Noto Sans CJK KR" w:eastAsia="Noto Sans CJK KR"/>
                <w:b/>
                <w:color w:val="FFFFFF"/>
                <w:sz w:val="15"/>
              </w:rPr>
              <w:t>구독 노드</w:t>
            </w:r>
          </w:p>
        </w:tc>
        <w:tc>
          <w:tcPr>
            <w:tcW w:type="dxa" w:w="1927"/>
            <w:shd w:fill="1F4E78"/>
            <w:tcMar>
              <w:top w:w="80" w:type="dxa"/>
              <w:start w:w="70" w:type="dxa"/>
              <w:bottom w:w="80" w:type="dxa"/>
              <w:end w:w="7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Noto Sans CJK KR" w:hAnsi="Noto Sans CJK KR" w:eastAsia="Noto Sans CJK KR"/>
                <w:b/>
                <w:color w:val="FFFFFF"/>
                <w:sz w:val="15"/>
              </w:rPr>
              <w:t>설명</w:t>
            </w:r>
          </w:p>
        </w:tc>
      </w:tr>
      <w:tr>
        <w:tc>
          <w:tcPr>
            <w:tcW w:type="dxa" w:w="2268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4"/>
              </w:rPr>
              <w:t>/office_robot/entrance/person_count</w:t>
            </w:r>
          </w:p>
        </w:tc>
        <w:tc>
          <w:tcPr>
            <w:tcW w:type="dxa" w:w="2097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4"/>
              </w:rPr>
              <w:t>std_msgs/msg/Int32</w:t>
            </w:r>
          </w:p>
        </w:tc>
        <w:tc>
          <w:tcPr>
            <w:tcW w:type="dxa" w:w="1644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4"/>
              </w:rPr>
              <w:t>entrance_monitor</w:t>
            </w:r>
          </w:p>
        </w:tc>
        <w:tc>
          <w:tcPr>
            <w:tcW w:type="dxa" w:w="1927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4"/>
              </w:rPr>
              <w:t>greeting_manager, admin_gui</w:t>
            </w:r>
          </w:p>
        </w:tc>
        <w:tc>
          <w:tcPr>
            <w:tcW w:type="dxa" w:w="1927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4"/>
              </w:rPr>
              <w:t>최근 감지된 인원 수</w:t>
            </w:r>
          </w:p>
        </w:tc>
      </w:tr>
      <w:tr>
        <w:tc>
          <w:tcPr>
            <w:tcW w:type="dxa" w:w="2268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  <w:shd w:fill="F8FBFD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4"/>
              </w:rPr>
              <w:t>/office_robot/entrance/person_detected</w:t>
            </w:r>
          </w:p>
        </w:tc>
        <w:tc>
          <w:tcPr>
            <w:tcW w:type="dxa" w:w="2097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  <w:shd w:fill="F8FBFD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4"/>
              </w:rPr>
              <w:t>std_msgs/msg/Bool</w:t>
            </w:r>
          </w:p>
        </w:tc>
        <w:tc>
          <w:tcPr>
            <w:tcW w:type="dxa" w:w="1644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  <w:shd w:fill="F8FBFD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4"/>
              </w:rPr>
              <w:t>entrance_monitor</w:t>
            </w:r>
          </w:p>
        </w:tc>
        <w:tc>
          <w:tcPr>
            <w:tcW w:type="dxa" w:w="1927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  <w:shd w:fill="F8FBFD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4"/>
              </w:rPr>
              <w:t>greeting_manager</w:t>
            </w:r>
          </w:p>
        </w:tc>
        <w:tc>
          <w:tcPr>
            <w:tcW w:type="dxa" w:w="1927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  <w:shd w:fill="F8FBFD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4"/>
              </w:rPr>
              <w:t>방문자 감지 여부</w:t>
            </w:r>
          </w:p>
        </w:tc>
      </w:tr>
      <w:tr>
        <w:tc>
          <w:tcPr>
            <w:tcW w:type="dxa" w:w="2268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4"/>
              </w:rPr>
              <w:t>/office_robot/visitor/event</w:t>
            </w:r>
          </w:p>
        </w:tc>
        <w:tc>
          <w:tcPr>
            <w:tcW w:type="dxa" w:w="2097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4"/>
              </w:rPr>
              <w:t>office_robot_msgs/msg/VisitorEvent</w:t>
            </w:r>
          </w:p>
        </w:tc>
        <w:tc>
          <w:tcPr>
            <w:tcW w:type="dxa" w:w="1644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4"/>
              </w:rPr>
              <w:t>entrance_monitor</w:t>
            </w:r>
          </w:p>
        </w:tc>
        <w:tc>
          <w:tcPr>
            <w:tcW w:type="dxa" w:w="1927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4"/>
              </w:rPr>
              <w:t>greeting_manager, admin_gui, visitor_memo_manager</w:t>
            </w:r>
          </w:p>
        </w:tc>
        <w:tc>
          <w:tcPr>
            <w:tcW w:type="dxa" w:w="1927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4"/>
              </w:rPr>
              <w:t>방문자 감지 이벤트</w:t>
            </w:r>
          </w:p>
        </w:tc>
      </w:tr>
      <w:tr>
        <w:tc>
          <w:tcPr>
            <w:tcW w:type="dxa" w:w="2268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  <w:shd w:fill="F8FBFD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4"/>
              </w:rPr>
              <w:t>/office_robot/greeting/status</w:t>
            </w:r>
          </w:p>
        </w:tc>
        <w:tc>
          <w:tcPr>
            <w:tcW w:type="dxa" w:w="2097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  <w:shd w:fill="F8FBFD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4"/>
              </w:rPr>
              <w:t>std_msgs/msg/String</w:t>
            </w:r>
          </w:p>
        </w:tc>
        <w:tc>
          <w:tcPr>
            <w:tcW w:type="dxa" w:w="1644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  <w:shd w:fill="F8FBFD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4"/>
              </w:rPr>
              <w:t>greeting_manager</w:t>
            </w:r>
          </w:p>
        </w:tc>
        <w:tc>
          <w:tcPr>
            <w:tcW w:type="dxa" w:w="1927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  <w:shd w:fill="F8FBFD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4"/>
              </w:rPr>
              <w:t>admin_gui</w:t>
            </w:r>
          </w:p>
        </w:tc>
        <w:tc>
          <w:tcPr>
            <w:tcW w:type="dxa" w:w="1927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  <w:shd w:fill="F8FBFD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4"/>
              </w:rPr>
              <w:t>현재 안내 상태</w:t>
            </w:r>
          </w:p>
        </w:tc>
      </w:tr>
      <w:tr>
        <w:tc>
          <w:tcPr>
            <w:tcW w:type="dxa" w:w="2268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4"/>
              </w:rPr>
              <w:t>/office_robot/visitor/memo</w:t>
            </w:r>
          </w:p>
        </w:tc>
        <w:tc>
          <w:tcPr>
            <w:tcW w:type="dxa" w:w="2097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4"/>
              </w:rPr>
              <w:t>office_robot_msgs/msg/VisitorMemo</w:t>
            </w:r>
          </w:p>
        </w:tc>
        <w:tc>
          <w:tcPr>
            <w:tcW w:type="dxa" w:w="1644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4"/>
              </w:rPr>
              <w:t>visitor_memo_manager</w:t>
            </w:r>
          </w:p>
        </w:tc>
        <w:tc>
          <w:tcPr>
            <w:tcW w:type="dxa" w:w="1927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4"/>
              </w:rPr>
              <w:t>admin_gui, report_manager</w:t>
            </w:r>
          </w:p>
        </w:tc>
        <w:tc>
          <w:tcPr>
            <w:tcW w:type="dxa" w:w="1927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4"/>
              </w:rPr>
              <w:t>방문자 메모 정보</w:t>
            </w:r>
          </w:p>
        </w:tc>
      </w:tr>
    </w:tbl>
    <w:p>
      <w:pPr>
        <w:spacing w:after="0"/>
      </w:pPr>
    </w:p>
    <w:p>
      <w:pPr>
        <w:pStyle w:val="Heading2"/>
        <w:keepNext/>
      </w:pPr>
      <w:r>
        <w:t>6.3 이상 상황 및 관리자 판단 토픽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space="0" w:color="B7B7B7"/>
          <w:left w:val="single" w:sz="4" w:space="0" w:color="B7B7B7"/>
          <w:bottom w:val="single" w:sz="4" w:space="0" w:color="B7B7B7"/>
          <w:right w:val="single" w:sz="4" w:space="0" w:color="B7B7B7"/>
          <w:insideH w:val="single" w:sz="4" w:space="0" w:color="B7B7B7"/>
          <w:insideV w:val="single" w:sz="4" w:space="0" w:color="B7B7B7"/>
        </w:tblBorders>
      </w:tblPr>
      <w:tblGrid>
        <w:gridCol w:w="2041"/>
        <w:gridCol w:w="2041"/>
        <w:gridCol w:w="2041"/>
        <w:gridCol w:w="2041"/>
        <w:gridCol w:w="2041"/>
      </w:tblGrid>
      <w:tr>
        <w:trPr>
          <w:tblHeader w:val="true"/>
        </w:trPr>
        <w:tc>
          <w:tcPr>
            <w:tcW w:type="dxa" w:w="2268"/>
            <w:shd w:fill="1F4E78"/>
            <w:tcMar>
              <w:top w:w="80" w:type="dxa"/>
              <w:start w:w="70" w:type="dxa"/>
              <w:bottom w:w="80" w:type="dxa"/>
              <w:end w:w="7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Noto Sans CJK KR" w:hAnsi="Noto Sans CJK KR" w:eastAsia="Noto Sans CJK KR"/>
                <w:b/>
                <w:color w:val="FFFFFF"/>
                <w:sz w:val="15"/>
              </w:rPr>
              <w:t>토픽명</w:t>
            </w:r>
          </w:p>
        </w:tc>
        <w:tc>
          <w:tcPr>
            <w:tcW w:type="dxa" w:w="2097"/>
            <w:shd w:fill="1F4E78"/>
            <w:tcMar>
              <w:top w:w="80" w:type="dxa"/>
              <w:start w:w="70" w:type="dxa"/>
              <w:bottom w:w="80" w:type="dxa"/>
              <w:end w:w="7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Noto Sans CJK KR" w:hAnsi="Noto Sans CJK KR" w:eastAsia="Noto Sans CJK KR"/>
                <w:b/>
                <w:color w:val="FFFFFF"/>
                <w:sz w:val="15"/>
              </w:rPr>
              <w:t>자료형</w:t>
            </w:r>
          </w:p>
        </w:tc>
        <w:tc>
          <w:tcPr>
            <w:tcW w:type="dxa" w:w="1644"/>
            <w:shd w:fill="1F4E78"/>
            <w:tcMar>
              <w:top w:w="80" w:type="dxa"/>
              <w:start w:w="70" w:type="dxa"/>
              <w:bottom w:w="80" w:type="dxa"/>
              <w:end w:w="7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Noto Sans CJK KR" w:hAnsi="Noto Sans CJK KR" w:eastAsia="Noto Sans CJK KR"/>
                <w:b/>
                <w:color w:val="FFFFFF"/>
                <w:sz w:val="15"/>
              </w:rPr>
              <w:t>발행 노드</w:t>
            </w:r>
          </w:p>
        </w:tc>
        <w:tc>
          <w:tcPr>
            <w:tcW w:type="dxa" w:w="1927"/>
            <w:shd w:fill="1F4E78"/>
            <w:tcMar>
              <w:top w:w="80" w:type="dxa"/>
              <w:start w:w="70" w:type="dxa"/>
              <w:bottom w:w="80" w:type="dxa"/>
              <w:end w:w="7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Noto Sans CJK KR" w:hAnsi="Noto Sans CJK KR" w:eastAsia="Noto Sans CJK KR"/>
                <w:b/>
                <w:color w:val="FFFFFF"/>
                <w:sz w:val="15"/>
              </w:rPr>
              <w:t>구독 노드</w:t>
            </w:r>
          </w:p>
        </w:tc>
        <w:tc>
          <w:tcPr>
            <w:tcW w:type="dxa" w:w="1927"/>
            <w:shd w:fill="1F4E78"/>
            <w:tcMar>
              <w:top w:w="80" w:type="dxa"/>
              <w:start w:w="70" w:type="dxa"/>
              <w:bottom w:w="80" w:type="dxa"/>
              <w:end w:w="7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Noto Sans CJK KR" w:hAnsi="Noto Sans CJK KR" w:eastAsia="Noto Sans CJK KR"/>
                <w:b/>
                <w:color w:val="FFFFFF"/>
                <w:sz w:val="15"/>
              </w:rPr>
              <w:t>설명</w:t>
            </w:r>
          </w:p>
        </w:tc>
      </w:tr>
      <w:tr>
        <w:tc>
          <w:tcPr>
            <w:tcW w:type="dxa" w:w="2268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4"/>
              </w:rPr>
              <w:t>/office_robot/anomaly/event</w:t>
            </w:r>
          </w:p>
        </w:tc>
        <w:tc>
          <w:tcPr>
            <w:tcW w:type="dxa" w:w="2097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4"/>
              </w:rPr>
              <w:t>office_robot_msgs/msg/AnomalyEvent</w:t>
            </w:r>
          </w:p>
        </w:tc>
        <w:tc>
          <w:tcPr>
            <w:tcW w:type="dxa" w:w="1644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4"/>
              </w:rPr>
              <w:t>anomaly_monitor</w:t>
            </w:r>
          </w:p>
        </w:tc>
        <w:tc>
          <w:tcPr>
            <w:tcW w:type="dxa" w:w="1927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4"/>
              </w:rPr>
              <w:t>evidence_manager, admin_gui, report_manager</w:t>
            </w:r>
          </w:p>
        </w:tc>
        <w:tc>
          <w:tcPr>
            <w:tcW w:type="dxa" w:w="1927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4"/>
              </w:rPr>
              <w:t>이상 상황 이벤트</w:t>
            </w:r>
          </w:p>
        </w:tc>
      </w:tr>
      <w:tr>
        <w:tc>
          <w:tcPr>
            <w:tcW w:type="dxa" w:w="2268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  <w:shd w:fill="F8FBFD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4"/>
              </w:rPr>
              <w:t>/office_robot/anomaly/status</w:t>
            </w:r>
          </w:p>
        </w:tc>
        <w:tc>
          <w:tcPr>
            <w:tcW w:type="dxa" w:w="2097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  <w:shd w:fill="F8FBFD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4"/>
              </w:rPr>
              <w:t>std_msgs/msg/String</w:t>
            </w:r>
          </w:p>
        </w:tc>
        <w:tc>
          <w:tcPr>
            <w:tcW w:type="dxa" w:w="1644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  <w:shd w:fill="F8FBFD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4"/>
              </w:rPr>
              <w:t>anomaly_monitor</w:t>
            </w:r>
          </w:p>
        </w:tc>
        <w:tc>
          <w:tcPr>
            <w:tcW w:type="dxa" w:w="1927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  <w:shd w:fill="F8FBFD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4"/>
              </w:rPr>
              <w:t>robot_state_manager, admin_gui</w:t>
            </w:r>
          </w:p>
        </w:tc>
        <w:tc>
          <w:tcPr>
            <w:tcW w:type="dxa" w:w="1927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  <w:shd w:fill="F8FBFD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4"/>
              </w:rPr>
              <w:t>이상 감지 노드 상태</w:t>
            </w:r>
          </w:p>
        </w:tc>
      </w:tr>
      <w:tr>
        <w:tc>
          <w:tcPr>
            <w:tcW w:type="dxa" w:w="2268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4"/>
              </w:rPr>
              <w:t>/office_robot/admin/decision</w:t>
            </w:r>
          </w:p>
        </w:tc>
        <w:tc>
          <w:tcPr>
            <w:tcW w:type="dxa" w:w="2097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4"/>
              </w:rPr>
              <w:t>office_robot_msgs/msg/AdminDecision</w:t>
            </w:r>
          </w:p>
        </w:tc>
        <w:tc>
          <w:tcPr>
            <w:tcW w:type="dxa" w:w="1644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4"/>
              </w:rPr>
              <w:t>admin_request_manager</w:t>
            </w:r>
          </w:p>
        </w:tc>
        <w:tc>
          <w:tcPr>
            <w:tcW w:type="dxa" w:w="1927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4"/>
              </w:rPr>
              <w:t>anomaly_monitor, robot_state_manager, report_manager</w:t>
            </w:r>
          </w:p>
        </w:tc>
        <w:tc>
          <w:tcPr>
            <w:tcW w:type="dxa" w:w="1927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4"/>
              </w:rPr>
              <w:t>관리자 판단 결과</w:t>
            </w:r>
          </w:p>
        </w:tc>
      </w:tr>
      <w:tr>
        <w:tc>
          <w:tcPr>
            <w:tcW w:type="dxa" w:w="2268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  <w:shd w:fill="F8FBFD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4"/>
              </w:rPr>
              <w:t>/office_robot/evidence/status</w:t>
            </w:r>
          </w:p>
        </w:tc>
        <w:tc>
          <w:tcPr>
            <w:tcW w:type="dxa" w:w="2097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  <w:shd w:fill="F8FBFD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4"/>
              </w:rPr>
              <w:t>office_robot_msgs/msg/EvidenceStatus</w:t>
            </w:r>
          </w:p>
        </w:tc>
        <w:tc>
          <w:tcPr>
            <w:tcW w:type="dxa" w:w="1644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  <w:shd w:fill="F8FBFD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4"/>
              </w:rPr>
              <w:t>evidence_manager</w:t>
            </w:r>
          </w:p>
        </w:tc>
        <w:tc>
          <w:tcPr>
            <w:tcW w:type="dxa" w:w="1927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  <w:shd w:fill="F8FBFD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4"/>
              </w:rPr>
              <w:t>admin_gui, report_manager</w:t>
            </w:r>
          </w:p>
        </w:tc>
        <w:tc>
          <w:tcPr>
            <w:tcW w:type="dxa" w:w="1927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  <w:shd w:fill="F8FBFD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4"/>
              </w:rPr>
              <w:t>증거 이미지 저장 결과</w:t>
            </w:r>
          </w:p>
        </w:tc>
      </w:tr>
      <w:tr>
        <w:tc>
          <w:tcPr>
            <w:tcW w:type="dxa" w:w="2268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4"/>
              </w:rPr>
              <w:t>/office_robot/alarm/status</w:t>
            </w:r>
          </w:p>
        </w:tc>
        <w:tc>
          <w:tcPr>
            <w:tcW w:type="dxa" w:w="2097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4"/>
              </w:rPr>
              <w:t>std_msgs/msg/Bool</w:t>
            </w:r>
          </w:p>
        </w:tc>
        <w:tc>
          <w:tcPr>
            <w:tcW w:type="dxa" w:w="1644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4"/>
              </w:rPr>
              <w:t>safety_manager</w:t>
            </w:r>
          </w:p>
        </w:tc>
        <w:tc>
          <w:tcPr>
            <w:tcW w:type="dxa" w:w="1927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4"/>
              </w:rPr>
              <w:t>admin_gui</w:t>
            </w:r>
          </w:p>
        </w:tc>
        <w:tc>
          <w:tcPr>
            <w:tcW w:type="dxa" w:w="1927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4"/>
              </w:rPr>
              <w:t>경고음 또는 경고 상태</w:t>
            </w:r>
          </w:p>
        </w:tc>
      </w:tr>
    </w:tbl>
    <w:p>
      <w:pPr>
        <w:spacing w:after="0"/>
      </w:pPr>
    </w:p>
    <w:p>
      <w:pPr>
        <w:pStyle w:val="Heading2"/>
        <w:keepNext/>
      </w:pPr>
      <w:r>
        <w:t>6.4 순찰 토픽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space="0" w:color="B7B7B7"/>
          <w:left w:val="single" w:sz="4" w:space="0" w:color="B7B7B7"/>
          <w:bottom w:val="single" w:sz="4" w:space="0" w:color="B7B7B7"/>
          <w:right w:val="single" w:sz="4" w:space="0" w:color="B7B7B7"/>
          <w:insideH w:val="single" w:sz="4" w:space="0" w:color="B7B7B7"/>
          <w:insideV w:val="single" w:sz="4" w:space="0" w:color="B7B7B7"/>
        </w:tblBorders>
      </w:tblPr>
      <w:tblGrid>
        <w:gridCol w:w="2041"/>
        <w:gridCol w:w="2041"/>
        <w:gridCol w:w="2041"/>
        <w:gridCol w:w="2041"/>
        <w:gridCol w:w="2041"/>
      </w:tblGrid>
      <w:tr>
        <w:trPr>
          <w:tblHeader w:val="true"/>
        </w:trPr>
        <w:tc>
          <w:tcPr>
            <w:tcW w:type="dxa" w:w="2268"/>
            <w:shd w:fill="1F4E78"/>
            <w:tcMar>
              <w:top w:w="80" w:type="dxa"/>
              <w:start w:w="70" w:type="dxa"/>
              <w:bottom w:w="80" w:type="dxa"/>
              <w:end w:w="7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Noto Sans CJK KR" w:hAnsi="Noto Sans CJK KR" w:eastAsia="Noto Sans CJK KR"/>
                <w:b/>
                <w:color w:val="FFFFFF"/>
                <w:sz w:val="15"/>
              </w:rPr>
              <w:t>토픽명</w:t>
            </w:r>
          </w:p>
        </w:tc>
        <w:tc>
          <w:tcPr>
            <w:tcW w:type="dxa" w:w="2097"/>
            <w:shd w:fill="1F4E78"/>
            <w:tcMar>
              <w:top w:w="80" w:type="dxa"/>
              <w:start w:w="70" w:type="dxa"/>
              <w:bottom w:w="80" w:type="dxa"/>
              <w:end w:w="7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Noto Sans CJK KR" w:hAnsi="Noto Sans CJK KR" w:eastAsia="Noto Sans CJK KR"/>
                <w:b/>
                <w:color w:val="FFFFFF"/>
                <w:sz w:val="15"/>
              </w:rPr>
              <w:t>자료형</w:t>
            </w:r>
          </w:p>
        </w:tc>
        <w:tc>
          <w:tcPr>
            <w:tcW w:type="dxa" w:w="1644"/>
            <w:shd w:fill="1F4E78"/>
            <w:tcMar>
              <w:top w:w="80" w:type="dxa"/>
              <w:start w:w="70" w:type="dxa"/>
              <w:bottom w:w="80" w:type="dxa"/>
              <w:end w:w="7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Noto Sans CJK KR" w:hAnsi="Noto Sans CJK KR" w:eastAsia="Noto Sans CJK KR"/>
                <w:b/>
                <w:color w:val="FFFFFF"/>
                <w:sz w:val="15"/>
              </w:rPr>
              <w:t>발행 노드</w:t>
            </w:r>
          </w:p>
        </w:tc>
        <w:tc>
          <w:tcPr>
            <w:tcW w:type="dxa" w:w="1927"/>
            <w:shd w:fill="1F4E78"/>
            <w:tcMar>
              <w:top w:w="80" w:type="dxa"/>
              <w:start w:w="70" w:type="dxa"/>
              <w:bottom w:w="80" w:type="dxa"/>
              <w:end w:w="7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Noto Sans CJK KR" w:hAnsi="Noto Sans CJK KR" w:eastAsia="Noto Sans CJK KR"/>
                <w:b/>
                <w:color w:val="FFFFFF"/>
                <w:sz w:val="15"/>
              </w:rPr>
              <w:t>구독 노드</w:t>
            </w:r>
          </w:p>
        </w:tc>
        <w:tc>
          <w:tcPr>
            <w:tcW w:type="dxa" w:w="1927"/>
            <w:shd w:fill="1F4E78"/>
            <w:tcMar>
              <w:top w:w="80" w:type="dxa"/>
              <w:start w:w="70" w:type="dxa"/>
              <w:bottom w:w="80" w:type="dxa"/>
              <w:end w:w="7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Noto Sans CJK KR" w:hAnsi="Noto Sans CJK KR" w:eastAsia="Noto Sans CJK KR"/>
                <w:b/>
                <w:color w:val="FFFFFF"/>
                <w:sz w:val="15"/>
              </w:rPr>
              <w:t>설명</w:t>
            </w:r>
          </w:p>
        </w:tc>
      </w:tr>
      <w:tr>
        <w:tc>
          <w:tcPr>
            <w:tcW w:type="dxa" w:w="2268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4"/>
              </w:rPr>
              <w:t>/office_robot/patrol/status</w:t>
            </w:r>
          </w:p>
        </w:tc>
        <w:tc>
          <w:tcPr>
            <w:tcW w:type="dxa" w:w="2097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4"/>
              </w:rPr>
              <w:t>office_robot_msgs/msg/PatrolStatus</w:t>
            </w:r>
          </w:p>
        </w:tc>
        <w:tc>
          <w:tcPr>
            <w:tcW w:type="dxa" w:w="1644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4"/>
              </w:rPr>
              <w:t>patrol_manager</w:t>
            </w:r>
          </w:p>
        </w:tc>
        <w:tc>
          <w:tcPr>
            <w:tcW w:type="dxa" w:w="1927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4"/>
              </w:rPr>
              <w:t>admin_gui, report_manager, robot_state_manager</w:t>
            </w:r>
          </w:p>
        </w:tc>
        <w:tc>
          <w:tcPr>
            <w:tcW w:type="dxa" w:w="1927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4"/>
              </w:rPr>
              <w:t>현재 순찰 상태</w:t>
            </w:r>
          </w:p>
        </w:tc>
      </w:tr>
      <w:tr>
        <w:tc>
          <w:tcPr>
            <w:tcW w:type="dxa" w:w="2268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  <w:shd w:fill="F8FBFD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4"/>
              </w:rPr>
              <w:t>/office_robot/patrol/route</w:t>
            </w:r>
          </w:p>
        </w:tc>
        <w:tc>
          <w:tcPr>
            <w:tcW w:type="dxa" w:w="2097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  <w:shd w:fill="F8FBFD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4"/>
              </w:rPr>
              <w:t>office_robot_msgs/msg/PatrolRoute</w:t>
            </w:r>
          </w:p>
        </w:tc>
        <w:tc>
          <w:tcPr>
            <w:tcW w:type="dxa" w:w="1644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  <w:shd w:fill="F8FBFD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4"/>
              </w:rPr>
              <w:t>patrol_manager</w:t>
            </w:r>
          </w:p>
        </w:tc>
        <w:tc>
          <w:tcPr>
            <w:tcW w:type="dxa" w:w="1927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  <w:shd w:fill="F8FBFD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4"/>
              </w:rPr>
              <w:t>admin_gui</w:t>
            </w:r>
          </w:p>
        </w:tc>
        <w:tc>
          <w:tcPr>
            <w:tcW w:type="dxa" w:w="1927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  <w:shd w:fill="F8FBFD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4"/>
              </w:rPr>
              <w:t>현재 순찰 경로</w:t>
            </w:r>
          </w:p>
        </w:tc>
      </w:tr>
      <w:tr>
        <w:tc>
          <w:tcPr>
            <w:tcW w:type="dxa" w:w="2268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4"/>
              </w:rPr>
              <w:t>/office_robot/patrol/current_point</w:t>
            </w:r>
          </w:p>
        </w:tc>
        <w:tc>
          <w:tcPr>
            <w:tcW w:type="dxa" w:w="2097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4"/>
              </w:rPr>
              <w:t>std_msgs/msg/String</w:t>
            </w:r>
          </w:p>
        </w:tc>
        <w:tc>
          <w:tcPr>
            <w:tcW w:type="dxa" w:w="1644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4"/>
              </w:rPr>
              <w:t>patrol_manager</w:t>
            </w:r>
          </w:p>
        </w:tc>
        <w:tc>
          <w:tcPr>
            <w:tcW w:type="dxa" w:w="1927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4"/>
              </w:rPr>
              <w:t>admin_gui, anomaly_monitor</w:t>
            </w:r>
          </w:p>
        </w:tc>
        <w:tc>
          <w:tcPr>
            <w:tcW w:type="dxa" w:w="1927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4"/>
              </w:rPr>
              <w:t>현재 이동 중인 순찰 지점</w:t>
            </w:r>
          </w:p>
        </w:tc>
      </w:tr>
      <w:tr>
        <w:tc>
          <w:tcPr>
            <w:tcW w:type="dxa" w:w="2268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  <w:shd w:fill="F8FBFD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4"/>
              </w:rPr>
              <w:t>/office_robot/patrol/event</w:t>
            </w:r>
          </w:p>
        </w:tc>
        <w:tc>
          <w:tcPr>
            <w:tcW w:type="dxa" w:w="2097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  <w:shd w:fill="F8FBFD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4"/>
              </w:rPr>
              <w:t>office_robot_msgs/msg/PatrolEvent</w:t>
            </w:r>
          </w:p>
        </w:tc>
        <w:tc>
          <w:tcPr>
            <w:tcW w:type="dxa" w:w="1644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  <w:shd w:fill="F8FBFD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4"/>
              </w:rPr>
              <w:t>patrol_manager</w:t>
            </w:r>
          </w:p>
        </w:tc>
        <w:tc>
          <w:tcPr>
            <w:tcW w:type="dxa" w:w="1927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  <w:shd w:fill="F8FBFD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4"/>
              </w:rPr>
              <w:t>report_manager, admin_gui</w:t>
            </w:r>
          </w:p>
        </w:tc>
        <w:tc>
          <w:tcPr>
            <w:tcW w:type="dxa" w:w="1927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  <w:shd w:fill="F8FBFD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4"/>
              </w:rPr>
              <w:t>순찰 시작, 도착, 실패, 완료 이벤트</w:t>
            </w:r>
          </w:p>
        </w:tc>
      </w:tr>
      <w:tr>
        <w:tc>
          <w:tcPr>
            <w:tcW w:type="dxa" w:w="2268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4"/>
              </w:rPr>
              <w:t>/office_robot/patrol/progress</w:t>
            </w:r>
          </w:p>
        </w:tc>
        <w:tc>
          <w:tcPr>
            <w:tcW w:type="dxa" w:w="2097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4"/>
              </w:rPr>
              <w:t>std_msgs/msg/Float32</w:t>
            </w:r>
          </w:p>
        </w:tc>
        <w:tc>
          <w:tcPr>
            <w:tcW w:type="dxa" w:w="1644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4"/>
              </w:rPr>
              <w:t>patrol_manager</w:t>
            </w:r>
          </w:p>
        </w:tc>
        <w:tc>
          <w:tcPr>
            <w:tcW w:type="dxa" w:w="1927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4"/>
              </w:rPr>
              <w:t>admin_gui</w:t>
            </w:r>
          </w:p>
        </w:tc>
        <w:tc>
          <w:tcPr>
            <w:tcW w:type="dxa" w:w="1927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4"/>
              </w:rPr>
              <w:t>전체 순찰 진행률</w:t>
            </w:r>
          </w:p>
        </w:tc>
      </w:tr>
      <w:tr>
        <w:tc>
          <w:tcPr>
            <w:tcW w:type="dxa" w:w="2268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  <w:shd w:fill="F8FBFD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4"/>
              </w:rPr>
              <w:t>/office_robot/patrol/recovery_count</w:t>
            </w:r>
          </w:p>
        </w:tc>
        <w:tc>
          <w:tcPr>
            <w:tcW w:type="dxa" w:w="2097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  <w:shd w:fill="F8FBFD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4"/>
              </w:rPr>
              <w:t>std_msgs/msg/Int32</w:t>
            </w:r>
          </w:p>
        </w:tc>
        <w:tc>
          <w:tcPr>
            <w:tcW w:type="dxa" w:w="1644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  <w:shd w:fill="F8FBFD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4"/>
              </w:rPr>
              <w:t>patrol_manager</w:t>
            </w:r>
          </w:p>
        </w:tc>
        <w:tc>
          <w:tcPr>
            <w:tcW w:type="dxa" w:w="1927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  <w:shd w:fill="F8FBFD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4"/>
              </w:rPr>
              <w:t>admin_gui, report_manager</w:t>
            </w:r>
          </w:p>
        </w:tc>
        <w:tc>
          <w:tcPr>
            <w:tcW w:type="dxa" w:w="1927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  <w:shd w:fill="F8FBFD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4"/>
              </w:rPr>
              <w:t>이동 실패 후 복구 시도 횟수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space="0" w:color="9EADBA"/>
          <w:left w:val="single" w:sz="4" w:space="0" w:color="9EADBA"/>
          <w:bottom w:val="single" w:sz="4" w:space="0" w:color="9EADBA"/>
          <w:right w:val="single" w:sz="4" w:space="0" w:color="9EADBA"/>
          <w:insideH w:val="single" w:sz="4" w:space="0" w:color="9EADBA"/>
          <w:insideV w:val="single" w:sz="4" w:space="0" w:color="9EADBA"/>
        </w:tblBorders>
      </w:tblPr>
      <w:tblGrid>
        <w:gridCol w:w="5103"/>
        <w:gridCol w:w="5103"/>
      </w:tblGrid>
      <w:tr>
        <w:tc>
          <w:tcPr>
            <w:tcW w:type="dxa" w:w="1247"/>
            <w:shd w:fill="D9EAF7"/>
            <w:tcMar>
              <w:top w:w="100" w:type="dxa"/>
              <w:start w:w="100" w:type="dxa"/>
              <w:bottom w:w="100" w:type="dxa"/>
              <w:end w:w="100" w:type="dxa"/>
            </w:tcMar>
            <w:vAlign w:val="center"/>
          </w:tcPr>
          <w:p>
            <w:pPr>
              <w:jc w:val="center"/>
            </w:pPr>
            <w:r>
              <w:rPr>
                <w:rFonts w:ascii="Noto Sans CJK KR" w:hAnsi="Noto Sans CJK KR" w:eastAsia="Noto Sans CJK KR"/>
                <w:b/>
                <w:color w:val="1F4E78"/>
                <w:sz w:val="18"/>
              </w:rPr>
              <w:t>진행률 범위</w:t>
            </w:r>
          </w:p>
        </w:tc>
        <w:tc>
          <w:tcPr>
            <w:tcW w:type="dxa" w:w="8391"/>
            <w:shd w:fill="FFFFFF"/>
            <w:tcMar>
              <w:top w:w="100" w:type="dxa"/>
              <w:start w:w="100" w:type="dxa"/>
              <w:bottom w:w="100" w:type="dxa"/>
              <w:end w:w="100" w:type="dxa"/>
            </w:tcMar>
            <w:vAlign w:val="center"/>
          </w:tcPr>
          <w:p>
            <w:r>
              <w:rPr>
                <w:rFonts w:ascii="Noto Sans CJK KR" w:hAnsi="Noto Sans CJK KR" w:eastAsia="Noto Sans CJK KR"/>
                <w:sz w:val="18"/>
              </w:rPr>
              <w:t>/office_robot/patrol/progress 값은 0.0~1.0을 사용한다. 0.0은 시작, 0.5는 50% 완료, 1.0은 완료를 의미한다.</w:t>
            </w:r>
          </w:p>
        </w:tc>
      </w:tr>
    </w:tbl>
    <w:p>
      <w:pPr>
        <w:spacing w:after="0"/>
      </w:pPr>
    </w:p>
    <w:p>
      <w:pPr>
        <w:pStyle w:val="Heading2"/>
        <w:keepNext/>
      </w:pPr>
      <w:r>
        <w:t>6.5 배터리 및 안전 토픽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space="0" w:color="B7B7B7"/>
          <w:left w:val="single" w:sz="4" w:space="0" w:color="B7B7B7"/>
          <w:bottom w:val="single" w:sz="4" w:space="0" w:color="B7B7B7"/>
          <w:right w:val="single" w:sz="4" w:space="0" w:color="B7B7B7"/>
          <w:insideH w:val="single" w:sz="4" w:space="0" w:color="B7B7B7"/>
          <w:insideV w:val="single" w:sz="4" w:space="0" w:color="B7B7B7"/>
        </w:tblBorders>
      </w:tblPr>
      <w:tblGrid>
        <w:gridCol w:w="2041"/>
        <w:gridCol w:w="2041"/>
        <w:gridCol w:w="2041"/>
        <w:gridCol w:w="2041"/>
        <w:gridCol w:w="2041"/>
      </w:tblGrid>
      <w:tr>
        <w:trPr>
          <w:tblHeader w:val="true"/>
        </w:trPr>
        <w:tc>
          <w:tcPr>
            <w:tcW w:type="dxa" w:w="2268"/>
            <w:shd w:fill="1F4E78"/>
            <w:tcMar>
              <w:top w:w="80" w:type="dxa"/>
              <w:start w:w="70" w:type="dxa"/>
              <w:bottom w:w="80" w:type="dxa"/>
              <w:end w:w="7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Noto Sans CJK KR" w:hAnsi="Noto Sans CJK KR" w:eastAsia="Noto Sans CJK KR"/>
                <w:b/>
                <w:color w:val="FFFFFF"/>
                <w:sz w:val="15"/>
              </w:rPr>
              <w:t>토픽명</w:t>
            </w:r>
          </w:p>
        </w:tc>
        <w:tc>
          <w:tcPr>
            <w:tcW w:type="dxa" w:w="2097"/>
            <w:shd w:fill="1F4E78"/>
            <w:tcMar>
              <w:top w:w="80" w:type="dxa"/>
              <w:start w:w="70" w:type="dxa"/>
              <w:bottom w:w="80" w:type="dxa"/>
              <w:end w:w="7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Noto Sans CJK KR" w:hAnsi="Noto Sans CJK KR" w:eastAsia="Noto Sans CJK KR"/>
                <w:b/>
                <w:color w:val="FFFFFF"/>
                <w:sz w:val="15"/>
              </w:rPr>
              <w:t>자료형</w:t>
            </w:r>
          </w:p>
        </w:tc>
        <w:tc>
          <w:tcPr>
            <w:tcW w:type="dxa" w:w="1644"/>
            <w:shd w:fill="1F4E78"/>
            <w:tcMar>
              <w:top w:w="80" w:type="dxa"/>
              <w:start w:w="70" w:type="dxa"/>
              <w:bottom w:w="80" w:type="dxa"/>
              <w:end w:w="7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Noto Sans CJK KR" w:hAnsi="Noto Sans CJK KR" w:eastAsia="Noto Sans CJK KR"/>
                <w:b/>
                <w:color w:val="FFFFFF"/>
                <w:sz w:val="15"/>
              </w:rPr>
              <w:t>발행 노드</w:t>
            </w:r>
          </w:p>
        </w:tc>
        <w:tc>
          <w:tcPr>
            <w:tcW w:type="dxa" w:w="1927"/>
            <w:shd w:fill="1F4E78"/>
            <w:tcMar>
              <w:top w:w="80" w:type="dxa"/>
              <w:start w:w="70" w:type="dxa"/>
              <w:bottom w:w="80" w:type="dxa"/>
              <w:end w:w="7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Noto Sans CJK KR" w:hAnsi="Noto Sans CJK KR" w:eastAsia="Noto Sans CJK KR"/>
                <w:b/>
                <w:color w:val="FFFFFF"/>
                <w:sz w:val="15"/>
              </w:rPr>
              <w:t>구독 노드</w:t>
            </w:r>
          </w:p>
        </w:tc>
        <w:tc>
          <w:tcPr>
            <w:tcW w:type="dxa" w:w="1927"/>
            <w:shd w:fill="1F4E78"/>
            <w:tcMar>
              <w:top w:w="80" w:type="dxa"/>
              <w:start w:w="70" w:type="dxa"/>
              <w:bottom w:w="80" w:type="dxa"/>
              <w:end w:w="7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Noto Sans CJK KR" w:hAnsi="Noto Sans CJK KR" w:eastAsia="Noto Sans CJK KR"/>
                <w:b/>
                <w:color w:val="FFFFFF"/>
                <w:sz w:val="15"/>
              </w:rPr>
              <w:t>설명</w:t>
            </w:r>
          </w:p>
        </w:tc>
      </w:tr>
      <w:tr>
        <w:tc>
          <w:tcPr>
            <w:tcW w:type="dxa" w:w="2268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4"/>
              </w:rPr>
              <w:t>/battery_state</w:t>
            </w:r>
          </w:p>
        </w:tc>
        <w:tc>
          <w:tcPr>
            <w:tcW w:type="dxa" w:w="2097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4"/>
              </w:rPr>
              <w:t>sensor_msgs/msg/BatteryState</w:t>
            </w:r>
          </w:p>
        </w:tc>
        <w:tc>
          <w:tcPr>
            <w:tcW w:type="dxa" w:w="1644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4"/>
              </w:rPr>
              <w:t>turtlebot3_node</w:t>
            </w:r>
          </w:p>
        </w:tc>
        <w:tc>
          <w:tcPr>
            <w:tcW w:type="dxa" w:w="1927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4"/>
              </w:rPr>
              <w:t>battery_monitor</w:t>
            </w:r>
          </w:p>
        </w:tc>
        <w:tc>
          <w:tcPr>
            <w:tcW w:type="dxa" w:w="1927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4"/>
              </w:rPr>
              <w:t>TurtleBot3 기본 배터리 상태</w:t>
            </w:r>
          </w:p>
        </w:tc>
      </w:tr>
      <w:tr>
        <w:tc>
          <w:tcPr>
            <w:tcW w:type="dxa" w:w="2268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  <w:shd w:fill="F8FBFD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4"/>
              </w:rPr>
              <w:t>/office_robot/battery/status</w:t>
            </w:r>
          </w:p>
        </w:tc>
        <w:tc>
          <w:tcPr>
            <w:tcW w:type="dxa" w:w="2097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  <w:shd w:fill="F8FBFD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4"/>
              </w:rPr>
              <w:t>office_robot_msgs/msg/RobotBatteryStatus</w:t>
            </w:r>
          </w:p>
        </w:tc>
        <w:tc>
          <w:tcPr>
            <w:tcW w:type="dxa" w:w="1644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  <w:shd w:fill="F8FBFD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4"/>
              </w:rPr>
              <w:t>battery_monitor</w:t>
            </w:r>
          </w:p>
        </w:tc>
        <w:tc>
          <w:tcPr>
            <w:tcW w:type="dxa" w:w="1927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  <w:shd w:fill="F8FBFD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4"/>
              </w:rPr>
              <w:t>robot_state_manager, patrol_manager, admin_gui</w:t>
            </w:r>
          </w:p>
        </w:tc>
        <w:tc>
          <w:tcPr>
            <w:tcW w:type="dxa" w:w="1927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  <w:shd w:fill="F8FBFD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4"/>
              </w:rPr>
              <w:t>가공된 배터리 상태</w:t>
            </w:r>
          </w:p>
        </w:tc>
      </w:tr>
      <w:tr>
        <w:tc>
          <w:tcPr>
            <w:tcW w:type="dxa" w:w="2268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4"/>
              </w:rPr>
              <w:t>/office_robot/battery/low</w:t>
            </w:r>
          </w:p>
        </w:tc>
        <w:tc>
          <w:tcPr>
            <w:tcW w:type="dxa" w:w="2097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4"/>
              </w:rPr>
              <w:t>std_msgs/msg/Bool</w:t>
            </w:r>
          </w:p>
        </w:tc>
        <w:tc>
          <w:tcPr>
            <w:tcW w:type="dxa" w:w="1644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4"/>
              </w:rPr>
              <w:t>battery_monitor</w:t>
            </w:r>
          </w:p>
        </w:tc>
        <w:tc>
          <w:tcPr>
            <w:tcW w:type="dxa" w:w="1927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4"/>
              </w:rPr>
              <w:t>robot_state_manager, patrol_manager, admin_gui</w:t>
            </w:r>
          </w:p>
        </w:tc>
        <w:tc>
          <w:tcPr>
            <w:tcW w:type="dxa" w:w="1927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4"/>
              </w:rPr>
              <w:t>저전압 상태</w:t>
            </w:r>
          </w:p>
        </w:tc>
      </w:tr>
      <w:tr>
        <w:tc>
          <w:tcPr>
            <w:tcW w:type="dxa" w:w="2268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  <w:shd w:fill="F8FBFD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4"/>
              </w:rPr>
              <w:t>/office_robot/battery/critical</w:t>
            </w:r>
          </w:p>
        </w:tc>
        <w:tc>
          <w:tcPr>
            <w:tcW w:type="dxa" w:w="2097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  <w:shd w:fill="F8FBFD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4"/>
              </w:rPr>
              <w:t>std_msgs/msg/Bool</w:t>
            </w:r>
          </w:p>
        </w:tc>
        <w:tc>
          <w:tcPr>
            <w:tcW w:type="dxa" w:w="1644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  <w:shd w:fill="F8FBFD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4"/>
              </w:rPr>
              <w:t>battery_monitor</w:t>
            </w:r>
          </w:p>
        </w:tc>
        <w:tc>
          <w:tcPr>
            <w:tcW w:type="dxa" w:w="1927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  <w:shd w:fill="F8FBFD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4"/>
              </w:rPr>
              <w:t>safety_manager, robot_state_manager</w:t>
            </w:r>
          </w:p>
        </w:tc>
        <w:tc>
          <w:tcPr>
            <w:tcW w:type="dxa" w:w="1927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  <w:shd w:fill="F8FBFD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4"/>
              </w:rPr>
              <w:t>위험 배터리 상태</w:t>
            </w:r>
          </w:p>
        </w:tc>
      </w:tr>
      <w:tr>
        <w:tc>
          <w:tcPr>
            <w:tcW w:type="dxa" w:w="2268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4"/>
              </w:rPr>
              <w:t>/office_robot/bumper/contact</w:t>
            </w:r>
          </w:p>
        </w:tc>
        <w:tc>
          <w:tcPr>
            <w:tcW w:type="dxa" w:w="2097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4"/>
              </w:rPr>
              <w:t>std_msgs/msg/Bool</w:t>
            </w:r>
          </w:p>
        </w:tc>
        <w:tc>
          <w:tcPr>
            <w:tcW w:type="dxa" w:w="1644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4"/>
              </w:rPr>
              <w:t>safety_manager</w:t>
            </w:r>
          </w:p>
        </w:tc>
        <w:tc>
          <w:tcPr>
            <w:tcW w:type="dxa" w:w="1927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4"/>
              </w:rPr>
              <w:t>cmd_vel_selector, admin_gui</w:t>
            </w:r>
          </w:p>
        </w:tc>
        <w:tc>
          <w:tcPr>
            <w:tcW w:type="dxa" w:w="1927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4"/>
              </w:rPr>
              <w:t>충돌 또는 접촉 감지</w:t>
            </w:r>
          </w:p>
        </w:tc>
      </w:tr>
      <w:tr>
        <w:tc>
          <w:tcPr>
            <w:tcW w:type="dxa" w:w="2268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  <w:shd w:fill="F8FBFD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4"/>
              </w:rPr>
              <w:t>/office_robot/obstacle/too_close</w:t>
            </w:r>
          </w:p>
        </w:tc>
        <w:tc>
          <w:tcPr>
            <w:tcW w:type="dxa" w:w="2097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  <w:shd w:fill="F8FBFD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4"/>
              </w:rPr>
              <w:t>std_msgs/msg/Bool</w:t>
            </w:r>
          </w:p>
        </w:tc>
        <w:tc>
          <w:tcPr>
            <w:tcW w:type="dxa" w:w="1644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  <w:shd w:fill="F8FBFD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4"/>
              </w:rPr>
              <w:t>safety_manager</w:t>
            </w:r>
          </w:p>
        </w:tc>
        <w:tc>
          <w:tcPr>
            <w:tcW w:type="dxa" w:w="1927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  <w:shd w:fill="F8FBFD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4"/>
              </w:rPr>
              <w:t>cmd_vel_selector, patrol_manager</w:t>
            </w:r>
          </w:p>
        </w:tc>
        <w:tc>
          <w:tcPr>
            <w:tcW w:type="dxa" w:w="1927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  <w:shd w:fill="F8FBFD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4"/>
              </w:rPr>
              <w:t>근거리 장애물 감지</w:t>
            </w:r>
          </w:p>
        </w:tc>
      </w:tr>
    </w:tbl>
    <w:p>
      <w:pPr>
        <w:spacing w:after="0"/>
      </w:pPr>
    </w:p>
    <w:p>
      <w:pPr>
        <w:pStyle w:val="Heading2"/>
        <w:keepNext/>
      </w:pPr>
      <w:r>
        <w:t>6.6 카메라 및 영상 토픽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space="0" w:color="B7B7B7"/>
          <w:left w:val="single" w:sz="4" w:space="0" w:color="B7B7B7"/>
          <w:bottom w:val="single" w:sz="4" w:space="0" w:color="B7B7B7"/>
          <w:right w:val="single" w:sz="4" w:space="0" w:color="B7B7B7"/>
          <w:insideH w:val="single" w:sz="4" w:space="0" w:color="B7B7B7"/>
          <w:insideV w:val="single" w:sz="4" w:space="0" w:color="B7B7B7"/>
        </w:tblBorders>
      </w:tblPr>
      <w:tblGrid>
        <w:gridCol w:w="2041"/>
        <w:gridCol w:w="2041"/>
        <w:gridCol w:w="2041"/>
        <w:gridCol w:w="2041"/>
        <w:gridCol w:w="2041"/>
      </w:tblGrid>
      <w:tr>
        <w:trPr>
          <w:tblHeader w:val="true"/>
        </w:trPr>
        <w:tc>
          <w:tcPr>
            <w:tcW w:type="dxa" w:w="2268"/>
            <w:shd w:fill="1F4E78"/>
            <w:tcMar>
              <w:top w:w="80" w:type="dxa"/>
              <w:start w:w="70" w:type="dxa"/>
              <w:bottom w:w="80" w:type="dxa"/>
              <w:end w:w="7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Noto Sans CJK KR" w:hAnsi="Noto Sans CJK KR" w:eastAsia="Noto Sans CJK KR"/>
                <w:b/>
                <w:color w:val="FFFFFF"/>
                <w:sz w:val="15"/>
              </w:rPr>
              <w:t>토픽명</w:t>
            </w:r>
          </w:p>
        </w:tc>
        <w:tc>
          <w:tcPr>
            <w:tcW w:type="dxa" w:w="2097"/>
            <w:shd w:fill="1F4E78"/>
            <w:tcMar>
              <w:top w:w="80" w:type="dxa"/>
              <w:start w:w="70" w:type="dxa"/>
              <w:bottom w:w="80" w:type="dxa"/>
              <w:end w:w="7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Noto Sans CJK KR" w:hAnsi="Noto Sans CJK KR" w:eastAsia="Noto Sans CJK KR"/>
                <w:b/>
                <w:color w:val="FFFFFF"/>
                <w:sz w:val="15"/>
              </w:rPr>
              <w:t>자료형</w:t>
            </w:r>
          </w:p>
        </w:tc>
        <w:tc>
          <w:tcPr>
            <w:tcW w:type="dxa" w:w="1644"/>
            <w:shd w:fill="1F4E78"/>
            <w:tcMar>
              <w:top w:w="80" w:type="dxa"/>
              <w:start w:w="70" w:type="dxa"/>
              <w:bottom w:w="80" w:type="dxa"/>
              <w:end w:w="7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Noto Sans CJK KR" w:hAnsi="Noto Sans CJK KR" w:eastAsia="Noto Sans CJK KR"/>
                <w:b/>
                <w:color w:val="FFFFFF"/>
                <w:sz w:val="15"/>
              </w:rPr>
              <w:t>발행 노드</w:t>
            </w:r>
          </w:p>
        </w:tc>
        <w:tc>
          <w:tcPr>
            <w:tcW w:type="dxa" w:w="1927"/>
            <w:shd w:fill="1F4E78"/>
            <w:tcMar>
              <w:top w:w="80" w:type="dxa"/>
              <w:start w:w="70" w:type="dxa"/>
              <w:bottom w:w="80" w:type="dxa"/>
              <w:end w:w="7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Noto Sans CJK KR" w:hAnsi="Noto Sans CJK KR" w:eastAsia="Noto Sans CJK KR"/>
                <w:b/>
                <w:color w:val="FFFFFF"/>
                <w:sz w:val="15"/>
              </w:rPr>
              <w:t>구독 노드</w:t>
            </w:r>
          </w:p>
        </w:tc>
        <w:tc>
          <w:tcPr>
            <w:tcW w:type="dxa" w:w="1927"/>
            <w:shd w:fill="1F4E78"/>
            <w:tcMar>
              <w:top w:w="80" w:type="dxa"/>
              <w:start w:w="70" w:type="dxa"/>
              <w:bottom w:w="80" w:type="dxa"/>
              <w:end w:w="7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Noto Sans CJK KR" w:hAnsi="Noto Sans CJK KR" w:eastAsia="Noto Sans CJK KR"/>
                <w:b/>
                <w:color w:val="FFFFFF"/>
                <w:sz w:val="15"/>
              </w:rPr>
              <w:t>설명</w:t>
            </w:r>
          </w:p>
        </w:tc>
      </w:tr>
      <w:tr>
        <w:tc>
          <w:tcPr>
            <w:tcW w:type="dxa" w:w="2268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4"/>
              </w:rPr>
              <w:t>/office_robot/camera/image_raw</w:t>
            </w:r>
          </w:p>
        </w:tc>
        <w:tc>
          <w:tcPr>
            <w:tcW w:type="dxa" w:w="2097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4"/>
              </w:rPr>
              <w:t>sensor_msgs/msg/Image</w:t>
            </w:r>
          </w:p>
        </w:tc>
        <w:tc>
          <w:tcPr>
            <w:tcW w:type="dxa" w:w="1644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4"/>
              </w:rPr>
              <w:t>camera_driver</w:t>
            </w:r>
          </w:p>
        </w:tc>
        <w:tc>
          <w:tcPr>
            <w:tcW w:type="dxa" w:w="1927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4"/>
              </w:rPr>
              <w:t>entrance_monitor, anomaly_monitor, admin_gui</w:t>
            </w:r>
          </w:p>
        </w:tc>
        <w:tc>
          <w:tcPr>
            <w:tcW w:type="dxa" w:w="1927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4"/>
              </w:rPr>
              <w:t>실시간 원본 영상</w:t>
            </w:r>
          </w:p>
        </w:tc>
      </w:tr>
      <w:tr>
        <w:tc>
          <w:tcPr>
            <w:tcW w:type="dxa" w:w="2268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  <w:shd w:fill="F8FBFD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4"/>
              </w:rPr>
              <w:t>/office_robot/camera/image_compressed</w:t>
            </w:r>
          </w:p>
        </w:tc>
        <w:tc>
          <w:tcPr>
            <w:tcW w:type="dxa" w:w="2097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  <w:shd w:fill="F8FBFD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4"/>
              </w:rPr>
              <w:t>sensor_msgs/msg/CompressedImage</w:t>
            </w:r>
          </w:p>
        </w:tc>
        <w:tc>
          <w:tcPr>
            <w:tcW w:type="dxa" w:w="1644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  <w:shd w:fill="F8FBFD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4"/>
              </w:rPr>
              <w:t>camera_driver</w:t>
            </w:r>
          </w:p>
        </w:tc>
        <w:tc>
          <w:tcPr>
            <w:tcW w:type="dxa" w:w="1927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  <w:shd w:fill="F8FBFD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4"/>
              </w:rPr>
              <w:t>admin_gui</w:t>
            </w:r>
          </w:p>
        </w:tc>
        <w:tc>
          <w:tcPr>
            <w:tcW w:type="dxa" w:w="1927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  <w:shd w:fill="F8FBFD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4"/>
              </w:rPr>
              <w:t>원격 PC 전송용 압축 영상</w:t>
            </w:r>
          </w:p>
        </w:tc>
      </w:tr>
      <w:tr>
        <w:tc>
          <w:tcPr>
            <w:tcW w:type="dxa" w:w="2268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4"/>
              </w:rPr>
              <w:t>/office_robot/camera/camera_info</w:t>
            </w:r>
          </w:p>
        </w:tc>
        <w:tc>
          <w:tcPr>
            <w:tcW w:type="dxa" w:w="2097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4"/>
              </w:rPr>
              <w:t>sensor_msgs/msg/CameraInfo</w:t>
            </w:r>
          </w:p>
        </w:tc>
        <w:tc>
          <w:tcPr>
            <w:tcW w:type="dxa" w:w="1644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4"/>
              </w:rPr>
              <w:t>camera_driver</w:t>
            </w:r>
          </w:p>
        </w:tc>
        <w:tc>
          <w:tcPr>
            <w:tcW w:type="dxa" w:w="1927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4"/>
              </w:rPr>
              <w:t>영상 처리 노드</w:t>
            </w:r>
          </w:p>
        </w:tc>
        <w:tc>
          <w:tcPr>
            <w:tcW w:type="dxa" w:w="1927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4"/>
              </w:rPr>
              <w:t>카메라 내부 파라미터</w:t>
            </w:r>
          </w:p>
        </w:tc>
      </w:tr>
      <w:tr>
        <w:tc>
          <w:tcPr>
            <w:tcW w:type="dxa" w:w="2268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  <w:shd w:fill="F8FBFD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4"/>
              </w:rPr>
              <w:t>/office_robot/camera/detection_image</w:t>
            </w:r>
          </w:p>
        </w:tc>
        <w:tc>
          <w:tcPr>
            <w:tcW w:type="dxa" w:w="2097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  <w:shd w:fill="F8FBFD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4"/>
              </w:rPr>
              <w:t>sensor_msgs/msg/CompressedImage</w:t>
            </w:r>
          </w:p>
        </w:tc>
        <w:tc>
          <w:tcPr>
            <w:tcW w:type="dxa" w:w="1644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  <w:shd w:fill="F8FBFD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4"/>
              </w:rPr>
              <w:t>anomaly_monitor</w:t>
            </w:r>
          </w:p>
        </w:tc>
        <w:tc>
          <w:tcPr>
            <w:tcW w:type="dxa" w:w="1927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  <w:shd w:fill="F8FBFD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4"/>
              </w:rPr>
              <w:t>admin_gui</w:t>
            </w:r>
          </w:p>
        </w:tc>
        <w:tc>
          <w:tcPr>
            <w:tcW w:type="dxa" w:w="1927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  <w:shd w:fill="F8FBFD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4"/>
              </w:rPr>
              <w:t>객체 검출 결과가 표시된 영상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space="0" w:color="9EADBA"/>
          <w:left w:val="single" w:sz="4" w:space="0" w:color="9EADBA"/>
          <w:bottom w:val="single" w:sz="4" w:space="0" w:color="9EADBA"/>
          <w:right w:val="single" w:sz="4" w:space="0" w:color="9EADBA"/>
          <w:insideH w:val="single" w:sz="4" w:space="0" w:color="9EADBA"/>
          <w:insideV w:val="single" w:sz="4" w:space="0" w:color="9EADBA"/>
        </w:tblBorders>
      </w:tblPr>
      <w:tblGrid>
        <w:gridCol w:w="5103"/>
        <w:gridCol w:w="5103"/>
      </w:tblGrid>
      <w:tr>
        <w:tc>
          <w:tcPr>
            <w:tcW w:type="dxa" w:w="1247"/>
            <w:shd w:fill="D9EAF7"/>
            <w:tcMar>
              <w:top w:w="100" w:type="dxa"/>
              <w:start w:w="100" w:type="dxa"/>
              <w:bottom w:w="100" w:type="dxa"/>
              <w:end w:w="100" w:type="dxa"/>
            </w:tcMar>
            <w:vAlign w:val="center"/>
          </w:tcPr>
          <w:p>
            <w:pPr>
              <w:jc w:val="center"/>
            </w:pPr>
            <w:r>
              <w:rPr>
                <w:rFonts w:ascii="Noto Sans CJK KR" w:hAnsi="Noto Sans CJK KR" w:eastAsia="Noto Sans CJK KR"/>
                <w:b/>
                <w:color w:val="1F4E78"/>
                <w:sz w:val="18"/>
              </w:rPr>
              <w:t>네트워크 권고</w:t>
            </w:r>
          </w:p>
        </w:tc>
        <w:tc>
          <w:tcPr>
            <w:tcW w:type="dxa" w:w="8391"/>
            <w:shd w:fill="FFFFFF"/>
            <w:tcMar>
              <w:top w:w="100" w:type="dxa"/>
              <w:start w:w="100" w:type="dxa"/>
              <w:bottom w:w="100" w:type="dxa"/>
              <w:end w:w="100" w:type="dxa"/>
            </w:tcMar>
            <w:vAlign w:val="center"/>
          </w:tcPr>
          <w:p>
            <w:r>
              <w:rPr>
                <w:rFonts w:ascii="Noto Sans CJK KR" w:hAnsi="Noto Sans CJK KR" w:eastAsia="Noto Sans CJK KR"/>
                <w:sz w:val="18"/>
              </w:rPr>
              <w:t>원격 PC GUI에서는 네트워크 부하를 줄이기 위해 /office_robot/camera/image_compressed 사용을 권장한다.</w:t>
            </w:r>
          </w:p>
        </w:tc>
      </w:tr>
    </w:tbl>
    <w:p>
      <w:pPr>
        <w:spacing w:after="0"/>
      </w:pPr>
    </w:p>
    <w:p>
      <w:pPr>
        <w:pStyle w:val="Heading2"/>
        <w:keepNext/>
      </w:pPr>
      <w:r>
        <w:t>6.7 이동 및 위치 토픽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space="0" w:color="B7B7B7"/>
          <w:left w:val="single" w:sz="4" w:space="0" w:color="B7B7B7"/>
          <w:bottom w:val="single" w:sz="4" w:space="0" w:color="B7B7B7"/>
          <w:right w:val="single" w:sz="4" w:space="0" w:color="B7B7B7"/>
          <w:insideH w:val="single" w:sz="4" w:space="0" w:color="B7B7B7"/>
          <w:insideV w:val="single" w:sz="4" w:space="0" w:color="B7B7B7"/>
        </w:tblBorders>
      </w:tblPr>
      <w:tblGrid>
        <w:gridCol w:w="2041"/>
        <w:gridCol w:w="2041"/>
        <w:gridCol w:w="2041"/>
        <w:gridCol w:w="2041"/>
        <w:gridCol w:w="2041"/>
      </w:tblGrid>
      <w:tr>
        <w:trPr>
          <w:tblHeader w:val="true"/>
        </w:trPr>
        <w:tc>
          <w:tcPr>
            <w:tcW w:type="dxa" w:w="2268"/>
            <w:shd w:fill="1F4E78"/>
            <w:tcMar>
              <w:top w:w="80" w:type="dxa"/>
              <w:start w:w="70" w:type="dxa"/>
              <w:bottom w:w="80" w:type="dxa"/>
              <w:end w:w="7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Noto Sans CJK KR" w:hAnsi="Noto Sans CJK KR" w:eastAsia="Noto Sans CJK KR"/>
                <w:b/>
                <w:color w:val="FFFFFF"/>
                <w:sz w:val="15"/>
              </w:rPr>
              <w:t>토픽명</w:t>
            </w:r>
          </w:p>
        </w:tc>
        <w:tc>
          <w:tcPr>
            <w:tcW w:type="dxa" w:w="2097"/>
            <w:shd w:fill="1F4E78"/>
            <w:tcMar>
              <w:top w:w="80" w:type="dxa"/>
              <w:start w:w="70" w:type="dxa"/>
              <w:bottom w:w="80" w:type="dxa"/>
              <w:end w:w="7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Noto Sans CJK KR" w:hAnsi="Noto Sans CJK KR" w:eastAsia="Noto Sans CJK KR"/>
                <w:b/>
                <w:color w:val="FFFFFF"/>
                <w:sz w:val="15"/>
              </w:rPr>
              <w:t>자료형</w:t>
            </w:r>
          </w:p>
        </w:tc>
        <w:tc>
          <w:tcPr>
            <w:tcW w:type="dxa" w:w="1644"/>
            <w:shd w:fill="1F4E78"/>
            <w:tcMar>
              <w:top w:w="80" w:type="dxa"/>
              <w:start w:w="70" w:type="dxa"/>
              <w:bottom w:w="80" w:type="dxa"/>
              <w:end w:w="7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Noto Sans CJK KR" w:hAnsi="Noto Sans CJK KR" w:eastAsia="Noto Sans CJK KR"/>
                <w:b/>
                <w:color w:val="FFFFFF"/>
                <w:sz w:val="15"/>
              </w:rPr>
              <w:t>발행 노드</w:t>
            </w:r>
          </w:p>
        </w:tc>
        <w:tc>
          <w:tcPr>
            <w:tcW w:type="dxa" w:w="1927"/>
            <w:shd w:fill="1F4E78"/>
            <w:tcMar>
              <w:top w:w="80" w:type="dxa"/>
              <w:start w:w="70" w:type="dxa"/>
              <w:bottom w:w="80" w:type="dxa"/>
              <w:end w:w="7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Noto Sans CJK KR" w:hAnsi="Noto Sans CJK KR" w:eastAsia="Noto Sans CJK KR"/>
                <w:b/>
                <w:color w:val="FFFFFF"/>
                <w:sz w:val="15"/>
              </w:rPr>
              <w:t>구독 노드</w:t>
            </w:r>
          </w:p>
        </w:tc>
        <w:tc>
          <w:tcPr>
            <w:tcW w:type="dxa" w:w="1927"/>
            <w:shd w:fill="1F4E78"/>
            <w:tcMar>
              <w:top w:w="80" w:type="dxa"/>
              <w:start w:w="70" w:type="dxa"/>
              <w:bottom w:w="80" w:type="dxa"/>
              <w:end w:w="7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Noto Sans CJK KR" w:hAnsi="Noto Sans CJK KR" w:eastAsia="Noto Sans CJK KR"/>
                <w:b/>
                <w:color w:val="FFFFFF"/>
                <w:sz w:val="15"/>
              </w:rPr>
              <w:t>설명</w:t>
            </w:r>
          </w:p>
        </w:tc>
      </w:tr>
      <w:tr>
        <w:tc>
          <w:tcPr>
            <w:tcW w:type="dxa" w:w="2268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4"/>
              </w:rPr>
              <w:t>/odom</w:t>
            </w:r>
          </w:p>
        </w:tc>
        <w:tc>
          <w:tcPr>
            <w:tcW w:type="dxa" w:w="2097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4"/>
              </w:rPr>
              <w:t>nav_msgs/msg/Odometry</w:t>
            </w:r>
          </w:p>
        </w:tc>
        <w:tc>
          <w:tcPr>
            <w:tcW w:type="dxa" w:w="1644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4"/>
              </w:rPr>
              <w:t>turtlebot3_node</w:t>
            </w:r>
          </w:p>
        </w:tc>
        <w:tc>
          <w:tcPr>
            <w:tcW w:type="dxa" w:w="1927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4"/>
              </w:rPr>
              <w:t>Nav2, robot_state_manager</w:t>
            </w:r>
          </w:p>
        </w:tc>
        <w:tc>
          <w:tcPr>
            <w:tcW w:type="dxa" w:w="1927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4"/>
              </w:rPr>
              <w:t>바퀴 오도메트리</w:t>
            </w:r>
          </w:p>
        </w:tc>
      </w:tr>
      <w:tr>
        <w:tc>
          <w:tcPr>
            <w:tcW w:type="dxa" w:w="2268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  <w:shd w:fill="F8FBFD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4"/>
              </w:rPr>
              <w:t>/scan</w:t>
            </w:r>
          </w:p>
        </w:tc>
        <w:tc>
          <w:tcPr>
            <w:tcW w:type="dxa" w:w="2097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  <w:shd w:fill="F8FBFD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4"/>
              </w:rPr>
              <w:t>sensor_msgs/msg/LaserScan</w:t>
            </w:r>
          </w:p>
        </w:tc>
        <w:tc>
          <w:tcPr>
            <w:tcW w:type="dxa" w:w="1644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  <w:shd w:fill="F8FBFD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4"/>
              </w:rPr>
              <w:t>lidar_driver</w:t>
            </w:r>
          </w:p>
        </w:tc>
        <w:tc>
          <w:tcPr>
            <w:tcW w:type="dxa" w:w="1927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  <w:shd w:fill="F8FBFD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4"/>
              </w:rPr>
              <w:t>SLAM, AMCL, Nav2, safety_manager</w:t>
            </w:r>
          </w:p>
        </w:tc>
        <w:tc>
          <w:tcPr>
            <w:tcW w:type="dxa" w:w="1927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  <w:shd w:fill="F8FBFD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4"/>
              </w:rPr>
              <w:t>라이다 스캔 데이터</w:t>
            </w:r>
          </w:p>
        </w:tc>
      </w:tr>
      <w:tr>
        <w:tc>
          <w:tcPr>
            <w:tcW w:type="dxa" w:w="2268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4"/>
              </w:rPr>
              <w:t>/map</w:t>
            </w:r>
          </w:p>
        </w:tc>
        <w:tc>
          <w:tcPr>
            <w:tcW w:type="dxa" w:w="2097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4"/>
              </w:rPr>
              <w:t>nav_msgs/msg/OccupancyGrid</w:t>
            </w:r>
          </w:p>
        </w:tc>
        <w:tc>
          <w:tcPr>
            <w:tcW w:type="dxa" w:w="1644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4"/>
              </w:rPr>
              <w:t>slam_toolbox 또는 map_server</w:t>
            </w:r>
          </w:p>
        </w:tc>
        <w:tc>
          <w:tcPr>
            <w:tcW w:type="dxa" w:w="1927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4"/>
              </w:rPr>
              <w:t>Nav2, admin_gui</w:t>
            </w:r>
          </w:p>
        </w:tc>
        <w:tc>
          <w:tcPr>
            <w:tcW w:type="dxa" w:w="1927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4"/>
              </w:rPr>
              <w:t>사무실 지도</w:t>
            </w:r>
          </w:p>
        </w:tc>
      </w:tr>
      <w:tr>
        <w:tc>
          <w:tcPr>
            <w:tcW w:type="dxa" w:w="2268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  <w:shd w:fill="F8FBFD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4"/>
              </w:rPr>
              <w:t>/amcl_pose</w:t>
            </w:r>
          </w:p>
        </w:tc>
        <w:tc>
          <w:tcPr>
            <w:tcW w:type="dxa" w:w="2097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  <w:shd w:fill="F8FBFD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4"/>
              </w:rPr>
              <w:t>geometry_msgs/msg/PoseWithCovarianceStamped</w:t>
            </w:r>
          </w:p>
        </w:tc>
        <w:tc>
          <w:tcPr>
            <w:tcW w:type="dxa" w:w="1644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  <w:shd w:fill="F8FBFD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4"/>
              </w:rPr>
              <w:t>amcl</w:t>
            </w:r>
          </w:p>
        </w:tc>
        <w:tc>
          <w:tcPr>
            <w:tcW w:type="dxa" w:w="1927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  <w:shd w:fill="F8FBFD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4"/>
              </w:rPr>
              <w:t>patrol_manager, admin_gui</w:t>
            </w:r>
          </w:p>
        </w:tc>
        <w:tc>
          <w:tcPr>
            <w:tcW w:type="dxa" w:w="1927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  <w:shd w:fill="F8FBFD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4"/>
              </w:rPr>
              <w:t>지도 기준 추정 위치</w:t>
            </w:r>
          </w:p>
        </w:tc>
      </w:tr>
      <w:tr>
        <w:tc>
          <w:tcPr>
            <w:tcW w:type="dxa" w:w="2268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4"/>
              </w:rPr>
              <w:t>/tf</w:t>
            </w:r>
          </w:p>
        </w:tc>
        <w:tc>
          <w:tcPr>
            <w:tcW w:type="dxa" w:w="2097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4"/>
              </w:rPr>
              <w:t>tf2_msgs/msg/TFMessage</w:t>
            </w:r>
          </w:p>
        </w:tc>
        <w:tc>
          <w:tcPr>
            <w:tcW w:type="dxa" w:w="1644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4"/>
              </w:rPr>
              <w:t>TF 관련 노드</w:t>
            </w:r>
          </w:p>
        </w:tc>
        <w:tc>
          <w:tcPr>
            <w:tcW w:type="dxa" w:w="1927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4"/>
              </w:rPr>
              <w:t>전체 위치 관련 노드</w:t>
            </w:r>
          </w:p>
        </w:tc>
        <w:tc>
          <w:tcPr>
            <w:tcW w:type="dxa" w:w="1927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4"/>
              </w:rPr>
              <w:t>동적 좌표 변환</w:t>
            </w:r>
          </w:p>
        </w:tc>
      </w:tr>
      <w:tr>
        <w:tc>
          <w:tcPr>
            <w:tcW w:type="dxa" w:w="2268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  <w:shd w:fill="F8FBFD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4"/>
              </w:rPr>
              <w:t>/tf_static</w:t>
            </w:r>
          </w:p>
        </w:tc>
        <w:tc>
          <w:tcPr>
            <w:tcW w:type="dxa" w:w="2097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  <w:shd w:fill="F8FBFD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4"/>
              </w:rPr>
              <w:t>tf2_msgs/msg/TFMessage</w:t>
            </w:r>
          </w:p>
        </w:tc>
        <w:tc>
          <w:tcPr>
            <w:tcW w:type="dxa" w:w="1644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  <w:shd w:fill="F8FBFD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4"/>
              </w:rPr>
              <w:t>robot_state_publisher</w:t>
            </w:r>
          </w:p>
        </w:tc>
        <w:tc>
          <w:tcPr>
            <w:tcW w:type="dxa" w:w="1927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  <w:shd w:fill="F8FBFD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4"/>
              </w:rPr>
              <w:t>전체 위치 관련 노드</w:t>
            </w:r>
          </w:p>
        </w:tc>
        <w:tc>
          <w:tcPr>
            <w:tcW w:type="dxa" w:w="1927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  <w:shd w:fill="F8FBFD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4"/>
              </w:rPr>
              <w:t>정적 좌표 변환</w:t>
            </w:r>
          </w:p>
        </w:tc>
      </w:tr>
      <w:tr>
        <w:tc>
          <w:tcPr>
            <w:tcW w:type="dxa" w:w="2268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4"/>
              </w:rPr>
              <w:t>/office_robot/pose</w:t>
            </w:r>
          </w:p>
        </w:tc>
        <w:tc>
          <w:tcPr>
            <w:tcW w:type="dxa" w:w="2097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4"/>
              </w:rPr>
              <w:t>geometry_msgs/msg/PoseStamped</w:t>
            </w:r>
          </w:p>
        </w:tc>
        <w:tc>
          <w:tcPr>
            <w:tcW w:type="dxa" w:w="1644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4"/>
              </w:rPr>
              <w:t>robot_state_manager</w:t>
            </w:r>
          </w:p>
        </w:tc>
        <w:tc>
          <w:tcPr>
            <w:tcW w:type="dxa" w:w="1927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4"/>
              </w:rPr>
              <w:t>admin_gui, report_manager</w:t>
            </w:r>
          </w:p>
        </w:tc>
        <w:tc>
          <w:tcPr>
            <w:tcW w:type="dxa" w:w="1927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4"/>
              </w:rPr>
              <w:t>GUI 및 기록용 로봇 위치</w:t>
            </w:r>
          </w:p>
        </w:tc>
      </w:tr>
      <w:tr>
        <w:tc>
          <w:tcPr>
            <w:tcW w:type="dxa" w:w="2268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  <w:shd w:fill="F8FBFD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4"/>
              </w:rPr>
              <w:t>/office_robot/current_location</w:t>
            </w:r>
          </w:p>
        </w:tc>
        <w:tc>
          <w:tcPr>
            <w:tcW w:type="dxa" w:w="2097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  <w:shd w:fill="F8FBFD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4"/>
              </w:rPr>
              <w:t>std_msgs/msg/String</w:t>
            </w:r>
          </w:p>
        </w:tc>
        <w:tc>
          <w:tcPr>
            <w:tcW w:type="dxa" w:w="1644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  <w:shd w:fill="F8FBFD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4"/>
              </w:rPr>
              <w:t>patrol_manager</w:t>
            </w:r>
          </w:p>
        </w:tc>
        <w:tc>
          <w:tcPr>
            <w:tcW w:type="dxa" w:w="1927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  <w:shd w:fill="F8FBFD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4"/>
              </w:rPr>
              <w:t>admin_gui, greeting_manager</w:t>
            </w:r>
          </w:p>
        </w:tc>
        <w:tc>
          <w:tcPr>
            <w:tcW w:type="dxa" w:w="1927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  <w:shd w:fill="F8FBFD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4"/>
              </w:rPr>
              <w:t>현재 위치의 논리적 이름</w:t>
            </w:r>
          </w:p>
        </w:tc>
      </w:tr>
    </w:tbl>
    <w:p>
      <w:pPr>
        <w:spacing w:after="0"/>
      </w:pPr>
    </w:p>
    <w:p>
      <w:pPr>
        <w:pStyle w:val="Heading2"/>
        <w:keepNext/>
      </w:pPr>
      <w:r>
        <w:t>6.8 속도 명령 토픽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space="0" w:color="B7B7B7"/>
          <w:left w:val="single" w:sz="4" w:space="0" w:color="B7B7B7"/>
          <w:bottom w:val="single" w:sz="4" w:space="0" w:color="B7B7B7"/>
          <w:right w:val="single" w:sz="4" w:space="0" w:color="B7B7B7"/>
          <w:insideH w:val="single" w:sz="4" w:space="0" w:color="B7B7B7"/>
          <w:insideV w:val="single" w:sz="4" w:space="0" w:color="B7B7B7"/>
        </w:tblBorders>
      </w:tblPr>
      <w:tblGrid>
        <w:gridCol w:w="2041"/>
        <w:gridCol w:w="2041"/>
        <w:gridCol w:w="2041"/>
        <w:gridCol w:w="2041"/>
        <w:gridCol w:w="2041"/>
      </w:tblGrid>
      <w:tr>
        <w:trPr>
          <w:tblHeader w:val="true"/>
        </w:trPr>
        <w:tc>
          <w:tcPr>
            <w:tcW w:type="dxa" w:w="2268"/>
            <w:shd w:fill="1F4E78"/>
            <w:tcMar>
              <w:top w:w="80" w:type="dxa"/>
              <w:start w:w="70" w:type="dxa"/>
              <w:bottom w:w="80" w:type="dxa"/>
              <w:end w:w="7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Noto Sans CJK KR" w:hAnsi="Noto Sans CJK KR" w:eastAsia="Noto Sans CJK KR"/>
                <w:b/>
                <w:color w:val="FFFFFF"/>
                <w:sz w:val="15"/>
              </w:rPr>
              <w:t>토픽명</w:t>
            </w:r>
          </w:p>
        </w:tc>
        <w:tc>
          <w:tcPr>
            <w:tcW w:type="dxa" w:w="2097"/>
            <w:shd w:fill="1F4E78"/>
            <w:tcMar>
              <w:top w:w="80" w:type="dxa"/>
              <w:start w:w="70" w:type="dxa"/>
              <w:bottom w:w="80" w:type="dxa"/>
              <w:end w:w="7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Noto Sans CJK KR" w:hAnsi="Noto Sans CJK KR" w:eastAsia="Noto Sans CJK KR"/>
                <w:b/>
                <w:color w:val="FFFFFF"/>
                <w:sz w:val="15"/>
              </w:rPr>
              <w:t>자료형</w:t>
            </w:r>
          </w:p>
        </w:tc>
        <w:tc>
          <w:tcPr>
            <w:tcW w:type="dxa" w:w="1644"/>
            <w:shd w:fill="1F4E78"/>
            <w:tcMar>
              <w:top w:w="80" w:type="dxa"/>
              <w:start w:w="70" w:type="dxa"/>
              <w:bottom w:w="80" w:type="dxa"/>
              <w:end w:w="7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Noto Sans CJK KR" w:hAnsi="Noto Sans CJK KR" w:eastAsia="Noto Sans CJK KR"/>
                <w:b/>
                <w:color w:val="FFFFFF"/>
                <w:sz w:val="15"/>
              </w:rPr>
              <w:t>발행 노드</w:t>
            </w:r>
          </w:p>
        </w:tc>
        <w:tc>
          <w:tcPr>
            <w:tcW w:type="dxa" w:w="1927"/>
            <w:shd w:fill="1F4E78"/>
            <w:tcMar>
              <w:top w:w="80" w:type="dxa"/>
              <w:start w:w="70" w:type="dxa"/>
              <w:bottom w:w="80" w:type="dxa"/>
              <w:end w:w="7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Noto Sans CJK KR" w:hAnsi="Noto Sans CJK KR" w:eastAsia="Noto Sans CJK KR"/>
                <w:b/>
                <w:color w:val="FFFFFF"/>
                <w:sz w:val="15"/>
              </w:rPr>
              <w:t>구독 노드</w:t>
            </w:r>
          </w:p>
        </w:tc>
        <w:tc>
          <w:tcPr>
            <w:tcW w:type="dxa" w:w="1927"/>
            <w:shd w:fill="1F4E78"/>
            <w:tcMar>
              <w:top w:w="80" w:type="dxa"/>
              <w:start w:w="70" w:type="dxa"/>
              <w:bottom w:w="80" w:type="dxa"/>
              <w:end w:w="7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Noto Sans CJK KR" w:hAnsi="Noto Sans CJK KR" w:eastAsia="Noto Sans CJK KR"/>
                <w:b/>
                <w:color w:val="FFFFFF"/>
                <w:sz w:val="15"/>
              </w:rPr>
              <w:t>설명</w:t>
            </w:r>
          </w:p>
        </w:tc>
      </w:tr>
      <w:tr>
        <w:tc>
          <w:tcPr>
            <w:tcW w:type="dxa" w:w="2268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4"/>
              </w:rPr>
              <w:t>/office_robot/cmd_vel/navigation</w:t>
            </w:r>
          </w:p>
        </w:tc>
        <w:tc>
          <w:tcPr>
            <w:tcW w:type="dxa" w:w="2097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4"/>
              </w:rPr>
              <w:t>geometry_msgs/msg/Twist</w:t>
            </w:r>
          </w:p>
        </w:tc>
        <w:tc>
          <w:tcPr>
            <w:tcW w:type="dxa" w:w="1644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4"/>
              </w:rPr>
              <w:t>Nav2 속도 출력 노드</w:t>
            </w:r>
          </w:p>
        </w:tc>
        <w:tc>
          <w:tcPr>
            <w:tcW w:type="dxa" w:w="1927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4"/>
              </w:rPr>
              <w:t>cmd_vel_selector</w:t>
            </w:r>
          </w:p>
        </w:tc>
        <w:tc>
          <w:tcPr>
            <w:tcW w:type="dxa" w:w="1927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4"/>
              </w:rPr>
              <w:t>자율주행 속도 명령</w:t>
            </w:r>
          </w:p>
        </w:tc>
      </w:tr>
      <w:tr>
        <w:tc>
          <w:tcPr>
            <w:tcW w:type="dxa" w:w="2268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  <w:shd w:fill="F8FBFD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4"/>
              </w:rPr>
              <w:t>/office_robot/cmd_vel/remote</w:t>
            </w:r>
          </w:p>
        </w:tc>
        <w:tc>
          <w:tcPr>
            <w:tcW w:type="dxa" w:w="2097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  <w:shd w:fill="F8FBFD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4"/>
              </w:rPr>
              <w:t>geometry_msgs/msg/Twist</w:t>
            </w:r>
          </w:p>
        </w:tc>
        <w:tc>
          <w:tcPr>
            <w:tcW w:type="dxa" w:w="1644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  <w:shd w:fill="F8FBFD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4"/>
              </w:rPr>
              <w:t>remote_teleop</w:t>
            </w:r>
          </w:p>
        </w:tc>
        <w:tc>
          <w:tcPr>
            <w:tcW w:type="dxa" w:w="1927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  <w:shd w:fill="F8FBFD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4"/>
              </w:rPr>
              <w:t>cmd_vel_selector</w:t>
            </w:r>
          </w:p>
        </w:tc>
        <w:tc>
          <w:tcPr>
            <w:tcW w:type="dxa" w:w="1927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  <w:shd w:fill="F8FBFD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4"/>
              </w:rPr>
              <w:t>원격 PC 속도 명령</w:t>
            </w:r>
          </w:p>
        </w:tc>
      </w:tr>
      <w:tr>
        <w:tc>
          <w:tcPr>
            <w:tcW w:type="dxa" w:w="2268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4"/>
              </w:rPr>
              <w:t>/office_robot/cmd_vel/safety</w:t>
            </w:r>
          </w:p>
        </w:tc>
        <w:tc>
          <w:tcPr>
            <w:tcW w:type="dxa" w:w="2097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4"/>
              </w:rPr>
              <w:t>geometry_msgs/msg/Twist</w:t>
            </w:r>
          </w:p>
        </w:tc>
        <w:tc>
          <w:tcPr>
            <w:tcW w:type="dxa" w:w="1644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4"/>
              </w:rPr>
              <w:t>safety_manager</w:t>
            </w:r>
          </w:p>
        </w:tc>
        <w:tc>
          <w:tcPr>
            <w:tcW w:type="dxa" w:w="1927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4"/>
              </w:rPr>
              <w:t>cmd_vel_selector</w:t>
            </w:r>
          </w:p>
        </w:tc>
        <w:tc>
          <w:tcPr>
            <w:tcW w:type="dxa" w:w="1927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4"/>
              </w:rPr>
              <w:t>안전 정지 또는 회피 명령</w:t>
            </w:r>
          </w:p>
        </w:tc>
      </w:tr>
      <w:tr>
        <w:tc>
          <w:tcPr>
            <w:tcW w:type="dxa" w:w="2268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  <w:shd w:fill="F8FBFD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4"/>
              </w:rPr>
              <w:t>/cmd_vel</w:t>
            </w:r>
          </w:p>
        </w:tc>
        <w:tc>
          <w:tcPr>
            <w:tcW w:type="dxa" w:w="2097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  <w:shd w:fill="F8FBFD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4"/>
              </w:rPr>
              <w:t>geometry_msgs/msg/Twist</w:t>
            </w:r>
          </w:p>
        </w:tc>
        <w:tc>
          <w:tcPr>
            <w:tcW w:type="dxa" w:w="1644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  <w:shd w:fill="F8FBFD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4"/>
              </w:rPr>
              <w:t>cmd_vel_selector</w:t>
            </w:r>
          </w:p>
        </w:tc>
        <w:tc>
          <w:tcPr>
            <w:tcW w:type="dxa" w:w="1927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  <w:shd w:fill="F8FBFD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4"/>
              </w:rPr>
              <w:t>turtlebot3_node</w:t>
            </w:r>
          </w:p>
        </w:tc>
        <w:tc>
          <w:tcPr>
            <w:tcW w:type="dxa" w:w="1927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  <w:shd w:fill="F8FBFD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4"/>
              </w:rPr>
              <w:t>TurtleBot3에 전달되는 최종 속도 명령</w:t>
            </w:r>
          </w:p>
        </w:tc>
      </w:tr>
      <w:tr>
        <w:tc>
          <w:tcPr>
            <w:tcW w:type="dxa" w:w="2268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4"/>
              </w:rPr>
              <w:t>/office_robot/cmd_vel/source</w:t>
            </w:r>
          </w:p>
        </w:tc>
        <w:tc>
          <w:tcPr>
            <w:tcW w:type="dxa" w:w="2097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4"/>
              </w:rPr>
              <w:t>std_msgs/msg/String</w:t>
            </w:r>
          </w:p>
        </w:tc>
        <w:tc>
          <w:tcPr>
            <w:tcW w:type="dxa" w:w="1644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4"/>
              </w:rPr>
              <w:t>cmd_vel_selector</w:t>
            </w:r>
          </w:p>
        </w:tc>
        <w:tc>
          <w:tcPr>
            <w:tcW w:type="dxa" w:w="1927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4"/>
              </w:rPr>
              <w:t>admin_gui</w:t>
            </w:r>
          </w:p>
        </w:tc>
        <w:tc>
          <w:tcPr>
            <w:tcW w:type="dxa" w:w="1927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4"/>
              </w:rPr>
              <w:t>현재 선택된 속도 명령 출처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space="0" w:color="B7B7B7"/>
          <w:left w:val="single" w:sz="4" w:space="0" w:color="B7B7B7"/>
          <w:bottom w:val="single" w:sz="4" w:space="0" w:color="B7B7B7"/>
          <w:right w:val="single" w:sz="4" w:space="0" w:color="B7B7B7"/>
          <w:insideH w:val="single" w:sz="4" w:space="0" w:color="B7B7B7"/>
          <w:insideV w:val="single" w:sz="4" w:space="0" w:color="B7B7B7"/>
        </w:tblBorders>
      </w:tblPr>
      <w:tblGrid>
        <w:gridCol w:w="5103"/>
        <w:gridCol w:w="5103"/>
      </w:tblGrid>
      <w:tr>
        <w:trPr>
          <w:tblHeader w:val="true"/>
        </w:trPr>
        <w:tc>
          <w:tcPr>
            <w:tcW w:type="dxa" w:w="2835"/>
            <w:shd w:fill="1F4E78"/>
            <w:tcMar>
              <w:top w:w="80" w:type="dxa"/>
              <w:start w:w="70" w:type="dxa"/>
              <w:bottom w:w="80" w:type="dxa"/>
              <w:end w:w="7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Noto Sans CJK KR" w:hAnsi="Noto Sans CJK KR" w:eastAsia="Noto Sans CJK KR"/>
                <w:b/>
                <w:color w:val="FFFFFF"/>
                <w:sz w:val="16"/>
              </w:rPr>
              <w:t>속도 명령 출처 값</w:t>
            </w:r>
          </w:p>
        </w:tc>
        <w:tc>
          <w:tcPr>
            <w:tcW w:type="dxa" w:w="6804"/>
            <w:shd w:fill="1F4E78"/>
            <w:tcMar>
              <w:top w:w="80" w:type="dxa"/>
              <w:start w:w="70" w:type="dxa"/>
              <w:bottom w:w="80" w:type="dxa"/>
              <w:end w:w="7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Noto Sans CJK KR" w:hAnsi="Noto Sans CJK KR" w:eastAsia="Noto Sans CJK KR"/>
                <w:b/>
                <w:color w:val="FFFFFF"/>
                <w:sz w:val="16"/>
              </w:rPr>
              <w:t>설명</w:t>
            </w:r>
          </w:p>
        </w:tc>
      </w:tr>
      <w:tr>
        <w:tc>
          <w:tcPr>
            <w:tcW w:type="dxa" w:w="2835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8"/>
              </w:rPr>
              <w:t>NAVIGATION</w:t>
            </w:r>
          </w:p>
        </w:tc>
        <w:tc>
          <w:tcPr>
            <w:tcW w:type="dxa" w:w="6804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8"/>
              </w:rPr>
              <w:t>Nav2 자율주행</w:t>
            </w:r>
          </w:p>
        </w:tc>
      </w:tr>
      <w:tr>
        <w:tc>
          <w:tcPr>
            <w:tcW w:type="dxa" w:w="2835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  <w:shd w:fill="F8FBFD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8"/>
              </w:rPr>
              <w:t>REMOTE</w:t>
            </w:r>
          </w:p>
        </w:tc>
        <w:tc>
          <w:tcPr>
            <w:tcW w:type="dxa" w:w="6804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  <w:shd w:fill="F8FBFD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8"/>
              </w:rPr>
              <w:t>원격 조종</w:t>
            </w:r>
          </w:p>
        </w:tc>
      </w:tr>
      <w:tr>
        <w:tc>
          <w:tcPr>
            <w:tcW w:type="dxa" w:w="2835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8"/>
              </w:rPr>
              <w:t>SAFETY</w:t>
            </w:r>
          </w:p>
        </w:tc>
        <w:tc>
          <w:tcPr>
            <w:tcW w:type="dxa" w:w="6804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8"/>
              </w:rPr>
              <w:t>안전 정지·회피</w:t>
            </w:r>
          </w:p>
        </w:tc>
      </w:tr>
      <w:tr>
        <w:tc>
          <w:tcPr>
            <w:tcW w:type="dxa" w:w="2835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  <w:shd w:fill="F8FBFD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8"/>
              </w:rPr>
              <w:t>STOP</w:t>
            </w:r>
          </w:p>
        </w:tc>
        <w:tc>
          <w:tcPr>
            <w:tcW w:type="dxa" w:w="6804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  <w:shd w:fill="F8FBFD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8"/>
              </w:rPr>
              <w:t>정지</w:t>
            </w:r>
          </w:p>
        </w:tc>
      </w:tr>
    </w:tbl>
    <w:p>
      <w:pPr>
        <w:spacing w:after="0"/>
      </w:pPr>
    </w:p>
    <w:p>
      <w:pPr>
        <w:pStyle w:val="Heading2"/>
        <w:keepNext/>
      </w:pPr>
      <w:r>
        <w:t>6.9 원격 GUI 토픽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space="0" w:color="B7B7B7"/>
          <w:left w:val="single" w:sz="4" w:space="0" w:color="B7B7B7"/>
          <w:bottom w:val="single" w:sz="4" w:space="0" w:color="B7B7B7"/>
          <w:right w:val="single" w:sz="4" w:space="0" w:color="B7B7B7"/>
          <w:insideH w:val="single" w:sz="4" w:space="0" w:color="B7B7B7"/>
          <w:insideV w:val="single" w:sz="4" w:space="0" w:color="B7B7B7"/>
        </w:tblBorders>
      </w:tblPr>
      <w:tblGrid>
        <w:gridCol w:w="2041"/>
        <w:gridCol w:w="2041"/>
        <w:gridCol w:w="2041"/>
        <w:gridCol w:w="2041"/>
        <w:gridCol w:w="2041"/>
      </w:tblGrid>
      <w:tr>
        <w:trPr>
          <w:tblHeader w:val="true"/>
        </w:trPr>
        <w:tc>
          <w:tcPr>
            <w:tcW w:type="dxa" w:w="2268"/>
            <w:shd w:fill="1F4E78"/>
            <w:tcMar>
              <w:top w:w="80" w:type="dxa"/>
              <w:start w:w="70" w:type="dxa"/>
              <w:bottom w:w="80" w:type="dxa"/>
              <w:end w:w="7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Noto Sans CJK KR" w:hAnsi="Noto Sans CJK KR" w:eastAsia="Noto Sans CJK KR"/>
                <w:b/>
                <w:color w:val="FFFFFF"/>
                <w:sz w:val="15"/>
              </w:rPr>
              <w:t>토픽명</w:t>
            </w:r>
          </w:p>
        </w:tc>
        <w:tc>
          <w:tcPr>
            <w:tcW w:type="dxa" w:w="2097"/>
            <w:shd w:fill="1F4E78"/>
            <w:tcMar>
              <w:top w:w="80" w:type="dxa"/>
              <w:start w:w="70" w:type="dxa"/>
              <w:bottom w:w="80" w:type="dxa"/>
              <w:end w:w="7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Noto Sans CJK KR" w:hAnsi="Noto Sans CJK KR" w:eastAsia="Noto Sans CJK KR"/>
                <w:b/>
                <w:color w:val="FFFFFF"/>
                <w:sz w:val="15"/>
              </w:rPr>
              <w:t>자료형</w:t>
            </w:r>
          </w:p>
        </w:tc>
        <w:tc>
          <w:tcPr>
            <w:tcW w:type="dxa" w:w="1644"/>
            <w:shd w:fill="1F4E78"/>
            <w:tcMar>
              <w:top w:w="80" w:type="dxa"/>
              <w:start w:w="70" w:type="dxa"/>
              <w:bottom w:w="80" w:type="dxa"/>
              <w:end w:w="7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Noto Sans CJK KR" w:hAnsi="Noto Sans CJK KR" w:eastAsia="Noto Sans CJK KR"/>
                <w:b/>
                <w:color w:val="FFFFFF"/>
                <w:sz w:val="15"/>
              </w:rPr>
              <w:t>발행 노드</w:t>
            </w:r>
          </w:p>
        </w:tc>
        <w:tc>
          <w:tcPr>
            <w:tcW w:type="dxa" w:w="1927"/>
            <w:shd w:fill="1F4E78"/>
            <w:tcMar>
              <w:top w:w="80" w:type="dxa"/>
              <w:start w:w="70" w:type="dxa"/>
              <w:bottom w:w="80" w:type="dxa"/>
              <w:end w:w="7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Noto Sans CJK KR" w:hAnsi="Noto Sans CJK KR" w:eastAsia="Noto Sans CJK KR"/>
                <w:b/>
                <w:color w:val="FFFFFF"/>
                <w:sz w:val="15"/>
              </w:rPr>
              <w:t>구독 노드</w:t>
            </w:r>
          </w:p>
        </w:tc>
        <w:tc>
          <w:tcPr>
            <w:tcW w:type="dxa" w:w="1927"/>
            <w:shd w:fill="1F4E78"/>
            <w:tcMar>
              <w:top w:w="80" w:type="dxa"/>
              <w:start w:w="70" w:type="dxa"/>
              <w:bottom w:w="80" w:type="dxa"/>
              <w:end w:w="7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Noto Sans CJK KR" w:hAnsi="Noto Sans CJK KR" w:eastAsia="Noto Sans CJK KR"/>
                <w:b/>
                <w:color w:val="FFFFFF"/>
                <w:sz w:val="15"/>
              </w:rPr>
              <w:t>설명</w:t>
            </w:r>
          </w:p>
        </w:tc>
      </w:tr>
      <w:tr>
        <w:tc>
          <w:tcPr>
            <w:tcW w:type="dxa" w:w="2268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4"/>
              </w:rPr>
              <w:t>/office_robot/gui/connected</w:t>
            </w:r>
          </w:p>
        </w:tc>
        <w:tc>
          <w:tcPr>
            <w:tcW w:type="dxa" w:w="2097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4"/>
              </w:rPr>
              <w:t>std_msgs/msg/Bool</w:t>
            </w:r>
          </w:p>
        </w:tc>
        <w:tc>
          <w:tcPr>
            <w:tcW w:type="dxa" w:w="1644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4"/>
              </w:rPr>
              <w:t>admin_gui</w:t>
            </w:r>
          </w:p>
        </w:tc>
        <w:tc>
          <w:tcPr>
            <w:tcW w:type="dxa" w:w="1927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4"/>
              </w:rPr>
              <w:t>robot_state_manager</w:t>
            </w:r>
          </w:p>
        </w:tc>
        <w:tc>
          <w:tcPr>
            <w:tcW w:type="dxa" w:w="1927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4"/>
              </w:rPr>
              <w:t>원격 GUI 연결 상태</w:t>
            </w:r>
          </w:p>
        </w:tc>
      </w:tr>
      <w:tr>
        <w:tc>
          <w:tcPr>
            <w:tcW w:type="dxa" w:w="2268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  <w:shd w:fill="F8FBFD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4"/>
              </w:rPr>
              <w:t>/office_robot/gui/operator_name</w:t>
            </w:r>
          </w:p>
        </w:tc>
        <w:tc>
          <w:tcPr>
            <w:tcW w:type="dxa" w:w="2097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  <w:shd w:fill="F8FBFD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4"/>
              </w:rPr>
              <w:t>std_msgs/msg/String</w:t>
            </w:r>
          </w:p>
        </w:tc>
        <w:tc>
          <w:tcPr>
            <w:tcW w:type="dxa" w:w="1644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  <w:shd w:fill="F8FBFD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4"/>
              </w:rPr>
              <w:t>admin_gui</w:t>
            </w:r>
          </w:p>
        </w:tc>
        <w:tc>
          <w:tcPr>
            <w:tcW w:type="dxa" w:w="1927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  <w:shd w:fill="F8FBFD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4"/>
              </w:rPr>
              <w:t>admin_request_manager, report_manager</w:t>
            </w:r>
          </w:p>
        </w:tc>
        <w:tc>
          <w:tcPr>
            <w:tcW w:type="dxa" w:w="1927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  <w:shd w:fill="F8FBFD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4"/>
              </w:rPr>
              <w:t>현재 관리자 이름</w:t>
            </w:r>
          </w:p>
        </w:tc>
      </w:tr>
      <w:tr>
        <w:tc>
          <w:tcPr>
            <w:tcW w:type="dxa" w:w="2268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4"/>
              </w:rPr>
              <w:t>/office_robot/gui/selected_location</w:t>
            </w:r>
          </w:p>
        </w:tc>
        <w:tc>
          <w:tcPr>
            <w:tcW w:type="dxa" w:w="2097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4"/>
              </w:rPr>
              <w:t>std_msgs/msg/String</w:t>
            </w:r>
          </w:p>
        </w:tc>
        <w:tc>
          <w:tcPr>
            <w:tcW w:type="dxa" w:w="1644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4"/>
              </w:rPr>
              <w:t>admin_gui</w:t>
            </w:r>
          </w:p>
        </w:tc>
        <w:tc>
          <w:tcPr>
            <w:tcW w:type="dxa" w:w="1927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4"/>
              </w:rPr>
              <w:t>patrol_manager</w:t>
            </w:r>
          </w:p>
        </w:tc>
        <w:tc>
          <w:tcPr>
            <w:tcW w:type="dxa" w:w="1927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4"/>
              </w:rPr>
              <w:t>GUI에서 선택한 이동 목적지</w:t>
            </w:r>
          </w:p>
        </w:tc>
      </w:tr>
      <w:tr>
        <w:tc>
          <w:tcPr>
            <w:tcW w:type="dxa" w:w="2268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  <w:shd w:fill="F8FBFD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4"/>
              </w:rPr>
              <w:t>/office_robot/gui/message</w:t>
            </w:r>
          </w:p>
        </w:tc>
        <w:tc>
          <w:tcPr>
            <w:tcW w:type="dxa" w:w="2097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  <w:shd w:fill="F8FBFD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4"/>
              </w:rPr>
              <w:t>std_msgs/msg/String</w:t>
            </w:r>
          </w:p>
        </w:tc>
        <w:tc>
          <w:tcPr>
            <w:tcW w:type="dxa" w:w="1644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  <w:shd w:fill="F8FBFD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4"/>
              </w:rPr>
              <w:t>로봇 관리 노드</w:t>
            </w:r>
          </w:p>
        </w:tc>
        <w:tc>
          <w:tcPr>
            <w:tcW w:type="dxa" w:w="1927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  <w:shd w:fill="F8FBFD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4"/>
              </w:rPr>
              <w:t>admin_gui</w:t>
            </w:r>
          </w:p>
        </w:tc>
        <w:tc>
          <w:tcPr>
            <w:tcW w:type="dxa" w:w="1927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  <w:shd w:fill="F8FBFD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4"/>
              </w:rPr>
              <w:t>GUI 표시용 안내 메시지</w:t>
            </w:r>
          </w:p>
        </w:tc>
      </w:tr>
    </w:tbl>
    <w:p>
      <w:pPr>
        <w:spacing w:after="0"/>
      </w:pPr>
    </w:p>
    <w:p>
      <w:pPr>
        <w:pStyle w:val="Heading1"/>
        <w:keepNext/>
        <w:pBdr>
          <w:bottom w:val="single" w:sz="8" w:space="3" w:color="1F4E78"/>
        </w:pBdr>
      </w:pPr>
      <w:r>
        <w:t>7. 토픽 QoS 명세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space="0" w:color="7F8C8D"/>
          <w:left w:val="single" w:sz="4" w:space="0" w:color="7F8C8D"/>
          <w:bottom w:val="single" w:sz="4" w:space="0" w:color="7F8C8D"/>
          <w:right w:val="single" w:sz="4" w:space="0" w:color="7F8C8D"/>
          <w:insideH w:val="single" w:sz="4" w:space="0" w:color="7F8C8D"/>
          <w:insideV w:val="single" w:sz="4" w:space="0" w:color="7F8C8D"/>
        </w:tblBorders>
      </w:tblPr>
      <w:tblGrid>
        <w:gridCol w:w="2551"/>
        <w:gridCol w:w="2551"/>
        <w:gridCol w:w="2551"/>
        <w:gridCol w:w="2551"/>
      </w:tblGrid>
      <w:tr>
        <w:trPr>
          <w:cantSplit/>
        </w:trPr>
        <w:tc>
          <w:tcPr>
            <w:tcW w:type="dxa" w:w="1360"/>
            <w:tcMar>
              <w:top w:w="85" w:type="dxa"/>
              <w:start w:w="80" w:type="dxa"/>
              <w:bottom w:w="85" w:type="dxa"/>
              <w:end w:w="80" w:type="dxa"/>
            </w:tcMar>
            <w:vAlign w:val="center"/>
            <w:shd w:fill="D9EAF7"/>
          </w:tcPr>
          <w:p>
            <w:pPr>
              <w:spacing w:after="0"/>
              <w:jc w:val="center"/>
            </w:pPr>
            <w:r>
              <w:rPr>
                <w:rFonts w:ascii="Noto Sans CJK KR" w:hAnsi="Noto Sans CJK KR" w:eastAsia="Noto Sans CJK KR"/>
                <w:b/>
                <w:sz w:val="17"/>
              </w:rPr>
              <w:t>HS-OR-QOS-001</w:t>
            </w:r>
          </w:p>
        </w:tc>
        <w:tc>
          <w:tcPr>
            <w:tcW w:type="dxa" w:w="5953"/>
            <w:tcMar>
              <w:top w:w="85" w:type="dxa"/>
              <w:start w:w="80" w:type="dxa"/>
              <w:bottom w:w="85" w:type="dxa"/>
              <w:end w:w="8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Noto Sans CJK KR" w:hAnsi="Noto Sans CJK KR" w:eastAsia="Noto Sans CJK KR"/>
                <w:b w:val="0"/>
                <w:sz w:val="17"/>
              </w:rPr>
              <w:t>토픽의 QoS는 데이터 특성에 따라 다음 표의 Reliability, Durability, History 및 Depth를 적용하여야 한다.</w:t>
            </w:r>
          </w:p>
        </w:tc>
        <w:tc>
          <w:tcPr>
            <w:tcW w:type="dxa" w:w="1020"/>
            <w:tcMar>
              <w:top w:w="85" w:type="dxa"/>
              <w:start w:w="80" w:type="dxa"/>
              <w:bottom w:w="85" w:type="dxa"/>
              <w:end w:w="80" w:type="dxa"/>
            </w:tcMar>
            <w:vAlign w:val="center"/>
            <w:shd w:fill="F5F5F5"/>
          </w:tcPr>
          <w:p>
            <w:pPr>
              <w:spacing w:after="0"/>
              <w:jc w:val="center"/>
            </w:pPr>
            <w:r>
              <w:rPr>
                <w:rFonts w:ascii="Noto Sans CJK KR" w:hAnsi="Noto Sans CJK KR" w:eastAsia="Noto Sans CJK KR"/>
                <w:b w:val="0"/>
                <w:sz w:val="17"/>
              </w:rPr>
              <w:t>필수</w:t>
            </w:r>
          </w:p>
        </w:tc>
        <w:tc>
          <w:tcPr>
            <w:tcW w:type="dxa" w:w="1304"/>
            <w:tcMar>
              <w:top w:w="85" w:type="dxa"/>
              <w:start w:w="80" w:type="dxa"/>
              <w:bottom w:w="85" w:type="dxa"/>
              <w:end w:w="80" w:type="dxa"/>
            </w:tcMar>
            <w:vAlign w:val="center"/>
            <w:shd w:fill="F5F5F5"/>
          </w:tcPr>
          <w:p>
            <w:pPr>
              <w:spacing w:after="0"/>
              <w:jc w:val="center"/>
            </w:pPr>
            <w:r>
              <w:rPr>
                <w:rFonts w:ascii="Noto Sans CJK KR" w:hAnsi="Noto Sans CJK KR" w:eastAsia="Noto Sans CJK KR"/>
                <w:b w:val="0"/>
                <w:sz w:val="17"/>
              </w:rPr>
              <w:t>검사/시험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space="0" w:color="B7B7B7"/>
          <w:left w:val="single" w:sz="4" w:space="0" w:color="B7B7B7"/>
          <w:bottom w:val="single" w:sz="4" w:space="0" w:color="B7B7B7"/>
          <w:right w:val="single" w:sz="4" w:space="0" w:color="B7B7B7"/>
          <w:insideH w:val="single" w:sz="4" w:space="0" w:color="B7B7B7"/>
          <w:insideV w:val="single" w:sz="4" w:space="0" w:color="B7B7B7"/>
        </w:tblBorders>
      </w:tblPr>
      <w:tblGrid>
        <w:gridCol w:w="2041"/>
        <w:gridCol w:w="2041"/>
        <w:gridCol w:w="2041"/>
        <w:gridCol w:w="2041"/>
        <w:gridCol w:w="2041"/>
      </w:tblGrid>
      <w:tr>
        <w:trPr>
          <w:tblHeader w:val="true"/>
        </w:trPr>
        <w:tc>
          <w:tcPr>
            <w:tcW w:type="dxa" w:w="2381"/>
            <w:shd w:fill="1F4E78"/>
            <w:tcMar>
              <w:top w:w="80" w:type="dxa"/>
              <w:start w:w="70" w:type="dxa"/>
              <w:bottom w:w="80" w:type="dxa"/>
              <w:end w:w="7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Noto Sans CJK KR" w:hAnsi="Noto Sans CJK KR" w:eastAsia="Noto Sans CJK KR"/>
                <w:b/>
                <w:color w:val="FFFFFF"/>
                <w:sz w:val="16"/>
              </w:rPr>
              <w:t>토픽 종류</w:t>
            </w:r>
          </w:p>
        </w:tc>
        <w:tc>
          <w:tcPr>
            <w:tcW w:type="dxa" w:w="1814"/>
            <w:shd w:fill="1F4E78"/>
            <w:tcMar>
              <w:top w:w="80" w:type="dxa"/>
              <w:start w:w="70" w:type="dxa"/>
              <w:bottom w:w="80" w:type="dxa"/>
              <w:end w:w="7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Noto Sans CJK KR" w:hAnsi="Noto Sans CJK KR" w:eastAsia="Noto Sans CJK KR"/>
                <w:b/>
                <w:color w:val="FFFFFF"/>
                <w:sz w:val="16"/>
              </w:rPr>
              <w:t>Reliability</w:t>
            </w:r>
          </w:p>
        </w:tc>
        <w:tc>
          <w:tcPr>
            <w:tcW w:type="dxa" w:w="1927"/>
            <w:shd w:fill="1F4E78"/>
            <w:tcMar>
              <w:top w:w="80" w:type="dxa"/>
              <w:start w:w="70" w:type="dxa"/>
              <w:bottom w:w="80" w:type="dxa"/>
              <w:end w:w="7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Noto Sans CJK KR" w:hAnsi="Noto Sans CJK KR" w:eastAsia="Noto Sans CJK KR"/>
                <w:b/>
                <w:color w:val="FFFFFF"/>
                <w:sz w:val="16"/>
              </w:rPr>
              <w:t>Durability</w:t>
            </w:r>
          </w:p>
        </w:tc>
        <w:tc>
          <w:tcPr>
            <w:tcW w:type="dxa" w:w="1814"/>
            <w:shd w:fill="1F4E78"/>
            <w:tcMar>
              <w:top w:w="80" w:type="dxa"/>
              <w:start w:w="70" w:type="dxa"/>
              <w:bottom w:w="80" w:type="dxa"/>
              <w:end w:w="7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Noto Sans CJK KR" w:hAnsi="Noto Sans CJK KR" w:eastAsia="Noto Sans CJK KR"/>
                <w:b/>
                <w:color w:val="FFFFFF"/>
                <w:sz w:val="16"/>
              </w:rPr>
              <w:t>History</w:t>
            </w:r>
          </w:p>
        </w:tc>
        <w:tc>
          <w:tcPr>
            <w:tcW w:type="dxa" w:w="1701"/>
            <w:shd w:fill="1F4E78"/>
            <w:tcMar>
              <w:top w:w="80" w:type="dxa"/>
              <w:start w:w="70" w:type="dxa"/>
              <w:bottom w:w="80" w:type="dxa"/>
              <w:end w:w="7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Noto Sans CJK KR" w:hAnsi="Noto Sans CJK KR" w:eastAsia="Noto Sans CJK KR"/>
                <w:b/>
                <w:color w:val="FFFFFF"/>
                <w:sz w:val="16"/>
              </w:rPr>
              <w:t>Depth</w:t>
            </w:r>
          </w:p>
        </w:tc>
      </w:tr>
      <w:tr>
        <w:tc>
          <w:tcPr>
            <w:tcW w:type="dxa" w:w="2381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7"/>
              </w:rPr>
              <w:t>카메라 영상</w:t>
            </w:r>
          </w:p>
        </w:tc>
        <w:tc>
          <w:tcPr>
            <w:tcW w:type="dxa" w:w="1814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7"/>
              </w:rPr>
              <w:t>Best Effort</w:t>
            </w:r>
          </w:p>
        </w:tc>
        <w:tc>
          <w:tcPr>
            <w:tcW w:type="dxa" w:w="1927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7"/>
              </w:rPr>
              <w:t>Volatile</w:t>
            </w:r>
          </w:p>
        </w:tc>
        <w:tc>
          <w:tcPr>
            <w:tcW w:type="dxa" w:w="1814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7"/>
              </w:rPr>
              <w:t>Keep Last</w:t>
            </w:r>
          </w:p>
        </w:tc>
        <w:tc>
          <w:tcPr>
            <w:tcW w:type="dxa" w:w="1701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7"/>
              </w:rPr>
              <w:t>2</w:t>
            </w:r>
          </w:p>
        </w:tc>
      </w:tr>
      <w:tr>
        <w:tc>
          <w:tcPr>
            <w:tcW w:type="dxa" w:w="2381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  <w:shd w:fill="F8FBFD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7"/>
              </w:rPr>
              <w:t>라이다 스캔</w:t>
            </w:r>
          </w:p>
        </w:tc>
        <w:tc>
          <w:tcPr>
            <w:tcW w:type="dxa" w:w="1814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  <w:shd w:fill="F8FBFD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7"/>
              </w:rPr>
              <w:t>Best Effort</w:t>
            </w:r>
          </w:p>
        </w:tc>
        <w:tc>
          <w:tcPr>
            <w:tcW w:type="dxa" w:w="1927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  <w:shd w:fill="F8FBFD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7"/>
              </w:rPr>
              <w:t>Volatile</w:t>
            </w:r>
          </w:p>
        </w:tc>
        <w:tc>
          <w:tcPr>
            <w:tcW w:type="dxa" w:w="1814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  <w:shd w:fill="F8FBFD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7"/>
              </w:rPr>
              <w:t>Keep Last</w:t>
            </w:r>
          </w:p>
        </w:tc>
        <w:tc>
          <w:tcPr>
            <w:tcW w:type="dxa" w:w="1701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  <w:shd w:fill="F8FBFD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7"/>
              </w:rPr>
              <w:t>5</w:t>
            </w:r>
          </w:p>
        </w:tc>
      </w:tr>
      <w:tr>
        <w:tc>
          <w:tcPr>
            <w:tcW w:type="dxa" w:w="2381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7"/>
              </w:rPr>
              <w:t>속도 명령</w:t>
            </w:r>
          </w:p>
        </w:tc>
        <w:tc>
          <w:tcPr>
            <w:tcW w:type="dxa" w:w="1814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7"/>
              </w:rPr>
              <w:t>Reliable</w:t>
            </w:r>
          </w:p>
        </w:tc>
        <w:tc>
          <w:tcPr>
            <w:tcW w:type="dxa" w:w="1927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7"/>
              </w:rPr>
              <w:t>Volatile</w:t>
            </w:r>
          </w:p>
        </w:tc>
        <w:tc>
          <w:tcPr>
            <w:tcW w:type="dxa" w:w="1814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7"/>
              </w:rPr>
              <w:t>Keep Last</w:t>
            </w:r>
          </w:p>
        </w:tc>
        <w:tc>
          <w:tcPr>
            <w:tcW w:type="dxa" w:w="1701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7"/>
              </w:rPr>
              <w:t>10</w:t>
            </w:r>
          </w:p>
        </w:tc>
      </w:tr>
      <w:tr>
        <w:tc>
          <w:tcPr>
            <w:tcW w:type="dxa" w:w="2381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  <w:shd w:fill="F8FBFD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7"/>
              </w:rPr>
              <w:t>로봇 상태</w:t>
            </w:r>
          </w:p>
        </w:tc>
        <w:tc>
          <w:tcPr>
            <w:tcW w:type="dxa" w:w="1814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  <w:shd w:fill="F8FBFD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7"/>
              </w:rPr>
              <w:t>Reliable</w:t>
            </w:r>
          </w:p>
        </w:tc>
        <w:tc>
          <w:tcPr>
            <w:tcW w:type="dxa" w:w="1927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  <w:shd w:fill="F8FBFD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7"/>
              </w:rPr>
              <w:t>Volatile</w:t>
            </w:r>
          </w:p>
        </w:tc>
        <w:tc>
          <w:tcPr>
            <w:tcW w:type="dxa" w:w="1814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  <w:shd w:fill="F8FBFD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7"/>
              </w:rPr>
              <w:t>Keep Last</w:t>
            </w:r>
          </w:p>
        </w:tc>
        <w:tc>
          <w:tcPr>
            <w:tcW w:type="dxa" w:w="1701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  <w:shd w:fill="F8FBFD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7"/>
              </w:rPr>
              <w:t>10</w:t>
            </w:r>
          </w:p>
        </w:tc>
      </w:tr>
      <w:tr>
        <w:tc>
          <w:tcPr>
            <w:tcW w:type="dxa" w:w="2381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7"/>
              </w:rPr>
              <w:t>이벤트</w:t>
            </w:r>
          </w:p>
        </w:tc>
        <w:tc>
          <w:tcPr>
            <w:tcW w:type="dxa" w:w="1814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7"/>
              </w:rPr>
              <w:t>Reliable</w:t>
            </w:r>
          </w:p>
        </w:tc>
        <w:tc>
          <w:tcPr>
            <w:tcW w:type="dxa" w:w="1927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7"/>
              </w:rPr>
              <w:t>Volatile</w:t>
            </w:r>
          </w:p>
        </w:tc>
        <w:tc>
          <w:tcPr>
            <w:tcW w:type="dxa" w:w="1814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7"/>
              </w:rPr>
              <w:t>Keep Last</w:t>
            </w:r>
          </w:p>
        </w:tc>
        <w:tc>
          <w:tcPr>
            <w:tcW w:type="dxa" w:w="1701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7"/>
              </w:rPr>
              <w:t>50</w:t>
            </w:r>
          </w:p>
        </w:tc>
      </w:tr>
      <w:tr>
        <w:tc>
          <w:tcPr>
            <w:tcW w:type="dxa" w:w="2381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  <w:shd w:fill="F8FBFD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7"/>
              </w:rPr>
              <w:t>지도</w:t>
            </w:r>
          </w:p>
        </w:tc>
        <w:tc>
          <w:tcPr>
            <w:tcW w:type="dxa" w:w="1814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  <w:shd w:fill="F8FBFD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7"/>
              </w:rPr>
              <w:t>Reliable</w:t>
            </w:r>
          </w:p>
        </w:tc>
        <w:tc>
          <w:tcPr>
            <w:tcW w:type="dxa" w:w="1927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  <w:shd w:fill="F8FBFD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7"/>
              </w:rPr>
              <w:t>Transient Local</w:t>
            </w:r>
          </w:p>
        </w:tc>
        <w:tc>
          <w:tcPr>
            <w:tcW w:type="dxa" w:w="1814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  <w:shd w:fill="F8FBFD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7"/>
              </w:rPr>
              <w:t>Keep Last</w:t>
            </w:r>
          </w:p>
        </w:tc>
        <w:tc>
          <w:tcPr>
            <w:tcW w:type="dxa" w:w="1701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  <w:shd w:fill="F8FBFD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7"/>
              </w:rPr>
              <w:t>1</w:t>
            </w:r>
          </w:p>
        </w:tc>
      </w:tr>
      <w:tr>
        <w:tc>
          <w:tcPr>
            <w:tcW w:type="dxa" w:w="2381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7"/>
              </w:rPr>
              <w:t>운용 모드</w:t>
            </w:r>
          </w:p>
        </w:tc>
        <w:tc>
          <w:tcPr>
            <w:tcW w:type="dxa" w:w="1814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7"/>
              </w:rPr>
              <w:t>Reliable</w:t>
            </w:r>
          </w:p>
        </w:tc>
        <w:tc>
          <w:tcPr>
            <w:tcW w:type="dxa" w:w="1927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7"/>
              </w:rPr>
              <w:t>Transient Local</w:t>
            </w:r>
          </w:p>
        </w:tc>
        <w:tc>
          <w:tcPr>
            <w:tcW w:type="dxa" w:w="1814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7"/>
              </w:rPr>
              <w:t>Keep Last</w:t>
            </w:r>
          </w:p>
        </w:tc>
        <w:tc>
          <w:tcPr>
            <w:tcW w:type="dxa" w:w="1701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7"/>
              </w:rPr>
              <w:t>1</w:t>
            </w:r>
          </w:p>
        </w:tc>
      </w:tr>
      <w:tr>
        <w:tc>
          <w:tcPr>
            <w:tcW w:type="dxa" w:w="2381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  <w:shd w:fill="F8FBFD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7"/>
              </w:rPr>
              <w:t>순찰 경로</w:t>
            </w:r>
          </w:p>
        </w:tc>
        <w:tc>
          <w:tcPr>
            <w:tcW w:type="dxa" w:w="1814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  <w:shd w:fill="F8FBFD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7"/>
              </w:rPr>
              <w:t>Reliable</w:t>
            </w:r>
          </w:p>
        </w:tc>
        <w:tc>
          <w:tcPr>
            <w:tcW w:type="dxa" w:w="1927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  <w:shd w:fill="F8FBFD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7"/>
              </w:rPr>
              <w:t>Transient Local</w:t>
            </w:r>
          </w:p>
        </w:tc>
        <w:tc>
          <w:tcPr>
            <w:tcW w:type="dxa" w:w="1814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  <w:shd w:fill="F8FBFD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7"/>
              </w:rPr>
              <w:t>Keep Last</w:t>
            </w:r>
          </w:p>
        </w:tc>
        <w:tc>
          <w:tcPr>
            <w:tcW w:type="dxa" w:w="1701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  <w:shd w:fill="F8FBFD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7"/>
              </w:rPr>
              <w:t>1</w:t>
            </w:r>
          </w:p>
        </w:tc>
      </w:tr>
    </w:tbl>
    <w:p>
      <w:pPr>
        <w:spacing w:after="0"/>
      </w:pPr>
    </w:p>
    <w:p>
      <w:pPr>
        <w:pStyle w:val="ListBullet"/>
        <w:spacing w:after="60" w:line="288" w:lineRule="auto"/>
        <w:ind w:left="340" w:hanging="142"/>
      </w:pPr>
      <w:r>
        <w:rPr>
          <w:rFonts w:ascii="Noto Sans CJK KR" w:hAnsi="Noto Sans CJK KR" w:eastAsia="Noto Sans CJK KR"/>
          <w:sz w:val="19"/>
        </w:rPr>
        <w:t>카메라와 라이다 데이터는 최신 데이터 전달이 중요하므로 오래된 메시지를 누적하지 않는다.</w:t>
      </w:r>
    </w:p>
    <w:p>
      <w:pPr>
        <w:pStyle w:val="ListBullet"/>
        <w:spacing w:after="60" w:line="288" w:lineRule="auto"/>
        <w:ind w:left="340" w:hanging="142"/>
      </w:pPr>
      <w:r>
        <w:rPr>
          <w:rFonts w:ascii="Noto Sans CJK KR" w:hAnsi="Noto Sans CJK KR" w:eastAsia="Noto Sans CJK KR"/>
          <w:sz w:val="19"/>
        </w:rPr>
        <w:t>이상 상황 이벤트, 관리자 판단, 순찰 이벤트는 손실되면 안 되므로 Reliable을 사용한다.</w:t>
      </w:r>
    </w:p>
    <w:p>
      <w:pPr>
        <w:pStyle w:val="Heading1"/>
        <w:pageBreakBefore/>
        <w:keepNext/>
        <w:pBdr>
          <w:bottom w:val="single" w:sz="8" w:space="3" w:color="1F4E78"/>
        </w:pBdr>
      </w:pPr>
      <w:r>
        <w:t>8. 서비스 인터페이스 명세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space="0" w:color="7F8C8D"/>
          <w:left w:val="single" w:sz="4" w:space="0" w:color="7F8C8D"/>
          <w:bottom w:val="single" w:sz="4" w:space="0" w:color="7F8C8D"/>
          <w:right w:val="single" w:sz="4" w:space="0" w:color="7F8C8D"/>
          <w:insideH w:val="single" w:sz="4" w:space="0" w:color="7F8C8D"/>
          <w:insideV w:val="single" w:sz="4" w:space="0" w:color="7F8C8D"/>
        </w:tblBorders>
      </w:tblPr>
      <w:tblGrid>
        <w:gridCol w:w="2551"/>
        <w:gridCol w:w="2551"/>
        <w:gridCol w:w="2551"/>
        <w:gridCol w:w="2551"/>
      </w:tblGrid>
      <w:tr>
        <w:trPr>
          <w:cantSplit/>
        </w:trPr>
        <w:tc>
          <w:tcPr>
            <w:tcW w:type="dxa" w:w="1360"/>
            <w:tcMar>
              <w:top w:w="85" w:type="dxa"/>
              <w:start w:w="80" w:type="dxa"/>
              <w:bottom w:w="85" w:type="dxa"/>
              <w:end w:w="80" w:type="dxa"/>
            </w:tcMar>
            <w:vAlign w:val="center"/>
            <w:shd w:fill="D9EAF7"/>
          </w:tcPr>
          <w:p>
            <w:pPr>
              <w:spacing w:after="0"/>
              <w:jc w:val="center"/>
            </w:pPr>
            <w:r>
              <w:rPr>
                <w:rFonts w:ascii="Noto Sans CJK KR" w:hAnsi="Noto Sans CJK KR" w:eastAsia="Noto Sans CJK KR"/>
                <w:b/>
                <w:sz w:val="17"/>
              </w:rPr>
              <w:t>HS-OR-SRV-001</w:t>
            </w:r>
          </w:p>
        </w:tc>
        <w:tc>
          <w:tcPr>
            <w:tcW w:type="dxa" w:w="5953"/>
            <w:tcMar>
              <w:top w:w="85" w:type="dxa"/>
              <w:start w:w="80" w:type="dxa"/>
              <w:bottom w:w="85" w:type="dxa"/>
              <w:end w:w="8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Noto Sans CJK KR" w:hAnsi="Noto Sans CJK KR" w:eastAsia="Noto Sans CJK KR"/>
                <w:b w:val="0"/>
                <w:sz w:val="17"/>
              </w:rPr>
              <w:t>서비스는 본 절에 정의된 이름과 서비스 자료형을 사용하고, 서버·클라이언트 역할을 일치시켜야 한다.</w:t>
            </w:r>
          </w:p>
        </w:tc>
        <w:tc>
          <w:tcPr>
            <w:tcW w:type="dxa" w:w="1020"/>
            <w:tcMar>
              <w:top w:w="85" w:type="dxa"/>
              <w:start w:w="80" w:type="dxa"/>
              <w:bottom w:w="85" w:type="dxa"/>
              <w:end w:w="80" w:type="dxa"/>
            </w:tcMar>
            <w:vAlign w:val="center"/>
            <w:shd w:fill="F5F5F5"/>
          </w:tcPr>
          <w:p>
            <w:pPr>
              <w:spacing w:after="0"/>
              <w:jc w:val="center"/>
            </w:pPr>
            <w:r>
              <w:rPr>
                <w:rFonts w:ascii="Noto Sans CJK KR" w:hAnsi="Noto Sans CJK KR" w:eastAsia="Noto Sans CJK KR"/>
                <w:b w:val="0"/>
                <w:sz w:val="17"/>
              </w:rPr>
              <w:t>필수</w:t>
            </w:r>
          </w:p>
        </w:tc>
        <w:tc>
          <w:tcPr>
            <w:tcW w:type="dxa" w:w="1304"/>
            <w:tcMar>
              <w:top w:w="85" w:type="dxa"/>
              <w:start w:w="80" w:type="dxa"/>
              <w:bottom w:w="85" w:type="dxa"/>
              <w:end w:w="80" w:type="dxa"/>
            </w:tcMar>
            <w:vAlign w:val="center"/>
            <w:shd w:fill="F5F5F5"/>
          </w:tcPr>
          <w:p>
            <w:pPr>
              <w:spacing w:after="0"/>
              <w:jc w:val="center"/>
            </w:pPr>
            <w:r>
              <w:rPr>
                <w:rFonts w:ascii="Noto Sans CJK KR" w:hAnsi="Noto Sans CJK KR" w:eastAsia="Noto Sans CJK KR"/>
                <w:b w:val="0"/>
                <w:sz w:val="17"/>
              </w:rPr>
              <w:t>검사/시험</w:t>
            </w:r>
          </w:p>
        </w:tc>
      </w:tr>
    </w:tbl>
    <w:p>
      <w:pPr>
        <w:spacing w:after="0"/>
      </w:pPr>
    </w:p>
    <w:p>
      <w:pPr>
        <w:pStyle w:val="Heading2"/>
        <w:keepNext/>
      </w:pPr>
      <w:r>
        <w:t>8.1 운용 및 시스템 서비스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space="0" w:color="B7B7B7"/>
          <w:left w:val="single" w:sz="4" w:space="0" w:color="B7B7B7"/>
          <w:bottom w:val="single" w:sz="4" w:space="0" w:color="B7B7B7"/>
          <w:right w:val="single" w:sz="4" w:space="0" w:color="B7B7B7"/>
          <w:insideH w:val="single" w:sz="4" w:space="0" w:color="B7B7B7"/>
          <w:insideV w:val="single" w:sz="4" w:space="0" w:color="B7B7B7"/>
        </w:tblBorders>
      </w:tblPr>
      <w:tblGrid>
        <w:gridCol w:w="2041"/>
        <w:gridCol w:w="2041"/>
        <w:gridCol w:w="2041"/>
        <w:gridCol w:w="2041"/>
        <w:gridCol w:w="2041"/>
      </w:tblGrid>
      <w:tr>
        <w:trPr>
          <w:tblHeader w:val="true"/>
        </w:trPr>
        <w:tc>
          <w:tcPr>
            <w:tcW w:type="dxa" w:w="2268"/>
            <w:shd w:fill="1F4E78"/>
            <w:tcMar>
              <w:top w:w="80" w:type="dxa"/>
              <w:start w:w="70" w:type="dxa"/>
              <w:bottom w:w="80" w:type="dxa"/>
              <w:end w:w="7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Noto Sans CJK KR" w:hAnsi="Noto Sans CJK KR" w:eastAsia="Noto Sans CJK KR"/>
                <w:b/>
                <w:color w:val="FFFFFF"/>
                <w:sz w:val="15"/>
              </w:rPr>
              <w:t>서비스명</w:t>
            </w:r>
          </w:p>
        </w:tc>
        <w:tc>
          <w:tcPr>
            <w:tcW w:type="dxa" w:w="2154"/>
            <w:shd w:fill="1F4E78"/>
            <w:tcMar>
              <w:top w:w="80" w:type="dxa"/>
              <w:start w:w="70" w:type="dxa"/>
              <w:bottom w:w="80" w:type="dxa"/>
              <w:end w:w="7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Noto Sans CJK KR" w:hAnsi="Noto Sans CJK KR" w:eastAsia="Noto Sans CJK KR"/>
                <w:b/>
                <w:color w:val="FFFFFF"/>
                <w:sz w:val="15"/>
              </w:rPr>
              <w:t>서비스 자료형</w:t>
            </w:r>
          </w:p>
        </w:tc>
        <w:tc>
          <w:tcPr>
            <w:tcW w:type="dxa" w:w="1644"/>
            <w:shd w:fill="1F4E78"/>
            <w:tcMar>
              <w:top w:w="80" w:type="dxa"/>
              <w:start w:w="70" w:type="dxa"/>
              <w:bottom w:w="80" w:type="dxa"/>
              <w:end w:w="7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Noto Sans CJK KR" w:hAnsi="Noto Sans CJK KR" w:eastAsia="Noto Sans CJK KR"/>
                <w:b/>
                <w:color w:val="FFFFFF"/>
                <w:sz w:val="15"/>
              </w:rPr>
              <w:t>서버 노드</w:t>
            </w:r>
          </w:p>
        </w:tc>
        <w:tc>
          <w:tcPr>
            <w:tcW w:type="dxa" w:w="1927"/>
            <w:shd w:fill="1F4E78"/>
            <w:tcMar>
              <w:top w:w="80" w:type="dxa"/>
              <w:start w:w="70" w:type="dxa"/>
              <w:bottom w:w="80" w:type="dxa"/>
              <w:end w:w="7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Noto Sans CJK KR" w:hAnsi="Noto Sans CJK KR" w:eastAsia="Noto Sans CJK KR"/>
                <w:b/>
                <w:color w:val="FFFFFF"/>
                <w:sz w:val="15"/>
              </w:rPr>
              <w:t>클라이언트 노드</w:t>
            </w:r>
          </w:p>
        </w:tc>
        <w:tc>
          <w:tcPr>
            <w:tcW w:type="dxa" w:w="1871"/>
            <w:shd w:fill="1F4E78"/>
            <w:tcMar>
              <w:top w:w="80" w:type="dxa"/>
              <w:start w:w="70" w:type="dxa"/>
              <w:bottom w:w="80" w:type="dxa"/>
              <w:end w:w="7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Noto Sans CJK KR" w:hAnsi="Noto Sans CJK KR" w:eastAsia="Noto Sans CJK KR"/>
                <w:b/>
                <w:color w:val="FFFFFF"/>
                <w:sz w:val="15"/>
              </w:rPr>
              <w:t>역할</w:t>
            </w:r>
          </w:p>
        </w:tc>
      </w:tr>
      <w:tr>
        <w:tc>
          <w:tcPr>
            <w:tcW w:type="dxa" w:w="2268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4"/>
              </w:rPr>
              <w:t>/office_robot/set_mode</w:t>
            </w:r>
          </w:p>
        </w:tc>
        <w:tc>
          <w:tcPr>
            <w:tcW w:type="dxa" w:w="2154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4"/>
              </w:rPr>
              <w:t>office_robot_msgs/srv/SetOperationMode</w:t>
            </w:r>
          </w:p>
        </w:tc>
        <w:tc>
          <w:tcPr>
            <w:tcW w:type="dxa" w:w="1644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4"/>
              </w:rPr>
              <w:t>robot_state_manager</w:t>
            </w:r>
          </w:p>
        </w:tc>
        <w:tc>
          <w:tcPr>
            <w:tcW w:type="dxa" w:w="1927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4"/>
              </w:rPr>
              <w:t>admin_gui</w:t>
            </w:r>
          </w:p>
        </w:tc>
        <w:tc>
          <w:tcPr>
            <w:tcW w:type="dxa" w:w="1871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4"/>
              </w:rPr>
              <w:t>주간, 야간, 원격, 대기 모드 변경</w:t>
            </w:r>
          </w:p>
        </w:tc>
      </w:tr>
      <w:tr>
        <w:tc>
          <w:tcPr>
            <w:tcW w:type="dxa" w:w="2268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  <w:shd w:fill="F8FBFD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4"/>
              </w:rPr>
              <w:t>/office_robot/get_system_status</w:t>
            </w:r>
          </w:p>
        </w:tc>
        <w:tc>
          <w:tcPr>
            <w:tcW w:type="dxa" w:w="2154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  <w:shd w:fill="F8FBFD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4"/>
              </w:rPr>
              <w:t>office_robot_msgs/srv/GetSystemStatus</w:t>
            </w:r>
          </w:p>
        </w:tc>
        <w:tc>
          <w:tcPr>
            <w:tcW w:type="dxa" w:w="1644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  <w:shd w:fill="F8FBFD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4"/>
              </w:rPr>
              <w:t>robot_state_manager</w:t>
            </w:r>
          </w:p>
        </w:tc>
        <w:tc>
          <w:tcPr>
            <w:tcW w:type="dxa" w:w="1927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  <w:shd w:fill="F8FBFD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4"/>
              </w:rPr>
              <w:t>admin_gui</w:t>
            </w:r>
          </w:p>
        </w:tc>
        <w:tc>
          <w:tcPr>
            <w:tcW w:type="dxa" w:w="1871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  <w:shd w:fill="F8FBFD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4"/>
              </w:rPr>
              <w:t>현재 시스템 상태 조회</w:t>
            </w:r>
          </w:p>
        </w:tc>
      </w:tr>
      <w:tr>
        <w:tc>
          <w:tcPr>
            <w:tcW w:type="dxa" w:w="2268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4"/>
              </w:rPr>
              <w:t>/office_robot/reset_error</w:t>
            </w:r>
          </w:p>
        </w:tc>
        <w:tc>
          <w:tcPr>
            <w:tcW w:type="dxa" w:w="2154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4"/>
              </w:rPr>
              <w:t>std_srvs/srv/Trigger</w:t>
            </w:r>
          </w:p>
        </w:tc>
        <w:tc>
          <w:tcPr>
            <w:tcW w:type="dxa" w:w="1644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4"/>
              </w:rPr>
              <w:t>robot_state_manager</w:t>
            </w:r>
          </w:p>
        </w:tc>
        <w:tc>
          <w:tcPr>
            <w:tcW w:type="dxa" w:w="1927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4"/>
              </w:rPr>
              <w:t>admin_gui</w:t>
            </w:r>
          </w:p>
        </w:tc>
        <w:tc>
          <w:tcPr>
            <w:tcW w:type="dxa" w:w="1871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4"/>
              </w:rPr>
              <w:t>오류 상태 초기화</w:t>
            </w:r>
          </w:p>
        </w:tc>
      </w:tr>
      <w:tr>
        <w:tc>
          <w:tcPr>
            <w:tcW w:type="dxa" w:w="2268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  <w:shd w:fill="F8FBFD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4"/>
              </w:rPr>
              <w:t>/office_robot/emergency_stop</w:t>
            </w:r>
          </w:p>
        </w:tc>
        <w:tc>
          <w:tcPr>
            <w:tcW w:type="dxa" w:w="2154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  <w:shd w:fill="F8FBFD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4"/>
              </w:rPr>
              <w:t>std_srvs/srv/SetBool</w:t>
            </w:r>
          </w:p>
        </w:tc>
        <w:tc>
          <w:tcPr>
            <w:tcW w:type="dxa" w:w="1644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  <w:shd w:fill="F8FBFD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4"/>
              </w:rPr>
              <w:t>safety_manager</w:t>
            </w:r>
          </w:p>
        </w:tc>
        <w:tc>
          <w:tcPr>
            <w:tcW w:type="dxa" w:w="1927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  <w:shd w:fill="F8FBFD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4"/>
              </w:rPr>
              <w:t>admin_gui</w:t>
            </w:r>
          </w:p>
        </w:tc>
        <w:tc>
          <w:tcPr>
            <w:tcW w:type="dxa" w:w="1871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  <w:shd w:fill="F8FBFD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4"/>
              </w:rPr>
              <w:t>비상정지 설정 또는 해제</w:t>
            </w:r>
          </w:p>
        </w:tc>
      </w:tr>
      <w:tr>
        <w:tc>
          <w:tcPr>
            <w:tcW w:type="dxa" w:w="2268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4"/>
              </w:rPr>
              <w:t>/office_robot/system/shutdown</w:t>
            </w:r>
          </w:p>
        </w:tc>
        <w:tc>
          <w:tcPr>
            <w:tcW w:type="dxa" w:w="2154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4"/>
              </w:rPr>
              <w:t>std_srvs/srv/Trigger</w:t>
            </w:r>
          </w:p>
        </w:tc>
        <w:tc>
          <w:tcPr>
            <w:tcW w:type="dxa" w:w="1644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4"/>
              </w:rPr>
              <w:t>robot_state_manager</w:t>
            </w:r>
          </w:p>
        </w:tc>
        <w:tc>
          <w:tcPr>
            <w:tcW w:type="dxa" w:w="1927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4"/>
              </w:rPr>
              <w:t>admin_gui</w:t>
            </w:r>
          </w:p>
        </w:tc>
        <w:tc>
          <w:tcPr>
            <w:tcW w:type="dxa" w:w="1871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4"/>
              </w:rPr>
              <w:t>로봇 프로그램 정상 종료 요청</w:t>
            </w:r>
          </w:p>
        </w:tc>
      </w:tr>
    </w:tbl>
    <w:p>
      <w:pPr>
        <w:spacing w:after="0"/>
      </w:pPr>
    </w:p>
    <w:p>
      <w:pPr>
        <w:pStyle w:val="Heading2"/>
        <w:keepNext/>
      </w:pPr>
      <w:r>
        <w:t>8.2 순찰 서비스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space="0" w:color="B7B7B7"/>
          <w:left w:val="single" w:sz="4" w:space="0" w:color="B7B7B7"/>
          <w:bottom w:val="single" w:sz="4" w:space="0" w:color="B7B7B7"/>
          <w:right w:val="single" w:sz="4" w:space="0" w:color="B7B7B7"/>
          <w:insideH w:val="single" w:sz="4" w:space="0" w:color="B7B7B7"/>
          <w:insideV w:val="single" w:sz="4" w:space="0" w:color="B7B7B7"/>
        </w:tblBorders>
      </w:tblPr>
      <w:tblGrid>
        <w:gridCol w:w="2041"/>
        <w:gridCol w:w="2041"/>
        <w:gridCol w:w="2041"/>
        <w:gridCol w:w="2041"/>
        <w:gridCol w:w="2041"/>
      </w:tblGrid>
      <w:tr>
        <w:trPr>
          <w:tblHeader w:val="true"/>
        </w:trPr>
        <w:tc>
          <w:tcPr>
            <w:tcW w:type="dxa" w:w="2268"/>
            <w:shd w:fill="1F4E78"/>
            <w:tcMar>
              <w:top w:w="80" w:type="dxa"/>
              <w:start w:w="70" w:type="dxa"/>
              <w:bottom w:w="80" w:type="dxa"/>
              <w:end w:w="7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Noto Sans CJK KR" w:hAnsi="Noto Sans CJK KR" w:eastAsia="Noto Sans CJK KR"/>
                <w:b/>
                <w:color w:val="FFFFFF"/>
                <w:sz w:val="15"/>
              </w:rPr>
              <w:t>서비스명</w:t>
            </w:r>
          </w:p>
        </w:tc>
        <w:tc>
          <w:tcPr>
            <w:tcW w:type="dxa" w:w="2154"/>
            <w:shd w:fill="1F4E78"/>
            <w:tcMar>
              <w:top w:w="80" w:type="dxa"/>
              <w:start w:w="70" w:type="dxa"/>
              <w:bottom w:w="80" w:type="dxa"/>
              <w:end w:w="7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Noto Sans CJK KR" w:hAnsi="Noto Sans CJK KR" w:eastAsia="Noto Sans CJK KR"/>
                <w:b/>
                <w:color w:val="FFFFFF"/>
                <w:sz w:val="15"/>
              </w:rPr>
              <w:t>서비스 자료형</w:t>
            </w:r>
          </w:p>
        </w:tc>
        <w:tc>
          <w:tcPr>
            <w:tcW w:type="dxa" w:w="1644"/>
            <w:shd w:fill="1F4E78"/>
            <w:tcMar>
              <w:top w:w="80" w:type="dxa"/>
              <w:start w:w="70" w:type="dxa"/>
              <w:bottom w:w="80" w:type="dxa"/>
              <w:end w:w="7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Noto Sans CJK KR" w:hAnsi="Noto Sans CJK KR" w:eastAsia="Noto Sans CJK KR"/>
                <w:b/>
                <w:color w:val="FFFFFF"/>
                <w:sz w:val="15"/>
              </w:rPr>
              <w:t>서버 노드</w:t>
            </w:r>
          </w:p>
        </w:tc>
        <w:tc>
          <w:tcPr>
            <w:tcW w:type="dxa" w:w="1927"/>
            <w:shd w:fill="1F4E78"/>
            <w:tcMar>
              <w:top w:w="80" w:type="dxa"/>
              <w:start w:w="70" w:type="dxa"/>
              <w:bottom w:w="80" w:type="dxa"/>
              <w:end w:w="7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Noto Sans CJK KR" w:hAnsi="Noto Sans CJK KR" w:eastAsia="Noto Sans CJK KR"/>
                <w:b/>
                <w:color w:val="FFFFFF"/>
                <w:sz w:val="15"/>
              </w:rPr>
              <w:t>클라이언트 노드</w:t>
            </w:r>
          </w:p>
        </w:tc>
        <w:tc>
          <w:tcPr>
            <w:tcW w:type="dxa" w:w="1871"/>
            <w:shd w:fill="1F4E78"/>
            <w:tcMar>
              <w:top w:w="80" w:type="dxa"/>
              <w:start w:w="70" w:type="dxa"/>
              <w:bottom w:w="80" w:type="dxa"/>
              <w:end w:w="7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Noto Sans CJK KR" w:hAnsi="Noto Sans CJK KR" w:eastAsia="Noto Sans CJK KR"/>
                <w:b/>
                <w:color w:val="FFFFFF"/>
                <w:sz w:val="15"/>
              </w:rPr>
              <w:t>역할</w:t>
            </w:r>
          </w:p>
        </w:tc>
      </w:tr>
      <w:tr>
        <w:tc>
          <w:tcPr>
            <w:tcW w:type="dxa" w:w="2268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4"/>
              </w:rPr>
              <w:t>/office_robot/patrol/start</w:t>
            </w:r>
          </w:p>
        </w:tc>
        <w:tc>
          <w:tcPr>
            <w:tcW w:type="dxa" w:w="2154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4"/>
              </w:rPr>
              <w:t>office_robot_msgs/srv/StartPatrol</w:t>
            </w:r>
          </w:p>
        </w:tc>
        <w:tc>
          <w:tcPr>
            <w:tcW w:type="dxa" w:w="1644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4"/>
              </w:rPr>
              <w:t>patrol_manager</w:t>
            </w:r>
          </w:p>
        </w:tc>
        <w:tc>
          <w:tcPr>
            <w:tcW w:type="dxa" w:w="1927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4"/>
              </w:rPr>
              <w:t>admin_gui</w:t>
            </w:r>
          </w:p>
        </w:tc>
        <w:tc>
          <w:tcPr>
            <w:tcW w:type="dxa" w:w="1871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4"/>
              </w:rPr>
              <w:t>순찰 시작</w:t>
            </w:r>
          </w:p>
        </w:tc>
      </w:tr>
      <w:tr>
        <w:tc>
          <w:tcPr>
            <w:tcW w:type="dxa" w:w="2268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  <w:shd w:fill="F8FBFD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4"/>
              </w:rPr>
              <w:t>/office_robot/patrol/stop</w:t>
            </w:r>
          </w:p>
        </w:tc>
        <w:tc>
          <w:tcPr>
            <w:tcW w:type="dxa" w:w="2154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  <w:shd w:fill="F8FBFD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4"/>
              </w:rPr>
              <w:t>std_srvs/srv/Trigger</w:t>
            </w:r>
          </w:p>
        </w:tc>
        <w:tc>
          <w:tcPr>
            <w:tcW w:type="dxa" w:w="1644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  <w:shd w:fill="F8FBFD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4"/>
              </w:rPr>
              <w:t>patrol_manager</w:t>
            </w:r>
          </w:p>
        </w:tc>
        <w:tc>
          <w:tcPr>
            <w:tcW w:type="dxa" w:w="1927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  <w:shd w:fill="F8FBFD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4"/>
              </w:rPr>
              <w:t>admin_gui</w:t>
            </w:r>
          </w:p>
        </w:tc>
        <w:tc>
          <w:tcPr>
            <w:tcW w:type="dxa" w:w="1871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  <w:shd w:fill="F8FBFD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4"/>
              </w:rPr>
              <w:t>현재 순찰 중지</w:t>
            </w:r>
          </w:p>
        </w:tc>
      </w:tr>
      <w:tr>
        <w:tc>
          <w:tcPr>
            <w:tcW w:type="dxa" w:w="2268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4"/>
              </w:rPr>
              <w:t>/office_robot/patrol/pause</w:t>
            </w:r>
          </w:p>
        </w:tc>
        <w:tc>
          <w:tcPr>
            <w:tcW w:type="dxa" w:w="2154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4"/>
              </w:rPr>
              <w:t>std_srvs/srv/Trigger</w:t>
            </w:r>
          </w:p>
        </w:tc>
        <w:tc>
          <w:tcPr>
            <w:tcW w:type="dxa" w:w="1644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4"/>
              </w:rPr>
              <w:t>patrol_manager</w:t>
            </w:r>
          </w:p>
        </w:tc>
        <w:tc>
          <w:tcPr>
            <w:tcW w:type="dxa" w:w="1927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4"/>
              </w:rPr>
              <w:t>admin_gui</w:t>
            </w:r>
          </w:p>
        </w:tc>
        <w:tc>
          <w:tcPr>
            <w:tcW w:type="dxa" w:w="1871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4"/>
              </w:rPr>
              <w:t>현재 위치에서 순찰 일시정지</w:t>
            </w:r>
          </w:p>
        </w:tc>
      </w:tr>
      <w:tr>
        <w:tc>
          <w:tcPr>
            <w:tcW w:type="dxa" w:w="2268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  <w:shd w:fill="F8FBFD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4"/>
              </w:rPr>
              <w:t>/office_robot/patrol/resume</w:t>
            </w:r>
          </w:p>
        </w:tc>
        <w:tc>
          <w:tcPr>
            <w:tcW w:type="dxa" w:w="2154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  <w:shd w:fill="F8FBFD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4"/>
              </w:rPr>
              <w:t>std_srvs/srv/Trigger</w:t>
            </w:r>
          </w:p>
        </w:tc>
        <w:tc>
          <w:tcPr>
            <w:tcW w:type="dxa" w:w="1644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  <w:shd w:fill="F8FBFD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4"/>
              </w:rPr>
              <w:t>patrol_manager</w:t>
            </w:r>
          </w:p>
        </w:tc>
        <w:tc>
          <w:tcPr>
            <w:tcW w:type="dxa" w:w="1927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  <w:shd w:fill="F8FBFD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4"/>
              </w:rPr>
              <w:t>admin_gui</w:t>
            </w:r>
          </w:p>
        </w:tc>
        <w:tc>
          <w:tcPr>
            <w:tcW w:type="dxa" w:w="1871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  <w:shd w:fill="F8FBFD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4"/>
              </w:rPr>
              <w:t>일시정지된 순찰 재개</w:t>
            </w:r>
          </w:p>
        </w:tc>
      </w:tr>
      <w:tr>
        <w:tc>
          <w:tcPr>
            <w:tcW w:type="dxa" w:w="2268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4"/>
              </w:rPr>
              <w:t>/office_robot/patrol/get_route</w:t>
            </w:r>
          </w:p>
        </w:tc>
        <w:tc>
          <w:tcPr>
            <w:tcW w:type="dxa" w:w="2154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4"/>
              </w:rPr>
              <w:t>office_robot_msgs/srv/GetPatrolRoute</w:t>
            </w:r>
          </w:p>
        </w:tc>
        <w:tc>
          <w:tcPr>
            <w:tcW w:type="dxa" w:w="1644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4"/>
              </w:rPr>
              <w:t>patrol_manager</w:t>
            </w:r>
          </w:p>
        </w:tc>
        <w:tc>
          <w:tcPr>
            <w:tcW w:type="dxa" w:w="1927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4"/>
              </w:rPr>
              <w:t>admin_gui</w:t>
            </w:r>
          </w:p>
        </w:tc>
        <w:tc>
          <w:tcPr>
            <w:tcW w:type="dxa" w:w="1871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4"/>
              </w:rPr>
              <w:t>현재 순찰 경로 조회</w:t>
            </w:r>
          </w:p>
        </w:tc>
      </w:tr>
      <w:tr>
        <w:tc>
          <w:tcPr>
            <w:tcW w:type="dxa" w:w="2268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  <w:shd w:fill="F8FBFD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4"/>
              </w:rPr>
              <w:t>/office_robot/patrol/set_route</w:t>
            </w:r>
          </w:p>
        </w:tc>
        <w:tc>
          <w:tcPr>
            <w:tcW w:type="dxa" w:w="2154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  <w:shd w:fill="F8FBFD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4"/>
              </w:rPr>
              <w:t>office_robot_msgs/srv/SetPatrolRoute</w:t>
            </w:r>
          </w:p>
        </w:tc>
        <w:tc>
          <w:tcPr>
            <w:tcW w:type="dxa" w:w="1644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  <w:shd w:fill="F8FBFD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4"/>
              </w:rPr>
              <w:t>patrol_manager</w:t>
            </w:r>
          </w:p>
        </w:tc>
        <w:tc>
          <w:tcPr>
            <w:tcW w:type="dxa" w:w="1927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  <w:shd w:fill="F8FBFD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4"/>
              </w:rPr>
              <w:t>admin_gui</w:t>
            </w:r>
          </w:p>
        </w:tc>
        <w:tc>
          <w:tcPr>
            <w:tcW w:type="dxa" w:w="1871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  <w:shd w:fill="F8FBFD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4"/>
              </w:rPr>
              <w:t>순찰 경로 설정</w:t>
            </w:r>
          </w:p>
        </w:tc>
      </w:tr>
    </w:tbl>
    <w:p>
      <w:pPr>
        <w:spacing w:after="0"/>
      </w:pPr>
    </w:p>
    <w:p>
      <w:pPr>
        <w:pStyle w:val="Heading2"/>
        <w:keepNext/>
      </w:pPr>
      <w:r>
        <w:t>8.3 증거 및 보고서 서비스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space="0" w:color="B7B7B7"/>
          <w:left w:val="single" w:sz="4" w:space="0" w:color="B7B7B7"/>
          <w:bottom w:val="single" w:sz="4" w:space="0" w:color="B7B7B7"/>
          <w:right w:val="single" w:sz="4" w:space="0" w:color="B7B7B7"/>
          <w:insideH w:val="single" w:sz="4" w:space="0" w:color="B7B7B7"/>
          <w:insideV w:val="single" w:sz="4" w:space="0" w:color="B7B7B7"/>
        </w:tblBorders>
      </w:tblPr>
      <w:tblGrid>
        <w:gridCol w:w="2041"/>
        <w:gridCol w:w="2041"/>
        <w:gridCol w:w="2041"/>
        <w:gridCol w:w="2041"/>
        <w:gridCol w:w="2041"/>
      </w:tblGrid>
      <w:tr>
        <w:trPr>
          <w:tblHeader w:val="true"/>
        </w:trPr>
        <w:tc>
          <w:tcPr>
            <w:tcW w:type="dxa" w:w="2268"/>
            <w:shd w:fill="1F4E78"/>
            <w:tcMar>
              <w:top w:w="80" w:type="dxa"/>
              <w:start w:w="70" w:type="dxa"/>
              <w:bottom w:w="80" w:type="dxa"/>
              <w:end w:w="7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Noto Sans CJK KR" w:hAnsi="Noto Sans CJK KR" w:eastAsia="Noto Sans CJK KR"/>
                <w:b/>
                <w:color w:val="FFFFFF"/>
                <w:sz w:val="15"/>
              </w:rPr>
              <w:t>서비스명</w:t>
            </w:r>
          </w:p>
        </w:tc>
        <w:tc>
          <w:tcPr>
            <w:tcW w:type="dxa" w:w="2154"/>
            <w:shd w:fill="1F4E78"/>
            <w:tcMar>
              <w:top w:w="80" w:type="dxa"/>
              <w:start w:w="70" w:type="dxa"/>
              <w:bottom w:w="80" w:type="dxa"/>
              <w:end w:w="7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Noto Sans CJK KR" w:hAnsi="Noto Sans CJK KR" w:eastAsia="Noto Sans CJK KR"/>
                <w:b/>
                <w:color w:val="FFFFFF"/>
                <w:sz w:val="15"/>
              </w:rPr>
              <w:t>서비스 자료형</w:t>
            </w:r>
          </w:p>
        </w:tc>
        <w:tc>
          <w:tcPr>
            <w:tcW w:type="dxa" w:w="1644"/>
            <w:shd w:fill="1F4E78"/>
            <w:tcMar>
              <w:top w:w="80" w:type="dxa"/>
              <w:start w:w="70" w:type="dxa"/>
              <w:bottom w:w="80" w:type="dxa"/>
              <w:end w:w="7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Noto Sans CJK KR" w:hAnsi="Noto Sans CJK KR" w:eastAsia="Noto Sans CJK KR"/>
                <w:b/>
                <w:color w:val="FFFFFF"/>
                <w:sz w:val="15"/>
              </w:rPr>
              <w:t>서버 노드</w:t>
            </w:r>
          </w:p>
        </w:tc>
        <w:tc>
          <w:tcPr>
            <w:tcW w:type="dxa" w:w="1927"/>
            <w:shd w:fill="1F4E78"/>
            <w:tcMar>
              <w:top w:w="80" w:type="dxa"/>
              <w:start w:w="70" w:type="dxa"/>
              <w:bottom w:w="80" w:type="dxa"/>
              <w:end w:w="7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Noto Sans CJK KR" w:hAnsi="Noto Sans CJK KR" w:eastAsia="Noto Sans CJK KR"/>
                <w:b/>
                <w:color w:val="FFFFFF"/>
                <w:sz w:val="15"/>
              </w:rPr>
              <w:t>클라이언트 노드</w:t>
            </w:r>
          </w:p>
        </w:tc>
        <w:tc>
          <w:tcPr>
            <w:tcW w:type="dxa" w:w="1871"/>
            <w:shd w:fill="1F4E78"/>
            <w:tcMar>
              <w:top w:w="80" w:type="dxa"/>
              <w:start w:w="70" w:type="dxa"/>
              <w:bottom w:w="80" w:type="dxa"/>
              <w:end w:w="7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Noto Sans CJK KR" w:hAnsi="Noto Sans CJK KR" w:eastAsia="Noto Sans CJK KR"/>
                <w:b/>
                <w:color w:val="FFFFFF"/>
                <w:sz w:val="15"/>
              </w:rPr>
              <w:t>역할</w:t>
            </w:r>
          </w:p>
        </w:tc>
      </w:tr>
      <w:tr>
        <w:tc>
          <w:tcPr>
            <w:tcW w:type="dxa" w:w="2268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4"/>
              </w:rPr>
              <w:t>/office_robot/evidence/capture</w:t>
            </w:r>
          </w:p>
        </w:tc>
        <w:tc>
          <w:tcPr>
            <w:tcW w:type="dxa" w:w="2154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4"/>
              </w:rPr>
              <w:t>office_robot_msgs/srv/CaptureEvidence</w:t>
            </w:r>
          </w:p>
        </w:tc>
        <w:tc>
          <w:tcPr>
            <w:tcW w:type="dxa" w:w="1644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4"/>
              </w:rPr>
              <w:t>evidence_manager</w:t>
            </w:r>
          </w:p>
        </w:tc>
        <w:tc>
          <w:tcPr>
            <w:tcW w:type="dxa" w:w="1927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4"/>
              </w:rPr>
              <w:t>anomaly_monitor, admin_gui</w:t>
            </w:r>
          </w:p>
        </w:tc>
        <w:tc>
          <w:tcPr>
            <w:tcW w:type="dxa" w:w="1871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4"/>
              </w:rPr>
              <w:t>현재 카메라 영상 저장</w:t>
            </w:r>
          </w:p>
        </w:tc>
      </w:tr>
      <w:tr>
        <w:tc>
          <w:tcPr>
            <w:tcW w:type="dxa" w:w="2268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  <w:shd w:fill="F8FBFD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4"/>
              </w:rPr>
              <w:t>/office_robot/evidence/get_path</w:t>
            </w:r>
          </w:p>
        </w:tc>
        <w:tc>
          <w:tcPr>
            <w:tcW w:type="dxa" w:w="2154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  <w:shd w:fill="F8FBFD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4"/>
              </w:rPr>
              <w:t>office_robot_msgs/srv/GetEvidencePath</w:t>
            </w:r>
          </w:p>
        </w:tc>
        <w:tc>
          <w:tcPr>
            <w:tcW w:type="dxa" w:w="1644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  <w:shd w:fill="F8FBFD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4"/>
              </w:rPr>
              <w:t>evidence_manager</w:t>
            </w:r>
          </w:p>
        </w:tc>
        <w:tc>
          <w:tcPr>
            <w:tcW w:type="dxa" w:w="1927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  <w:shd w:fill="F8FBFD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4"/>
              </w:rPr>
              <w:t>admin_gui, report_manager</w:t>
            </w:r>
          </w:p>
        </w:tc>
        <w:tc>
          <w:tcPr>
            <w:tcW w:type="dxa" w:w="1871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  <w:shd w:fill="F8FBFD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4"/>
              </w:rPr>
              <w:t>이벤트별 증거 파일 경로 조회</w:t>
            </w:r>
          </w:p>
        </w:tc>
      </w:tr>
      <w:tr>
        <w:tc>
          <w:tcPr>
            <w:tcW w:type="dxa" w:w="2268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4"/>
              </w:rPr>
              <w:t>/office_robot/report/create</w:t>
            </w:r>
          </w:p>
        </w:tc>
        <w:tc>
          <w:tcPr>
            <w:tcW w:type="dxa" w:w="2154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4"/>
              </w:rPr>
              <w:t>office_robot_msgs/srv/CreateReport</w:t>
            </w:r>
          </w:p>
        </w:tc>
        <w:tc>
          <w:tcPr>
            <w:tcW w:type="dxa" w:w="1644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4"/>
              </w:rPr>
              <w:t>report_manager</w:t>
            </w:r>
          </w:p>
        </w:tc>
        <w:tc>
          <w:tcPr>
            <w:tcW w:type="dxa" w:w="1927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4"/>
              </w:rPr>
              <w:t>admin_gui</w:t>
            </w:r>
          </w:p>
        </w:tc>
        <w:tc>
          <w:tcPr>
            <w:tcW w:type="dxa" w:w="1871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4"/>
              </w:rPr>
              <w:t>순찰 또는 야간 보고서 생성</w:t>
            </w:r>
          </w:p>
        </w:tc>
      </w:tr>
      <w:tr>
        <w:tc>
          <w:tcPr>
            <w:tcW w:type="dxa" w:w="2268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  <w:shd w:fill="F8FBFD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4"/>
              </w:rPr>
              <w:t>/office_robot/report/get_latest</w:t>
            </w:r>
          </w:p>
        </w:tc>
        <w:tc>
          <w:tcPr>
            <w:tcW w:type="dxa" w:w="2154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  <w:shd w:fill="F8FBFD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4"/>
              </w:rPr>
              <w:t>office_robot_msgs/srv/GetLatestReport</w:t>
            </w:r>
          </w:p>
        </w:tc>
        <w:tc>
          <w:tcPr>
            <w:tcW w:type="dxa" w:w="1644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  <w:shd w:fill="F8FBFD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4"/>
              </w:rPr>
              <w:t>report_manager</w:t>
            </w:r>
          </w:p>
        </w:tc>
        <w:tc>
          <w:tcPr>
            <w:tcW w:type="dxa" w:w="1927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  <w:shd w:fill="F8FBFD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4"/>
              </w:rPr>
              <w:t>admin_gui</w:t>
            </w:r>
          </w:p>
        </w:tc>
        <w:tc>
          <w:tcPr>
            <w:tcW w:type="dxa" w:w="1871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  <w:shd w:fill="F8FBFD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4"/>
              </w:rPr>
              <w:t>최근 보고서 조회</w:t>
            </w:r>
          </w:p>
        </w:tc>
      </w:tr>
    </w:tbl>
    <w:p>
      <w:pPr>
        <w:spacing w:after="0"/>
      </w:pPr>
    </w:p>
    <w:p>
      <w:pPr>
        <w:pStyle w:val="Heading2"/>
        <w:keepNext/>
      </w:pPr>
      <w:r>
        <w:t>8.4 방문자 서비스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space="0" w:color="B7B7B7"/>
          <w:left w:val="single" w:sz="4" w:space="0" w:color="B7B7B7"/>
          <w:bottom w:val="single" w:sz="4" w:space="0" w:color="B7B7B7"/>
          <w:right w:val="single" w:sz="4" w:space="0" w:color="B7B7B7"/>
          <w:insideH w:val="single" w:sz="4" w:space="0" w:color="B7B7B7"/>
          <w:insideV w:val="single" w:sz="4" w:space="0" w:color="B7B7B7"/>
        </w:tblBorders>
      </w:tblPr>
      <w:tblGrid>
        <w:gridCol w:w="2041"/>
        <w:gridCol w:w="2041"/>
        <w:gridCol w:w="2041"/>
        <w:gridCol w:w="2041"/>
        <w:gridCol w:w="2041"/>
      </w:tblGrid>
      <w:tr>
        <w:trPr>
          <w:tblHeader w:val="true"/>
        </w:trPr>
        <w:tc>
          <w:tcPr>
            <w:tcW w:type="dxa" w:w="2268"/>
            <w:shd w:fill="1F4E78"/>
            <w:tcMar>
              <w:top w:w="80" w:type="dxa"/>
              <w:start w:w="70" w:type="dxa"/>
              <w:bottom w:w="80" w:type="dxa"/>
              <w:end w:w="7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Noto Sans CJK KR" w:hAnsi="Noto Sans CJK KR" w:eastAsia="Noto Sans CJK KR"/>
                <w:b/>
                <w:color w:val="FFFFFF"/>
                <w:sz w:val="15"/>
              </w:rPr>
              <w:t>서비스명</w:t>
            </w:r>
          </w:p>
        </w:tc>
        <w:tc>
          <w:tcPr>
            <w:tcW w:type="dxa" w:w="2154"/>
            <w:shd w:fill="1F4E78"/>
            <w:tcMar>
              <w:top w:w="80" w:type="dxa"/>
              <w:start w:w="70" w:type="dxa"/>
              <w:bottom w:w="80" w:type="dxa"/>
              <w:end w:w="7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Noto Sans CJK KR" w:hAnsi="Noto Sans CJK KR" w:eastAsia="Noto Sans CJK KR"/>
                <w:b/>
                <w:color w:val="FFFFFF"/>
                <w:sz w:val="15"/>
              </w:rPr>
              <w:t>서비스 자료형</w:t>
            </w:r>
          </w:p>
        </w:tc>
        <w:tc>
          <w:tcPr>
            <w:tcW w:type="dxa" w:w="1644"/>
            <w:shd w:fill="1F4E78"/>
            <w:tcMar>
              <w:top w:w="80" w:type="dxa"/>
              <w:start w:w="70" w:type="dxa"/>
              <w:bottom w:w="80" w:type="dxa"/>
              <w:end w:w="7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Noto Sans CJK KR" w:hAnsi="Noto Sans CJK KR" w:eastAsia="Noto Sans CJK KR"/>
                <w:b/>
                <w:color w:val="FFFFFF"/>
                <w:sz w:val="15"/>
              </w:rPr>
              <w:t>서버 노드</w:t>
            </w:r>
          </w:p>
        </w:tc>
        <w:tc>
          <w:tcPr>
            <w:tcW w:type="dxa" w:w="1927"/>
            <w:shd w:fill="1F4E78"/>
            <w:tcMar>
              <w:top w:w="80" w:type="dxa"/>
              <w:start w:w="70" w:type="dxa"/>
              <w:bottom w:w="80" w:type="dxa"/>
              <w:end w:w="7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Noto Sans CJK KR" w:hAnsi="Noto Sans CJK KR" w:eastAsia="Noto Sans CJK KR"/>
                <w:b/>
                <w:color w:val="FFFFFF"/>
                <w:sz w:val="15"/>
              </w:rPr>
              <w:t>클라이언트 노드</w:t>
            </w:r>
          </w:p>
        </w:tc>
        <w:tc>
          <w:tcPr>
            <w:tcW w:type="dxa" w:w="1871"/>
            <w:shd w:fill="1F4E78"/>
            <w:tcMar>
              <w:top w:w="80" w:type="dxa"/>
              <w:start w:w="70" w:type="dxa"/>
              <w:bottom w:w="80" w:type="dxa"/>
              <w:end w:w="7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Noto Sans CJK KR" w:hAnsi="Noto Sans CJK KR" w:eastAsia="Noto Sans CJK KR"/>
                <w:b/>
                <w:color w:val="FFFFFF"/>
                <w:sz w:val="15"/>
              </w:rPr>
              <w:t>역할</w:t>
            </w:r>
          </w:p>
        </w:tc>
      </w:tr>
      <w:tr>
        <w:tc>
          <w:tcPr>
            <w:tcW w:type="dxa" w:w="2268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4"/>
              </w:rPr>
              <w:t>/office_robot/visitor/save_memo</w:t>
            </w:r>
          </w:p>
        </w:tc>
        <w:tc>
          <w:tcPr>
            <w:tcW w:type="dxa" w:w="2154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4"/>
              </w:rPr>
              <w:t>office_robot_msgs/srv/SaveVisitorMemo</w:t>
            </w:r>
          </w:p>
        </w:tc>
        <w:tc>
          <w:tcPr>
            <w:tcW w:type="dxa" w:w="1644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4"/>
              </w:rPr>
              <w:t>visitor_memo_manager</w:t>
            </w:r>
          </w:p>
        </w:tc>
        <w:tc>
          <w:tcPr>
            <w:tcW w:type="dxa" w:w="1927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4"/>
              </w:rPr>
              <w:t>admin_gui</w:t>
            </w:r>
          </w:p>
        </w:tc>
        <w:tc>
          <w:tcPr>
            <w:tcW w:type="dxa" w:w="1871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4"/>
              </w:rPr>
              <w:t>방문자 메모 저장</w:t>
            </w:r>
          </w:p>
        </w:tc>
      </w:tr>
      <w:tr>
        <w:tc>
          <w:tcPr>
            <w:tcW w:type="dxa" w:w="2268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  <w:shd w:fill="F8FBFD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4"/>
              </w:rPr>
              <w:t>/office_robot/visitor/get_memo</w:t>
            </w:r>
          </w:p>
        </w:tc>
        <w:tc>
          <w:tcPr>
            <w:tcW w:type="dxa" w:w="2154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  <w:shd w:fill="F8FBFD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4"/>
              </w:rPr>
              <w:t>office_robot_msgs/srv/GetVisitorMemo</w:t>
            </w:r>
          </w:p>
        </w:tc>
        <w:tc>
          <w:tcPr>
            <w:tcW w:type="dxa" w:w="1644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  <w:shd w:fill="F8FBFD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4"/>
              </w:rPr>
              <w:t>visitor_memo_manager</w:t>
            </w:r>
          </w:p>
        </w:tc>
        <w:tc>
          <w:tcPr>
            <w:tcW w:type="dxa" w:w="1927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  <w:shd w:fill="F8FBFD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4"/>
              </w:rPr>
              <w:t>admin_gui</w:t>
            </w:r>
          </w:p>
        </w:tc>
        <w:tc>
          <w:tcPr>
            <w:tcW w:type="dxa" w:w="1871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  <w:shd w:fill="F8FBFD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4"/>
              </w:rPr>
              <w:t>방문자 메모 조회</w:t>
            </w:r>
          </w:p>
        </w:tc>
      </w:tr>
      <w:tr>
        <w:tc>
          <w:tcPr>
            <w:tcW w:type="dxa" w:w="2268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4"/>
              </w:rPr>
              <w:t>/office_robot/visitor/complete_guidance</w:t>
            </w:r>
          </w:p>
        </w:tc>
        <w:tc>
          <w:tcPr>
            <w:tcW w:type="dxa" w:w="2154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4"/>
              </w:rPr>
              <w:t>std_srvs/srv/Trigger</w:t>
            </w:r>
          </w:p>
        </w:tc>
        <w:tc>
          <w:tcPr>
            <w:tcW w:type="dxa" w:w="1644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4"/>
              </w:rPr>
              <w:t>greeting_manager</w:t>
            </w:r>
          </w:p>
        </w:tc>
        <w:tc>
          <w:tcPr>
            <w:tcW w:type="dxa" w:w="1927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4"/>
              </w:rPr>
              <w:t>admin_gui</w:t>
            </w:r>
          </w:p>
        </w:tc>
        <w:tc>
          <w:tcPr>
            <w:tcW w:type="dxa" w:w="1871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4"/>
              </w:rPr>
              <w:t>방문자 안내 완료 처리</w:t>
            </w:r>
          </w:p>
        </w:tc>
      </w:tr>
    </w:tbl>
    <w:p>
      <w:pPr>
        <w:spacing w:after="0"/>
      </w:pPr>
    </w:p>
    <w:p>
      <w:pPr>
        <w:pStyle w:val="Heading1"/>
        <w:keepNext/>
        <w:pBdr>
          <w:bottom w:val="single" w:sz="8" w:space="3" w:color="1F4E78"/>
        </w:pBdr>
      </w:pPr>
      <w:r>
        <w:t>9. 서비스 공통 응답 규칙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space="0" w:color="7F8C8D"/>
          <w:left w:val="single" w:sz="4" w:space="0" w:color="7F8C8D"/>
          <w:bottom w:val="single" w:sz="4" w:space="0" w:color="7F8C8D"/>
          <w:right w:val="single" w:sz="4" w:space="0" w:color="7F8C8D"/>
          <w:insideH w:val="single" w:sz="4" w:space="0" w:color="7F8C8D"/>
          <w:insideV w:val="single" w:sz="4" w:space="0" w:color="7F8C8D"/>
        </w:tblBorders>
      </w:tblPr>
      <w:tblGrid>
        <w:gridCol w:w="2551"/>
        <w:gridCol w:w="2551"/>
        <w:gridCol w:w="2551"/>
        <w:gridCol w:w="2551"/>
      </w:tblGrid>
      <w:tr>
        <w:trPr>
          <w:cantSplit/>
        </w:trPr>
        <w:tc>
          <w:tcPr>
            <w:tcW w:type="dxa" w:w="1360"/>
            <w:tcMar>
              <w:top w:w="85" w:type="dxa"/>
              <w:start w:w="80" w:type="dxa"/>
              <w:bottom w:w="85" w:type="dxa"/>
              <w:end w:w="80" w:type="dxa"/>
            </w:tcMar>
            <w:vAlign w:val="center"/>
            <w:shd w:fill="D9EAF7"/>
          </w:tcPr>
          <w:p>
            <w:pPr>
              <w:spacing w:after="0"/>
              <w:jc w:val="center"/>
            </w:pPr>
            <w:r>
              <w:rPr>
                <w:rFonts w:ascii="Noto Sans CJK KR" w:hAnsi="Noto Sans CJK KR" w:eastAsia="Noto Sans CJK KR"/>
                <w:b/>
                <w:sz w:val="17"/>
              </w:rPr>
              <w:t>HS-OR-SRV-002</w:t>
            </w:r>
          </w:p>
        </w:tc>
        <w:tc>
          <w:tcPr>
            <w:tcW w:type="dxa" w:w="5953"/>
            <w:tcMar>
              <w:top w:w="85" w:type="dxa"/>
              <w:start w:w="80" w:type="dxa"/>
              <w:bottom w:w="85" w:type="dxa"/>
              <w:end w:w="8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Noto Sans CJK KR" w:hAnsi="Noto Sans CJK KR" w:eastAsia="Noto Sans CJK KR"/>
                <w:b w:val="0"/>
                <w:sz w:val="17"/>
              </w:rPr>
              <w:t>사용자 정의 서비스의 응답에는 success, result_code, message 필드를 기본으로 포함하여야 한다.</w:t>
            </w:r>
          </w:p>
        </w:tc>
        <w:tc>
          <w:tcPr>
            <w:tcW w:type="dxa" w:w="1020"/>
            <w:tcMar>
              <w:top w:w="85" w:type="dxa"/>
              <w:start w:w="80" w:type="dxa"/>
              <w:bottom w:w="85" w:type="dxa"/>
              <w:end w:w="80" w:type="dxa"/>
            </w:tcMar>
            <w:vAlign w:val="center"/>
            <w:shd w:fill="F5F5F5"/>
          </w:tcPr>
          <w:p>
            <w:pPr>
              <w:spacing w:after="0"/>
              <w:jc w:val="center"/>
            </w:pPr>
            <w:r>
              <w:rPr>
                <w:rFonts w:ascii="Noto Sans CJK KR" w:hAnsi="Noto Sans CJK KR" w:eastAsia="Noto Sans CJK KR"/>
                <w:b w:val="0"/>
                <w:sz w:val="17"/>
              </w:rPr>
              <w:t>필수</w:t>
            </w:r>
          </w:p>
        </w:tc>
        <w:tc>
          <w:tcPr>
            <w:tcW w:type="dxa" w:w="1304"/>
            <w:tcMar>
              <w:top w:w="85" w:type="dxa"/>
              <w:start w:w="80" w:type="dxa"/>
              <w:bottom w:w="85" w:type="dxa"/>
              <w:end w:w="80" w:type="dxa"/>
            </w:tcMar>
            <w:vAlign w:val="center"/>
            <w:shd w:fill="F5F5F5"/>
          </w:tcPr>
          <w:p>
            <w:pPr>
              <w:spacing w:after="0"/>
              <w:jc w:val="center"/>
            </w:pPr>
            <w:r>
              <w:rPr>
                <w:rFonts w:ascii="Noto Sans CJK KR" w:hAnsi="Noto Sans CJK KR" w:eastAsia="Noto Sans CJK KR"/>
                <w:b w:val="0"/>
                <w:sz w:val="17"/>
              </w:rPr>
              <w:t>검사</w:t>
            </w:r>
          </w:p>
        </w:tc>
      </w:tr>
    </w:tbl>
    <w:p>
      <w:pPr>
        <w:spacing w:after="0"/>
      </w:pPr>
    </w:p>
    <w:p>
      <w:pPr>
        <w:spacing w:before="40" w:after="100" w:line="240" w:lineRule="auto"/>
        <w:ind w:left="283" w:right="283"/>
        <w:shd w:fill="F2F2F2"/>
      </w:pPr>
      <w:r>
        <w:rPr>
          <w:rFonts w:ascii="Noto Sans Mono CJK KR" w:hAnsi="Noto Sans Mono CJK KR" w:eastAsia="Noto Sans Mono CJK KR"/>
          <w:sz w:val="17"/>
        </w:rPr>
        <w:t>bool success</w:t>
        <w:br/>
      </w:r>
      <w:r>
        <w:rPr>
          <w:rFonts w:ascii="Noto Sans Mono CJK KR" w:hAnsi="Noto Sans Mono CJK KR" w:eastAsia="Noto Sans Mono CJK KR"/>
          <w:sz w:val="17"/>
        </w:rPr>
        <w:t>int32 result_code</w:t>
        <w:br/>
      </w:r>
      <w:r>
        <w:rPr>
          <w:rFonts w:ascii="Noto Sans Mono CJK KR" w:hAnsi="Noto Sans Mono CJK KR" w:eastAsia="Noto Sans Mono CJK KR"/>
          <w:sz w:val="17"/>
        </w:rPr>
        <w:t>string message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space="0" w:color="B7B7B7"/>
          <w:left w:val="single" w:sz="4" w:space="0" w:color="B7B7B7"/>
          <w:bottom w:val="single" w:sz="4" w:space="0" w:color="B7B7B7"/>
          <w:right w:val="single" w:sz="4" w:space="0" w:color="B7B7B7"/>
          <w:insideH w:val="single" w:sz="4" w:space="0" w:color="B7B7B7"/>
          <w:insideV w:val="single" w:sz="4" w:space="0" w:color="B7B7B7"/>
        </w:tblBorders>
      </w:tblPr>
      <w:tblGrid>
        <w:gridCol w:w="3402"/>
        <w:gridCol w:w="3402"/>
        <w:gridCol w:w="3402"/>
      </w:tblGrid>
      <w:tr>
        <w:trPr>
          <w:tblHeader w:val="true"/>
        </w:trPr>
        <w:tc>
          <w:tcPr>
            <w:tcW w:type="dxa" w:w="1134"/>
            <w:shd w:fill="1F4E78"/>
            <w:tcMar>
              <w:top w:w="80" w:type="dxa"/>
              <w:start w:w="70" w:type="dxa"/>
              <w:bottom w:w="80" w:type="dxa"/>
              <w:end w:w="7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Noto Sans CJK KR" w:hAnsi="Noto Sans CJK KR" w:eastAsia="Noto Sans CJK KR"/>
                <w:b/>
                <w:color w:val="FFFFFF"/>
                <w:sz w:val="16"/>
              </w:rPr>
              <w:t>코드</w:t>
            </w:r>
          </w:p>
        </w:tc>
        <w:tc>
          <w:tcPr>
            <w:tcW w:type="dxa" w:w="2835"/>
            <w:shd w:fill="1F4E78"/>
            <w:tcMar>
              <w:top w:w="80" w:type="dxa"/>
              <w:start w:w="70" w:type="dxa"/>
              <w:bottom w:w="80" w:type="dxa"/>
              <w:end w:w="7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Noto Sans CJK KR" w:hAnsi="Noto Sans CJK KR" w:eastAsia="Noto Sans CJK KR"/>
                <w:b/>
                <w:color w:val="FFFFFF"/>
                <w:sz w:val="16"/>
              </w:rPr>
              <w:t>이름</w:t>
            </w:r>
          </w:p>
        </w:tc>
        <w:tc>
          <w:tcPr>
            <w:tcW w:type="dxa" w:w="5670"/>
            <w:shd w:fill="1F4E78"/>
            <w:tcMar>
              <w:top w:w="80" w:type="dxa"/>
              <w:start w:w="70" w:type="dxa"/>
              <w:bottom w:w="80" w:type="dxa"/>
              <w:end w:w="7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Noto Sans CJK KR" w:hAnsi="Noto Sans CJK KR" w:eastAsia="Noto Sans CJK KR"/>
                <w:b/>
                <w:color w:val="FFFFFF"/>
                <w:sz w:val="16"/>
              </w:rPr>
              <w:t>설명</w:t>
            </w:r>
          </w:p>
        </w:tc>
      </w:tr>
      <w:tr>
        <w:tc>
          <w:tcPr>
            <w:tcW w:type="dxa" w:w="1134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7"/>
              </w:rPr>
              <w:t>0</w:t>
            </w:r>
          </w:p>
        </w:tc>
        <w:tc>
          <w:tcPr>
            <w:tcW w:type="dxa" w:w="2835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7"/>
              </w:rPr>
              <w:t>SUCCESS</w:t>
            </w:r>
          </w:p>
        </w:tc>
        <w:tc>
          <w:tcPr>
            <w:tcW w:type="dxa" w:w="5670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7"/>
              </w:rPr>
              <w:t>정상 처리</w:t>
            </w:r>
          </w:p>
        </w:tc>
      </w:tr>
      <w:tr>
        <w:tc>
          <w:tcPr>
            <w:tcW w:type="dxa" w:w="1134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  <w:shd w:fill="F8FBFD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7"/>
              </w:rPr>
              <w:t>1</w:t>
            </w:r>
          </w:p>
        </w:tc>
        <w:tc>
          <w:tcPr>
            <w:tcW w:type="dxa" w:w="2835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  <w:shd w:fill="F8FBFD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7"/>
              </w:rPr>
              <w:t>INVALID_REQUEST</w:t>
            </w:r>
          </w:p>
        </w:tc>
        <w:tc>
          <w:tcPr>
            <w:tcW w:type="dxa" w:w="5670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  <w:shd w:fill="F8FBFD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7"/>
              </w:rPr>
              <w:t>잘못된 요청값</w:t>
            </w:r>
          </w:p>
        </w:tc>
      </w:tr>
      <w:tr>
        <w:tc>
          <w:tcPr>
            <w:tcW w:type="dxa" w:w="1134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7"/>
              </w:rPr>
              <w:t>2</w:t>
            </w:r>
          </w:p>
        </w:tc>
        <w:tc>
          <w:tcPr>
            <w:tcW w:type="dxa" w:w="2835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7"/>
              </w:rPr>
              <w:t>INVALID_MODE</w:t>
            </w:r>
          </w:p>
        </w:tc>
        <w:tc>
          <w:tcPr>
            <w:tcW w:type="dxa" w:w="5670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7"/>
              </w:rPr>
              <w:t>현재 운용 모드에서 실행할 수 없음</w:t>
            </w:r>
          </w:p>
        </w:tc>
      </w:tr>
      <w:tr>
        <w:tc>
          <w:tcPr>
            <w:tcW w:type="dxa" w:w="1134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  <w:shd w:fill="F8FBFD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7"/>
              </w:rPr>
              <w:t>3</w:t>
            </w:r>
          </w:p>
        </w:tc>
        <w:tc>
          <w:tcPr>
            <w:tcW w:type="dxa" w:w="2835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  <w:shd w:fill="F8FBFD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7"/>
              </w:rPr>
              <w:t>ROBOT_BUSY</w:t>
            </w:r>
          </w:p>
        </w:tc>
        <w:tc>
          <w:tcPr>
            <w:tcW w:type="dxa" w:w="5670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  <w:shd w:fill="F8FBFD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7"/>
              </w:rPr>
              <w:t>다른 임무 수행 중</w:t>
            </w:r>
          </w:p>
        </w:tc>
      </w:tr>
      <w:tr>
        <w:tc>
          <w:tcPr>
            <w:tcW w:type="dxa" w:w="1134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7"/>
              </w:rPr>
              <w:t>4</w:t>
            </w:r>
          </w:p>
        </w:tc>
        <w:tc>
          <w:tcPr>
            <w:tcW w:type="dxa" w:w="2835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7"/>
              </w:rPr>
              <w:t>NAVIGATION_FAILED</w:t>
            </w:r>
          </w:p>
        </w:tc>
        <w:tc>
          <w:tcPr>
            <w:tcW w:type="dxa" w:w="5670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7"/>
              </w:rPr>
              <w:t>이동 명령 실패</w:t>
            </w:r>
          </w:p>
        </w:tc>
      </w:tr>
      <w:tr>
        <w:tc>
          <w:tcPr>
            <w:tcW w:type="dxa" w:w="1134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  <w:shd w:fill="F8FBFD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7"/>
              </w:rPr>
              <w:t>5</w:t>
            </w:r>
          </w:p>
        </w:tc>
        <w:tc>
          <w:tcPr>
            <w:tcW w:type="dxa" w:w="2835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  <w:shd w:fill="F8FBFD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7"/>
              </w:rPr>
              <w:t>SENSOR_ERROR</w:t>
            </w:r>
          </w:p>
        </w:tc>
        <w:tc>
          <w:tcPr>
            <w:tcW w:type="dxa" w:w="5670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  <w:shd w:fill="F8FBFD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7"/>
              </w:rPr>
              <w:t>센서 오류</w:t>
            </w:r>
          </w:p>
        </w:tc>
      </w:tr>
      <w:tr>
        <w:tc>
          <w:tcPr>
            <w:tcW w:type="dxa" w:w="1134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7"/>
              </w:rPr>
              <w:t>6</w:t>
            </w:r>
          </w:p>
        </w:tc>
        <w:tc>
          <w:tcPr>
            <w:tcW w:type="dxa" w:w="2835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7"/>
              </w:rPr>
              <w:t>LOW_BATTERY</w:t>
            </w:r>
          </w:p>
        </w:tc>
        <w:tc>
          <w:tcPr>
            <w:tcW w:type="dxa" w:w="5670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7"/>
              </w:rPr>
              <w:t>배터리 부족</w:t>
            </w:r>
          </w:p>
        </w:tc>
      </w:tr>
      <w:tr>
        <w:tc>
          <w:tcPr>
            <w:tcW w:type="dxa" w:w="1134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  <w:shd w:fill="F8FBFD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7"/>
              </w:rPr>
              <w:t>7</w:t>
            </w:r>
          </w:p>
        </w:tc>
        <w:tc>
          <w:tcPr>
            <w:tcW w:type="dxa" w:w="2835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  <w:shd w:fill="F8FBFD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7"/>
              </w:rPr>
              <w:t>EMERGENCY_STOP_ACTIVE</w:t>
            </w:r>
          </w:p>
        </w:tc>
        <w:tc>
          <w:tcPr>
            <w:tcW w:type="dxa" w:w="5670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  <w:shd w:fill="F8FBFD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7"/>
              </w:rPr>
              <w:t>비상정지 활성화 상태</w:t>
            </w:r>
          </w:p>
        </w:tc>
      </w:tr>
      <w:tr>
        <w:tc>
          <w:tcPr>
            <w:tcW w:type="dxa" w:w="1134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7"/>
              </w:rPr>
              <w:t>8</w:t>
            </w:r>
          </w:p>
        </w:tc>
        <w:tc>
          <w:tcPr>
            <w:tcW w:type="dxa" w:w="2835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7"/>
              </w:rPr>
              <w:t>NOT_FOUND</w:t>
            </w:r>
          </w:p>
        </w:tc>
        <w:tc>
          <w:tcPr>
            <w:tcW w:type="dxa" w:w="5670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7"/>
              </w:rPr>
              <w:t>요청한 데이터 또는 파일 없음</w:t>
            </w:r>
          </w:p>
        </w:tc>
      </w:tr>
      <w:tr>
        <w:tc>
          <w:tcPr>
            <w:tcW w:type="dxa" w:w="1134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  <w:shd w:fill="F8FBFD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7"/>
              </w:rPr>
              <w:t>9</w:t>
            </w:r>
          </w:p>
        </w:tc>
        <w:tc>
          <w:tcPr>
            <w:tcW w:type="dxa" w:w="2835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  <w:shd w:fill="F8FBFD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7"/>
              </w:rPr>
              <w:t>TIMEOUT</w:t>
            </w:r>
          </w:p>
        </w:tc>
        <w:tc>
          <w:tcPr>
            <w:tcW w:type="dxa" w:w="5670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  <w:shd w:fill="F8FBFD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7"/>
              </w:rPr>
              <w:t>제한 시간 초과</w:t>
            </w:r>
          </w:p>
        </w:tc>
      </w:tr>
      <w:tr>
        <w:tc>
          <w:tcPr>
            <w:tcW w:type="dxa" w:w="1134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7"/>
              </w:rPr>
              <w:t>10</w:t>
            </w:r>
          </w:p>
        </w:tc>
        <w:tc>
          <w:tcPr>
            <w:tcW w:type="dxa" w:w="2835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7"/>
              </w:rPr>
              <w:t>INTERNAL_ERROR</w:t>
            </w:r>
          </w:p>
        </w:tc>
        <w:tc>
          <w:tcPr>
            <w:tcW w:type="dxa" w:w="5670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7"/>
              </w:rPr>
              <w:t>내부 처리 오류</w:t>
            </w:r>
          </w:p>
        </w:tc>
      </w:tr>
    </w:tbl>
    <w:p>
      <w:pPr>
        <w:spacing w:after="0"/>
      </w:pPr>
    </w:p>
    <w:p>
      <w:pPr>
        <w:spacing w:before="0" w:after="80" w:line="312" w:lineRule="auto"/>
      </w:pPr>
      <w:r>
        <w:rPr>
          <w:rFonts w:ascii="Noto Sans CJK KR" w:hAnsi="Noto Sans CJK KR" w:eastAsia="Noto Sans CJK KR"/>
          <w:b w:val="0"/>
          <w:i w:val="0"/>
          <w:sz w:val="20"/>
        </w:rPr>
        <w:t>서비스 실패 시 message에는 관리자 GUI에 직접 표시할 수 있는 설명을 작성한다.</w:t>
      </w:r>
    </w:p>
    <w:p>
      <w:pPr>
        <w:spacing w:before="40" w:after="100" w:line="240" w:lineRule="auto"/>
        <w:ind w:left="283" w:right="283"/>
        <w:shd w:fill="F2F2F2"/>
      </w:pPr>
      <w:r>
        <w:rPr>
          <w:rFonts w:ascii="Noto Sans Mono CJK KR" w:hAnsi="Noto Sans Mono CJK KR" w:eastAsia="Noto Sans Mono CJK KR"/>
          <w:sz w:val="17"/>
        </w:rPr>
        <w:t>success: false</w:t>
        <w:br/>
      </w:r>
      <w:r>
        <w:rPr>
          <w:rFonts w:ascii="Noto Sans Mono CJK KR" w:hAnsi="Noto Sans Mono CJK KR" w:eastAsia="Noto Sans Mono CJK KR"/>
          <w:sz w:val="17"/>
        </w:rPr>
        <w:t>result_code: 6</w:t>
        <w:br/>
      </w:r>
      <w:r>
        <w:rPr>
          <w:rFonts w:ascii="Noto Sans Mono CJK KR" w:hAnsi="Noto Sans Mono CJK KR" w:eastAsia="Noto Sans Mono CJK KR"/>
          <w:sz w:val="17"/>
        </w:rPr>
        <w:t>message: "배터리 잔량이 부족하여 순찰을 시작할 수 없습니다."</w:t>
      </w:r>
    </w:p>
    <w:p>
      <w:pPr>
        <w:pStyle w:val="Heading1"/>
        <w:keepNext/>
        <w:pBdr>
          <w:bottom w:val="single" w:sz="8" w:space="3" w:color="1F4E78"/>
        </w:pBdr>
      </w:pPr>
      <w:r>
        <w:t>10. 액션 인터페이스 명세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space="0" w:color="7F8C8D"/>
          <w:left w:val="single" w:sz="4" w:space="0" w:color="7F8C8D"/>
          <w:bottom w:val="single" w:sz="4" w:space="0" w:color="7F8C8D"/>
          <w:right w:val="single" w:sz="4" w:space="0" w:color="7F8C8D"/>
          <w:insideH w:val="single" w:sz="4" w:space="0" w:color="7F8C8D"/>
          <w:insideV w:val="single" w:sz="4" w:space="0" w:color="7F8C8D"/>
        </w:tblBorders>
      </w:tblPr>
      <w:tblGrid>
        <w:gridCol w:w="2551"/>
        <w:gridCol w:w="2551"/>
        <w:gridCol w:w="2551"/>
        <w:gridCol w:w="2551"/>
      </w:tblGrid>
      <w:tr>
        <w:trPr>
          <w:cantSplit/>
        </w:trPr>
        <w:tc>
          <w:tcPr>
            <w:tcW w:type="dxa" w:w="1360"/>
            <w:tcMar>
              <w:top w:w="85" w:type="dxa"/>
              <w:start w:w="80" w:type="dxa"/>
              <w:bottom w:w="85" w:type="dxa"/>
              <w:end w:w="80" w:type="dxa"/>
            </w:tcMar>
            <w:vAlign w:val="center"/>
            <w:shd w:fill="D9EAF7"/>
          </w:tcPr>
          <w:p>
            <w:pPr>
              <w:spacing w:after="0"/>
              <w:jc w:val="center"/>
            </w:pPr>
            <w:r>
              <w:rPr>
                <w:rFonts w:ascii="Noto Sans CJK KR" w:hAnsi="Noto Sans CJK KR" w:eastAsia="Noto Sans CJK KR"/>
                <w:b/>
                <w:sz w:val="17"/>
              </w:rPr>
              <w:t>HS-OR-ACT-001</w:t>
            </w:r>
          </w:p>
        </w:tc>
        <w:tc>
          <w:tcPr>
            <w:tcW w:type="dxa" w:w="5953"/>
            <w:tcMar>
              <w:top w:w="85" w:type="dxa"/>
              <w:start w:w="80" w:type="dxa"/>
              <w:bottom w:w="85" w:type="dxa"/>
              <w:end w:w="8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Noto Sans CJK KR" w:hAnsi="Noto Sans CJK KR" w:eastAsia="Noto Sans CJK KR"/>
                <w:b w:val="0"/>
                <w:sz w:val="17"/>
              </w:rPr>
              <w:t>장시간 이동, 순찰 및 방문자 안내처럼 완료까지 지속 시간이 필요한 작업은 ROS 2 액션으로 구현하여야 한다.</w:t>
            </w:r>
          </w:p>
        </w:tc>
        <w:tc>
          <w:tcPr>
            <w:tcW w:type="dxa" w:w="1020"/>
            <w:tcMar>
              <w:top w:w="85" w:type="dxa"/>
              <w:start w:w="80" w:type="dxa"/>
              <w:bottom w:w="85" w:type="dxa"/>
              <w:end w:w="80" w:type="dxa"/>
            </w:tcMar>
            <w:vAlign w:val="center"/>
            <w:shd w:fill="F5F5F5"/>
          </w:tcPr>
          <w:p>
            <w:pPr>
              <w:spacing w:after="0"/>
              <w:jc w:val="center"/>
            </w:pPr>
            <w:r>
              <w:rPr>
                <w:rFonts w:ascii="Noto Sans CJK KR" w:hAnsi="Noto Sans CJK KR" w:eastAsia="Noto Sans CJK KR"/>
                <w:b w:val="0"/>
                <w:sz w:val="17"/>
              </w:rPr>
              <w:t>필수</w:t>
            </w:r>
          </w:p>
        </w:tc>
        <w:tc>
          <w:tcPr>
            <w:tcW w:type="dxa" w:w="1304"/>
            <w:tcMar>
              <w:top w:w="85" w:type="dxa"/>
              <w:start w:w="80" w:type="dxa"/>
              <w:bottom w:w="85" w:type="dxa"/>
              <w:end w:w="80" w:type="dxa"/>
            </w:tcMar>
            <w:vAlign w:val="center"/>
            <w:shd w:fill="F5F5F5"/>
          </w:tcPr>
          <w:p>
            <w:pPr>
              <w:spacing w:after="0"/>
              <w:jc w:val="center"/>
            </w:pPr>
            <w:r>
              <w:rPr>
                <w:rFonts w:ascii="Noto Sans CJK KR" w:hAnsi="Noto Sans CJK KR" w:eastAsia="Noto Sans CJK KR"/>
                <w:b w:val="0"/>
                <w:sz w:val="17"/>
              </w:rPr>
              <w:t>검사/시험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space="0" w:color="B7B7B7"/>
          <w:left w:val="single" w:sz="4" w:space="0" w:color="B7B7B7"/>
          <w:bottom w:val="single" w:sz="4" w:space="0" w:color="B7B7B7"/>
          <w:right w:val="single" w:sz="4" w:space="0" w:color="B7B7B7"/>
          <w:insideH w:val="single" w:sz="4" w:space="0" w:color="B7B7B7"/>
          <w:insideV w:val="single" w:sz="4" w:space="0" w:color="B7B7B7"/>
        </w:tblBorders>
      </w:tblPr>
      <w:tblGrid>
        <w:gridCol w:w="2041"/>
        <w:gridCol w:w="2041"/>
        <w:gridCol w:w="2041"/>
        <w:gridCol w:w="2041"/>
        <w:gridCol w:w="2041"/>
      </w:tblGrid>
      <w:tr>
        <w:trPr>
          <w:tblHeader w:val="true"/>
        </w:trPr>
        <w:tc>
          <w:tcPr>
            <w:tcW w:type="dxa" w:w="2268"/>
            <w:shd w:fill="1F4E78"/>
            <w:tcMar>
              <w:top w:w="80" w:type="dxa"/>
              <w:start w:w="70" w:type="dxa"/>
              <w:bottom w:w="80" w:type="dxa"/>
              <w:end w:w="7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Noto Sans CJK KR" w:hAnsi="Noto Sans CJK KR" w:eastAsia="Noto Sans CJK KR"/>
                <w:b/>
                <w:color w:val="FFFFFF"/>
                <w:sz w:val="16"/>
              </w:rPr>
              <w:t>액션명</w:t>
            </w:r>
          </w:p>
        </w:tc>
        <w:tc>
          <w:tcPr>
            <w:tcW w:type="dxa" w:w="2154"/>
            <w:shd w:fill="1F4E78"/>
            <w:tcMar>
              <w:top w:w="80" w:type="dxa"/>
              <w:start w:w="70" w:type="dxa"/>
              <w:bottom w:w="80" w:type="dxa"/>
              <w:end w:w="7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Noto Sans CJK KR" w:hAnsi="Noto Sans CJK KR" w:eastAsia="Noto Sans CJK KR"/>
                <w:b/>
                <w:color w:val="FFFFFF"/>
                <w:sz w:val="16"/>
              </w:rPr>
              <w:t>액션 자료형</w:t>
            </w:r>
          </w:p>
        </w:tc>
        <w:tc>
          <w:tcPr>
            <w:tcW w:type="dxa" w:w="1587"/>
            <w:shd w:fill="1F4E78"/>
            <w:tcMar>
              <w:top w:w="80" w:type="dxa"/>
              <w:start w:w="70" w:type="dxa"/>
              <w:bottom w:w="80" w:type="dxa"/>
              <w:end w:w="7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Noto Sans CJK KR" w:hAnsi="Noto Sans CJK KR" w:eastAsia="Noto Sans CJK KR"/>
                <w:b/>
                <w:color w:val="FFFFFF"/>
                <w:sz w:val="16"/>
              </w:rPr>
              <w:t>액션 서버</w:t>
            </w:r>
          </w:p>
        </w:tc>
        <w:tc>
          <w:tcPr>
            <w:tcW w:type="dxa" w:w="1984"/>
            <w:shd w:fill="1F4E78"/>
            <w:tcMar>
              <w:top w:w="80" w:type="dxa"/>
              <w:start w:w="70" w:type="dxa"/>
              <w:bottom w:w="80" w:type="dxa"/>
              <w:end w:w="7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Noto Sans CJK KR" w:hAnsi="Noto Sans CJK KR" w:eastAsia="Noto Sans CJK KR"/>
                <w:b/>
                <w:color w:val="FFFFFF"/>
                <w:sz w:val="16"/>
              </w:rPr>
              <w:t>액션 클라이언트</w:t>
            </w:r>
          </w:p>
        </w:tc>
        <w:tc>
          <w:tcPr>
            <w:tcW w:type="dxa" w:w="1871"/>
            <w:shd w:fill="1F4E78"/>
            <w:tcMar>
              <w:top w:w="80" w:type="dxa"/>
              <w:start w:w="70" w:type="dxa"/>
              <w:bottom w:w="80" w:type="dxa"/>
              <w:end w:w="7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Noto Sans CJK KR" w:hAnsi="Noto Sans CJK KR" w:eastAsia="Noto Sans CJK KR"/>
                <w:b/>
                <w:color w:val="FFFFFF"/>
                <w:sz w:val="16"/>
              </w:rPr>
              <w:t>역할</w:t>
            </w:r>
          </w:p>
        </w:tc>
      </w:tr>
      <w:tr>
        <w:tc>
          <w:tcPr>
            <w:tcW w:type="dxa" w:w="2268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4"/>
              </w:rPr>
              <w:t>/navigate_to_pose</w:t>
            </w:r>
          </w:p>
        </w:tc>
        <w:tc>
          <w:tcPr>
            <w:tcW w:type="dxa" w:w="2154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4"/>
              </w:rPr>
              <w:t>nav2_msgs/action/NavigateToPose</w:t>
            </w:r>
          </w:p>
        </w:tc>
        <w:tc>
          <w:tcPr>
            <w:tcW w:type="dxa" w:w="1587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4"/>
              </w:rPr>
              <w:t>Nav2</w:t>
            </w:r>
          </w:p>
        </w:tc>
        <w:tc>
          <w:tcPr>
            <w:tcW w:type="dxa" w:w="1984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4"/>
              </w:rPr>
              <w:t>patrol_manager</w:t>
            </w:r>
          </w:p>
        </w:tc>
        <w:tc>
          <w:tcPr>
            <w:tcW w:type="dxa" w:w="1871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4"/>
              </w:rPr>
              <w:t>좌표로 지정된 위치 이동</w:t>
            </w:r>
          </w:p>
        </w:tc>
      </w:tr>
      <w:tr>
        <w:tc>
          <w:tcPr>
            <w:tcW w:type="dxa" w:w="2268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  <w:shd w:fill="F8FBFD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4"/>
              </w:rPr>
              <w:t>/office_robot/navigate_to_named_location</w:t>
            </w:r>
          </w:p>
        </w:tc>
        <w:tc>
          <w:tcPr>
            <w:tcW w:type="dxa" w:w="2154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  <w:shd w:fill="F8FBFD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4"/>
              </w:rPr>
              <w:t>office_robot_msgs/action/NavigateToNamedLocation</w:t>
            </w:r>
          </w:p>
        </w:tc>
        <w:tc>
          <w:tcPr>
            <w:tcW w:type="dxa" w:w="1587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  <w:shd w:fill="F8FBFD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4"/>
              </w:rPr>
              <w:t>patrol_manager</w:t>
            </w:r>
          </w:p>
        </w:tc>
        <w:tc>
          <w:tcPr>
            <w:tcW w:type="dxa" w:w="1984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  <w:shd w:fill="F8FBFD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4"/>
              </w:rPr>
              <w:t>admin_gui, greeting_manager</w:t>
            </w:r>
          </w:p>
        </w:tc>
        <w:tc>
          <w:tcPr>
            <w:tcW w:type="dxa" w:w="1871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  <w:shd w:fill="F8FBFD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4"/>
              </w:rPr>
              <w:t>이름으로 지정된 장소 이동</w:t>
            </w:r>
          </w:p>
        </w:tc>
      </w:tr>
      <w:tr>
        <w:tc>
          <w:tcPr>
            <w:tcW w:type="dxa" w:w="2268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4"/>
              </w:rPr>
              <w:t>/office_robot/execute_patrol</w:t>
            </w:r>
          </w:p>
        </w:tc>
        <w:tc>
          <w:tcPr>
            <w:tcW w:type="dxa" w:w="2154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4"/>
              </w:rPr>
              <w:t>office_robot_msgs/action/ExecutePatrol</w:t>
            </w:r>
          </w:p>
        </w:tc>
        <w:tc>
          <w:tcPr>
            <w:tcW w:type="dxa" w:w="1587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4"/>
              </w:rPr>
              <w:t>patrol_manager</w:t>
            </w:r>
          </w:p>
        </w:tc>
        <w:tc>
          <w:tcPr>
            <w:tcW w:type="dxa" w:w="1984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4"/>
              </w:rPr>
              <w:t>admin_gui, robot_state_manager</w:t>
            </w:r>
          </w:p>
        </w:tc>
        <w:tc>
          <w:tcPr>
            <w:tcW w:type="dxa" w:w="1871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4"/>
              </w:rPr>
              <w:t>전체 순찰 경로 수행</w:t>
            </w:r>
          </w:p>
        </w:tc>
      </w:tr>
      <w:tr>
        <w:tc>
          <w:tcPr>
            <w:tcW w:type="dxa" w:w="2268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  <w:shd w:fill="F8FBFD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4"/>
              </w:rPr>
              <w:t>/office_robot/guide_visitor</w:t>
            </w:r>
          </w:p>
        </w:tc>
        <w:tc>
          <w:tcPr>
            <w:tcW w:type="dxa" w:w="2154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  <w:shd w:fill="F8FBFD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4"/>
              </w:rPr>
              <w:t>office_robot_msgs/action/GuideVisitor</w:t>
            </w:r>
          </w:p>
        </w:tc>
        <w:tc>
          <w:tcPr>
            <w:tcW w:type="dxa" w:w="1587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  <w:shd w:fill="F8FBFD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4"/>
              </w:rPr>
              <w:t>greeting_manager</w:t>
            </w:r>
          </w:p>
        </w:tc>
        <w:tc>
          <w:tcPr>
            <w:tcW w:type="dxa" w:w="1984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  <w:shd w:fill="F8FBFD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4"/>
              </w:rPr>
              <w:t>admin_gui</w:t>
            </w:r>
          </w:p>
        </w:tc>
        <w:tc>
          <w:tcPr>
            <w:tcW w:type="dxa" w:w="1871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  <w:shd w:fill="F8FBFD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4"/>
              </w:rPr>
              <w:t>방문자를 지정 장소까지 안내</w:t>
            </w:r>
          </w:p>
        </w:tc>
      </w:tr>
      <w:tr>
        <w:tc>
          <w:tcPr>
            <w:tcW w:type="dxa" w:w="2268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4"/>
              </w:rPr>
              <w:t>/office_robot/execute_errand</w:t>
            </w:r>
          </w:p>
        </w:tc>
        <w:tc>
          <w:tcPr>
            <w:tcW w:type="dxa" w:w="2154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4"/>
              </w:rPr>
              <w:t>office_robot_msgs/action/ExecuteErrand</w:t>
            </w:r>
          </w:p>
        </w:tc>
        <w:tc>
          <w:tcPr>
            <w:tcW w:type="dxa" w:w="1587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4"/>
              </w:rPr>
              <w:t>patrol_manager</w:t>
            </w:r>
          </w:p>
        </w:tc>
        <w:tc>
          <w:tcPr>
            <w:tcW w:type="dxa" w:w="1984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4"/>
              </w:rPr>
              <w:t>admin_gui</w:t>
            </w:r>
          </w:p>
        </w:tc>
        <w:tc>
          <w:tcPr>
            <w:tcW w:type="dxa" w:w="1871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4"/>
              </w:rPr>
              <w:t>지정 장소로 이동하는 심부름 임무 수행</w:t>
            </w:r>
          </w:p>
        </w:tc>
      </w:tr>
    </w:tbl>
    <w:p>
      <w:pPr>
        <w:spacing w:after="0"/>
      </w:pPr>
    </w:p>
    <w:p>
      <w:pPr>
        <w:pStyle w:val="Heading1"/>
        <w:keepNext/>
        <w:pBdr>
          <w:bottom w:val="single" w:sz="8" w:space="3" w:color="1F4E78"/>
        </w:pBdr>
      </w:pPr>
      <w:r>
        <w:t>11. 이름 기반 장소 이동 액션</w:t>
      </w:r>
    </w:p>
    <w:p>
      <w:pPr>
        <w:pStyle w:val="Heading2"/>
        <w:keepNext/>
      </w:pPr>
      <w:r>
        <w:t>11.1 NavigateToNamedLocation.action</w:t>
      </w:r>
    </w:p>
    <w:p>
      <w:pPr>
        <w:spacing w:before="40" w:after="100" w:line="240" w:lineRule="auto"/>
        <w:ind w:left="283" w:right="283"/>
        <w:shd w:fill="F2F2F2"/>
      </w:pPr>
      <w:r>
        <w:rPr>
          <w:rFonts w:ascii="Noto Sans Mono CJK KR" w:hAnsi="Noto Sans Mono CJK KR" w:eastAsia="Noto Sans Mono CJK KR"/>
          <w:sz w:val="17"/>
        </w:rPr>
        <w:t>string location_name</w:t>
        <w:br/>
      </w:r>
      <w:r>
        <w:rPr>
          <w:rFonts w:ascii="Noto Sans Mono CJK KR" w:hAnsi="Noto Sans Mono CJK KR" w:eastAsia="Noto Sans Mono CJK KR"/>
          <w:sz w:val="17"/>
        </w:rPr>
        <w:t>float32 timeout_sec</w:t>
        <w:br/>
      </w:r>
      <w:r>
        <w:rPr>
          <w:rFonts w:ascii="Noto Sans Mono CJK KR" w:hAnsi="Noto Sans Mono CJK KR" w:eastAsia="Noto Sans Mono CJK KR"/>
          <w:sz w:val="17"/>
        </w:rPr>
        <w:t>bool return_to_start</w:t>
        <w:br/>
      </w:r>
      <w:r>
        <w:rPr>
          <w:rFonts w:ascii="Noto Sans Mono CJK KR" w:hAnsi="Noto Sans Mono CJK KR" w:eastAsia="Noto Sans Mono CJK KR"/>
          <w:sz w:val="17"/>
        </w:rPr>
        <w:t>---</w:t>
        <w:br/>
      </w:r>
      <w:r>
        <w:rPr>
          <w:rFonts w:ascii="Noto Sans Mono CJK KR" w:hAnsi="Noto Sans Mono CJK KR" w:eastAsia="Noto Sans Mono CJK KR"/>
          <w:sz w:val="17"/>
        </w:rPr>
        <w:t>bool success</w:t>
        <w:br/>
      </w:r>
      <w:r>
        <w:rPr>
          <w:rFonts w:ascii="Noto Sans Mono CJK KR" w:hAnsi="Noto Sans Mono CJK KR" w:eastAsia="Noto Sans Mono CJK KR"/>
          <w:sz w:val="17"/>
        </w:rPr>
        <w:t>int32 result_code</w:t>
        <w:br/>
      </w:r>
      <w:r>
        <w:rPr>
          <w:rFonts w:ascii="Noto Sans Mono CJK KR" w:hAnsi="Noto Sans Mono CJK KR" w:eastAsia="Noto Sans Mono CJK KR"/>
          <w:sz w:val="17"/>
        </w:rPr>
        <w:t>string message</w:t>
        <w:br/>
      </w:r>
      <w:r>
        <w:rPr>
          <w:rFonts w:ascii="Noto Sans Mono CJK KR" w:hAnsi="Noto Sans Mono CJK KR" w:eastAsia="Noto Sans Mono CJK KR"/>
          <w:sz w:val="17"/>
        </w:rPr>
        <w:t>string final_location</w:t>
        <w:br/>
      </w:r>
      <w:r>
        <w:rPr>
          <w:rFonts w:ascii="Noto Sans Mono CJK KR" w:hAnsi="Noto Sans Mono CJK KR" w:eastAsia="Noto Sans Mono CJK KR"/>
          <w:sz w:val="17"/>
        </w:rPr>
        <w:t>---</w:t>
        <w:br/>
      </w:r>
      <w:r>
        <w:rPr>
          <w:rFonts w:ascii="Noto Sans Mono CJK KR" w:hAnsi="Noto Sans Mono CJK KR" w:eastAsia="Noto Sans Mono CJK KR"/>
          <w:sz w:val="17"/>
        </w:rPr>
        <w:t>string navigation_state</w:t>
        <w:br/>
      </w:r>
      <w:r>
        <w:rPr>
          <w:rFonts w:ascii="Noto Sans Mono CJK KR" w:hAnsi="Noto Sans Mono CJK KR" w:eastAsia="Noto Sans Mono CJK KR"/>
          <w:sz w:val="17"/>
        </w:rPr>
        <w:t>float32 distance_remaining</w:t>
        <w:br/>
      </w:r>
      <w:r>
        <w:rPr>
          <w:rFonts w:ascii="Noto Sans Mono CJK KR" w:hAnsi="Noto Sans Mono CJK KR" w:eastAsia="Noto Sans Mono CJK KR"/>
          <w:sz w:val="17"/>
        </w:rPr>
        <w:t>float32 progress</w:t>
        <w:br/>
      </w:r>
      <w:r>
        <w:rPr>
          <w:rFonts w:ascii="Noto Sans Mono CJK KR" w:hAnsi="Noto Sans Mono CJK KR" w:eastAsia="Noto Sans Mono CJK KR"/>
          <w:sz w:val="17"/>
        </w:rPr>
        <w:t>string current_location</w:t>
      </w:r>
    </w:p>
    <w:p>
      <w:pPr>
        <w:pStyle w:val="Heading3"/>
        <w:keepNext/>
      </w:pPr>
      <w:r>
        <w:t>Goal 필드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space="0" w:color="B7B7B7"/>
          <w:left w:val="single" w:sz="4" w:space="0" w:color="B7B7B7"/>
          <w:bottom w:val="single" w:sz="4" w:space="0" w:color="B7B7B7"/>
          <w:right w:val="single" w:sz="4" w:space="0" w:color="B7B7B7"/>
          <w:insideH w:val="single" w:sz="4" w:space="0" w:color="B7B7B7"/>
          <w:insideV w:val="single" w:sz="4" w:space="0" w:color="B7B7B7"/>
        </w:tblBorders>
      </w:tblPr>
      <w:tblGrid>
        <w:gridCol w:w="5103"/>
        <w:gridCol w:w="5103"/>
      </w:tblGrid>
      <w:tr>
        <w:trPr>
          <w:tblHeader w:val="true"/>
        </w:trPr>
        <w:tc>
          <w:tcPr>
            <w:tcW w:type="dxa" w:w="2835"/>
            <w:shd w:fill="1F4E78"/>
            <w:tcMar>
              <w:top w:w="80" w:type="dxa"/>
              <w:start w:w="70" w:type="dxa"/>
              <w:bottom w:w="80" w:type="dxa"/>
              <w:end w:w="7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Noto Sans CJK KR" w:hAnsi="Noto Sans CJK KR" w:eastAsia="Noto Sans CJK KR"/>
                <w:b/>
                <w:color w:val="FFFFFF"/>
                <w:sz w:val="16"/>
              </w:rPr>
              <w:t>필드</w:t>
            </w:r>
          </w:p>
        </w:tc>
        <w:tc>
          <w:tcPr>
            <w:tcW w:type="dxa" w:w="6804"/>
            <w:shd w:fill="1F4E78"/>
            <w:tcMar>
              <w:top w:w="80" w:type="dxa"/>
              <w:start w:w="70" w:type="dxa"/>
              <w:bottom w:w="80" w:type="dxa"/>
              <w:end w:w="7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Noto Sans CJK KR" w:hAnsi="Noto Sans CJK KR" w:eastAsia="Noto Sans CJK KR"/>
                <w:b/>
                <w:color w:val="FFFFFF"/>
                <w:sz w:val="16"/>
              </w:rPr>
              <w:t>설명</w:t>
            </w:r>
          </w:p>
        </w:tc>
      </w:tr>
      <w:tr>
        <w:tc>
          <w:tcPr>
            <w:tcW w:type="dxa" w:w="2835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8"/>
              </w:rPr>
              <w:t>location_name</w:t>
            </w:r>
          </w:p>
        </w:tc>
        <w:tc>
          <w:tcPr>
            <w:tcW w:type="dxa" w:w="6804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8"/>
              </w:rPr>
              <w:t>이동할 장소 이름</w:t>
            </w:r>
          </w:p>
        </w:tc>
      </w:tr>
      <w:tr>
        <w:tc>
          <w:tcPr>
            <w:tcW w:type="dxa" w:w="2835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  <w:shd w:fill="F8FBFD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8"/>
              </w:rPr>
              <w:t>timeout_sec</w:t>
            </w:r>
          </w:p>
        </w:tc>
        <w:tc>
          <w:tcPr>
            <w:tcW w:type="dxa" w:w="6804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  <w:shd w:fill="F8FBFD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8"/>
              </w:rPr>
              <w:t>이동 제한 시간</w:t>
            </w:r>
          </w:p>
        </w:tc>
      </w:tr>
      <w:tr>
        <w:tc>
          <w:tcPr>
            <w:tcW w:type="dxa" w:w="2835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8"/>
              </w:rPr>
              <w:t>return_to_start</w:t>
            </w:r>
          </w:p>
        </w:tc>
        <w:tc>
          <w:tcPr>
            <w:tcW w:type="dxa" w:w="6804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8"/>
              </w:rPr>
              <w:t>목적지 도착 후 출발지로 복귀할지 여부</w:t>
            </w:r>
          </w:p>
        </w:tc>
      </w:tr>
    </w:tbl>
    <w:p>
      <w:pPr>
        <w:spacing w:after="0"/>
      </w:pPr>
    </w:p>
    <w:p>
      <w:pPr>
        <w:pStyle w:val="Heading3"/>
        <w:keepNext/>
      </w:pPr>
      <w:r>
        <w:t>Result 필드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space="0" w:color="B7B7B7"/>
          <w:left w:val="single" w:sz="4" w:space="0" w:color="B7B7B7"/>
          <w:bottom w:val="single" w:sz="4" w:space="0" w:color="B7B7B7"/>
          <w:right w:val="single" w:sz="4" w:space="0" w:color="B7B7B7"/>
          <w:insideH w:val="single" w:sz="4" w:space="0" w:color="B7B7B7"/>
          <w:insideV w:val="single" w:sz="4" w:space="0" w:color="B7B7B7"/>
        </w:tblBorders>
      </w:tblPr>
      <w:tblGrid>
        <w:gridCol w:w="5103"/>
        <w:gridCol w:w="5103"/>
      </w:tblGrid>
      <w:tr>
        <w:trPr>
          <w:tblHeader w:val="true"/>
        </w:trPr>
        <w:tc>
          <w:tcPr>
            <w:tcW w:type="dxa" w:w="2835"/>
            <w:shd w:fill="1F4E78"/>
            <w:tcMar>
              <w:top w:w="80" w:type="dxa"/>
              <w:start w:w="70" w:type="dxa"/>
              <w:bottom w:w="80" w:type="dxa"/>
              <w:end w:w="7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Noto Sans CJK KR" w:hAnsi="Noto Sans CJK KR" w:eastAsia="Noto Sans CJK KR"/>
                <w:b/>
                <w:color w:val="FFFFFF"/>
                <w:sz w:val="16"/>
              </w:rPr>
              <w:t>필드</w:t>
            </w:r>
          </w:p>
        </w:tc>
        <w:tc>
          <w:tcPr>
            <w:tcW w:type="dxa" w:w="6804"/>
            <w:shd w:fill="1F4E78"/>
            <w:tcMar>
              <w:top w:w="80" w:type="dxa"/>
              <w:start w:w="70" w:type="dxa"/>
              <w:bottom w:w="80" w:type="dxa"/>
              <w:end w:w="7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Noto Sans CJK KR" w:hAnsi="Noto Sans CJK KR" w:eastAsia="Noto Sans CJK KR"/>
                <w:b/>
                <w:color w:val="FFFFFF"/>
                <w:sz w:val="16"/>
              </w:rPr>
              <w:t>설명</w:t>
            </w:r>
          </w:p>
        </w:tc>
      </w:tr>
      <w:tr>
        <w:tc>
          <w:tcPr>
            <w:tcW w:type="dxa" w:w="2835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8"/>
              </w:rPr>
              <w:t>success</w:t>
            </w:r>
          </w:p>
        </w:tc>
        <w:tc>
          <w:tcPr>
            <w:tcW w:type="dxa" w:w="6804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8"/>
              </w:rPr>
              <w:t>이동 성공 여부</w:t>
            </w:r>
          </w:p>
        </w:tc>
      </w:tr>
      <w:tr>
        <w:tc>
          <w:tcPr>
            <w:tcW w:type="dxa" w:w="2835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  <w:shd w:fill="F8FBFD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8"/>
              </w:rPr>
              <w:t>result_code</w:t>
            </w:r>
          </w:p>
        </w:tc>
        <w:tc>
          <w:tcPr>
            <w:tcW w:type="dxa" w:w="6804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  <w:shd w:fill="F8FBFD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8"/>
              </w:rPr>
              <w:t>결과 코드</w:t>
            </w:r>
          </w:p>
        </w:tc>
      </w:tr>
      <w:tr>
        <w:tc>
          <w:tcPr>
            <w:tcW w:type="dxa" w:w="2835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8"/>
              </w:rPr>
              <w:t>message</w:t>
            </w:r>
          </w:p>
        </w:tc>
        <w:tc>
          <w:tcPr>
            <w:tcW w:type="dxa" w:w="6804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8"/>
              </w:rPr>
              <w:t>결과 설명</w:t>
            </w:r>
          </w:p>
        </w:tc>
      </w:tr>
      <w:tr>
        <w:tc>
          <w:tcPr>
            <w:tcW w:type="dxa" w:w="2835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  <w:shd w:fill="F8FBFD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8"/>
              </w:rPr>
              <w:t>final_location</w:t>
            </w:r>
          </w:p>
        </w:tc>
        <w:tc>
          <w:tcPr>
            <w:tcW w:type="dxa" w:w="6804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  <w:shd w:fill="F8FBFD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8"/>
              </w:rPr>
              <w:t>최종 도착 위치</w:t>
            </w:r>
          </w:p>
        </w:tc>
      </w:tr>
    </w:tbl>
    <w:p>
      <w:pPr>
        <w:spacing w:after="0"/>
      </w:pPr>
    </w:p>
    <w:p>
      <w:pPr>
        <w:pStyle w:val="Heading3"/>
        <w:keepNext/>
      </w:pPr>
      <w:r>
        <w:t>Feedback 필드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space="0" w:color="B7B7B7"/>
          <w:left w:val="single" w:sz="4" w:space="0" w:color="B7B7B7"/>
          <w:bottom w:val="single" w:sz="4" w:space="0" w:color="B7B7B7"/>
          <w:right w:val="single" w:sz="4" w:space="0" w:color="B7B7B7"/>
          <w:insideH w:val="single" w:sz="4" w:space="0" w:color="B7B7B7"/>
          <w:insideV w:val="single" w:sz="4" w:space="0" w:color="B7B7B7"/>
        </w:tblBorders>
      </w:tblPr>
      <w:tblGrid>
        <w:gridCol w:w="5103"/>
        <w:gridCol w:w="5103"/>
      </w:tblGrid>
      <w:tr>
        <w:trPr>
          <w:tblHeader w:val="true"/>
        </w:trPr>
        <w:tc>
          <w:tcPr>
            <w:tcW w:type="dxa" w:w="2835"/>
            <w:shd w:fill="1F4E78"/>
            <w:tcMar>
              <w:top w:w="80" w:type="dxa"/>
              <w:start w:w="70" w:type="dxa"/>
              <w:bottom w:w="80" w:type="dxa"/>
              <w:end w:w="7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Noto Sans CJK KR" w:hAnsi="Noto Sans CJK KR" w:eastAsia="Noto Sans CJK KR"/>
                <w:b/>
                <w:color w:val="FFFFFF"/>
                <w:sz w:val="16"/>
              </w:rPr>
              <w:t>필드</w:t>
            </w:r>
          </w:p>
        </w:tc>
        <w:tc>
          <w:tcPr>
            <w:tcW w:type="dxa" w:w="6804"/>
            <w:shd w:fill="1F4E78"/>
            <w:tcMar>
              <w:top w:w="80" w:type="dxa"/>
              <w:start w:w="70" w:type="dxa"/>
              <w:bottom w:w="80" w:type="dxa"/>
              <w:end w:w="7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Noto Sans CJK KR" w:hAnsi="Noto Sans CJK KR" w:eastAsia="Noto Sans CJK KR"/>
                <w:b/>
                <w:color w:val="FFFFFF"/>
                <w:sz w:val="16"/>
              </w:rPr>
              <w:t>설명</w:t>
            </w:r>
          </w:p>
        </w:tc>
      </w:tr>
      <w:tr>
        <w:tc>
          <w:tcPr>
            <w:tcW w:type="dxa" w:w="2835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8"/>
              </w:rPr>
              <w:t>navigation_state</w:t>
            </w:r>
          </w:p>
        </w:tc>
        <w:tc>
          <w:tcPr>
            <w:tcW w:type="dxa" w:w="6804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8"/>
              </w:rPr>
              <w:t>현재 이동 상태</w:t>
            </w:r>
          </w:p>
        </w:tc>
      </w:tr>
      <w:tr>
        <w:tc>
          <w:tcPr>
            <w:tcW w:type="dxa" w:w="2835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  <w:shd w:fill="F8FBFD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8"/>
              </w:rPr>
              <w:t>distance_remaining</w:t>
            </w:r>
          </w:p>
        </w:tc>
        <w:tc>
          <w:tcPr>
            <w:tcW w:type="dxa" w:w="6804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  <w:shd w:fill="F8FBFD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8"/>
              </w:rPr>
              <w:t>목적지까지 남은 거리</w:t>
            </w:r>
          </w:p>
        </w:tc>
      </w:tr>
      <w:tr>
        <w:tc>
          <w:tcPr>
            <w:tcW w:type="dxa" w:w="2835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8"/>
              </w:rPr>
              <w:t>progress</w:t>
            </w:r>
          </w:p>
        </w:tc>
        <w:tc>
          <w:tcPr>
            <w:tcW w:type="dxa" w:w="6804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8"/>
              </w:rPr>
              <w:t>이동 진행률</w:t>
            </w:r>
          </w:p>
        </w:tc>
      </w:tr>
      <w:tr>
        <w:tc>
          <w:tcPr>
            <w:tcW w:type="dxa" w:w="2835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  <w:shd w:fill="F8FBFD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8"/>
              </w:rPr>
              <w:t>current_location</w:t>
            </w:r>
          </w:p>
        </w:tc>
        <w:tc>
          <w:tcPr>
            <w:tcW w:type="dxa" w:w="6804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  <w:shd w:fill="F8FBFD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8"/>
              </w:rPr>
              <w:t>현재 논리적 위치 이름</w:t>
            </w:r>
          </w:p>
        </w:tc>
      </w:tr>
    </w:tbl>
    <w:p>
      <w:pPr>
        <w:spacing w:after="0"/>
      </w:pPr>
    </w:p>
    <w:p>
      <w:pPr>
        <w:pStyle w:val="Heading1"/>
        <w:keepNext/>
        <w:pBdr>
          <w:bottom w:val="single" w:sz="8" w:space="3" w:color="1F4E78"/>
        </w:pBdr>
      </w:pPr>
      <w:r>
        <w:t>12. 순찰 수행 액션</w:t>
      </w:r>
    </w:p>
    <w:p>
      <w:pPr>
        <w:pStyle w:val="Heading2"/>
        <w:keepNext/>
      </w:pPr>
      <w:r>
        <w:t>12.1 ExecutePatrol.action</w:t>
      </w:r>
    </w:p>
    <w:p>
      <w:pPr>
        <w:spacing w:before="40" w:after="100" w:line="240" w:lineRule="auto"/>
        <w:ind w:left="283" w:right="283"/>
        <w:shd w:fill="F2F2F2"/>
      </w:pPr>
      <w:r>
        <w:rPr>
          <w:rFonts w:ascii="Noto Sans Mono CJK KR" w:hAnsi="Noto Sans Mono CJK KR" w:eastAsia="Noto Sans Mono CJK KR"/>
          <w:sz w:val="17"/>
        </w:rPr>
        <w:t>string route_id</w:t>
        <w:br/>
      </w:r>
      <w:r>
        <w:rPr>
          <w:rFonts w:ascii="Noto Sans Mono CJK KR" w:hAnsi="Noto Sans Mono CJK KR" w:eastAsia="Noto Sans Mono CJK KR"/>
          <w:sz w:val="17"/>
        </w:rPr>
        <w:t>int32 repeat_count</w:t>
        <w:br/>
      </w:r>
      <w:r>
        <w:rPr>
          <w:rFonts w:ascii="Noto Sans Mono CJK KR" w:hAnsi="Noto Sans Mono CJK KR" w:eastAsia="Noto Sans Mono CJK KR"/>
          <w:sz w:val="17"/>
        </w:rPr>
        <w:t>bool detect_anomaly</w:t>
        <w:br/>
      </w:r>
      <w:r>
        <w:rPr>
          <w:rFonts w:ascii="Noto Sans Mono CJK KR" w:hAnsi="Noto Sans Mono CJK KR" w:eastAsia="Noto Sans Mono CJK KR"/>
          <w:sz w:val="17"/>
        </w:rPr>
        <w:t>bool return_to_start</w:t>
        <w:br/>
      </w:r>
      <w:r>
        <w:rPr>
          <w:rFonts w:ascii="Noto Sans Mono CJK KR" w:hAnsi="Noto Sans Mono CJK KR" w:eastAsia="Noto Sans Mono CJK KR"/>
          <w:sz w:val="17"/>
        </w:rPr>
        <w:t>---</w:t>
        <w:br/>
      </w:r>
      <w:r>
        <w:rPr>
          <w:rFonts w:ascii="Noto Sans Mono CJK KR" w:hAnsi="Noto Sans Mono CJK KR" w:eastAsia="Noto Sans Mono CJK KR"/>
          <w:sz w:val="17"/>
        </w:rPr>
        <w:t>bool success</w:t>
        <w:br/>
      </w:r>
      <w:r>
        <w:rPr>
          <w:rFonts w:ascii="Noto Sans Mono CJK KR" w:hAnsi="Noto Sans Mono CJK KR" w:eastAsia="Noto Sans Mono CJK KR"/>
          <w:sz w:val="17"/>
        </w:rPr>
        <w:t>int32 result_code</w:t>
        <w:br/>
      </w:r>
      <w:r>
        <w:rPr>
          <w:rFonts w:ascii="Noto Sans Mono CJK KR" w:hAnsi="Noto Sans Mono CJK KR" w:eastAsia="Noto Sans Mono CJK KR"/>
          <w:sz w:val="17"/>
        </w:rPr>
        <w:t>string message</w:t>
        <w:br/>
      </w:r>
      <w:r>
        <w:rPr>
          <w:rFonts w:ascii="Noto Sans Mono CJK KR" w:hAnsi="Noto Sans Mono CJK KR" w:eastAsia="Noto Sans Mono CJK KR"/>
          <w:sz w:val="17"/>
        </w:rPr>
        <w:t>int32 completed_cycle_count</w:t>
        <w:br/>
      </w:r>
      <w:r>
        <w:rPr>
          <w:rFonts w:ascii="Noto Sans Mono CJK KR" w:hAnsi="Noto Sans Mono CJK KR" w:eastAsia="Noto Sans Mono CJK KR"/>
          <w:sz w:val="17"/>
        </w:rPr>
        <w:t>int32 detected_anomaly_count</w:t>
        <w:br/>
      </w:r>
      <w:r>
        <w:rPr>
          <w:rFonts w:ascii="Noto Sans Mono CJK KR" w:hAnsi="Noto Sans Mono CJK KR" w:eastAsia="Noto Sans Mono CJK KR"/>
          <w:sz w:val="17"/>
        </w:rPr>
        <w:t>---</w:t>
        <w:br/>
      </w:r>
      <w:r>
        <w:rPr>
          <w:rFonts w:ascii="Noto Sans Mono CJK KR" w:hAnsi="Noto Sans Mono CJK KR" w:eastAsia="Noto Sans Mono CJK KR"/>
          <w:sz w:val="17"/>
        </w:rPr>
        <w:t>string patrol_state</w:t>
        <w:br/>
      </w:r>
      <w:r>
        <w:rPr>
          <w:rFonts w:ascii="Noto Sans Mono CJK KR" w:hAnsi="Noto Sans Mono CJK KR" w:eastAsia="Noto Sans Mono CJK KR"/>
          <w:sz w:val="17"/>
        </w:rPr>
        <w:t>string current_location</w:t>
        <w:br/>
      </w:r>
      <w:r>
        <w:rPr>
          <w:rFonts w:ascii="Noto Sans Mono CJK KR" w:hAnsi="Noto Sans Mono CJK KR" w:eastAsia="Noto Sans Mono CJK KR"/>
          <w:sz w:val="17"/>
        </w:rPr>
        <w:t>int32 current_point_index</w:t>
        <w:br/>
      </w:r>
      <w:r>
        <w:rPr>
          <w:rFonts w:ascii="Noto Sans Mono CJK KR" w:hAnsi="Noto Sans Mono CJK KR" w:eastAsia="Noto Sans Mono CJK KR"/>
          <w:sz w:val="17"/>
        </w:rPr>
        <w:t>int32 total_point_count</w:t>
        <w:br/>
      </w:r>
      <w:r>
        <w:rPr>
          <w:rFonts w:ascii="Noto Sans Mono CJK KR" w:hAnsi="Noto Sans Mono CJK KR" w:eastAsia="Noto Sans Mono CJK KR"/>
          <w:sz w:val="17"/>
        </w:rPr>
        <w:t>int32 completed_cycle_count</w:t>
        <w:br/>
      </w:r>
      <w:r>
        <w:rPr>
          <w:rFonts w:ascii="Noto Sans Mono CJK KR" w:hAnsi="Noto Sans Mono CJK KR" w:eastAsia="Noto Sans Mono CJK KR"/>
          <w:sz w:val="17"/>
        </w:rPr>
        <w:t>float32 progress</w:t>
      </w:r>
    </w:p>
    <w:p>
      <w:pPr>
        <w:pStyle w:val="Heading2"/>
        <w:keepNext/>
      </w:pPr>
      <w:r>
        <w:t>12.2 순찰 처리 기준</w:t>
      </w:r>
    </w:p>
    <w:p>
      <w:pPr>
        <w:pStyle w:val="ListBullet"/>
        <w:spacing w:after="60" w:line="288" w:lineRule="auto"/>
        <w:ind w:left="340" w:hanging="142"/>
      </w:pPr>
      <w:r>
        <w:rPr>
          <w:rFonts w:ascii="Noto Sans CJK KR" w:hAnsi="Noto Sans CJK KR" w:eastAsia="Noto Sans CJK KR"/>
          <w:sz w:val="19"/>
        </w:rPr>
        <w:t>repeat_count가 1이면 순찰 경로를 한 번 수행한다.</w:t>
      </w:r>
    </w:p>
    <w:p>
      <w:pPr>
        <w:pStyle w:val="ListBullet"/>
        <w:spacing w:after="60" w:line="288" w:lineRule="auto"/>
        <w:ind w:left="340" w:hanging="142"/>
      </w:pPr>
      <w:r>
        <w:rPr>
          <w:rFonts w:ascii="Noto Sans CJK KR" w:hAnsi="Noto Sans CJK KR" w:eastAsia="Noto Sans CJK KR"/>
          <w:sz w:val="19"/>
        </w:rPr>
        <w:t>repeat_count가 0이면 관리자 중지 요청 전까지 반복한다.</w:t>
      </w:r>
    </w:p>
    <w:p>
      <w:pPr>
        <w:pStyle w:val="ListBullet"/>
        <w:spacing w:after="60" w:line="288" w:lineRule="auto"/>
        <w:ind w:left="340" w:hanging="142"/>
      </w:pPr>
      <w:r>
        <w:rPr>
          <w:rFonts w:ascii="Noto Sans CJK KR" w:hAnsi="Noto Sans CJK KR" w:eastAsia="Noto Sans CJK KR"/>
          <w:sz w:val="19"/>
        </w:rPr>
        <w:t>detect_anomaly가 true이면 순찰 중 이상 감지 기능을 활성화한다.</w:t>
      </w:r>
    </w:p>
    <w:p>
      <w:pPr>
        <w:pStyle w:val="ListBullet"/>
        <w:spacing w:after="60" w:line="288" w:lineRule="auto"/>
        <w:ind w:left="340" w:hanging="142"/>
      </w:pPr>
      <w:r>
        <w:rPr>
          <w:rFonts w:ascii="Noto Sans CJK KR" w:hAnsi="Noto Sans CJK KR" w:eastAsia="Noto Sans CJK KR"/>
          <w:sz w:val="19"/>
        </w:rPr>
        <w:t>return_to_start가 true이면 순찰 종료 후 시작 위치로 복귀한다.</w:t>
      </w:r>
    </w:p>
    <w:p>
      <w:pPr>
        <w:pStyle w:val="ListBullet"/>
        <w:spacing w:after="60" w:line="288" w:lineRule="auto"/>
        <w:ind w:left="340" w:hanging="142"/>
      </w:pPr>
      <w:r>
        <w:rPr>
          <w:rFonts w:ascii="Noto Sans CJK KR" w:hAnsi="Noto Sans CJK KR" w:eastAsia="Noto Sans CJK KR"/>
          <w:sz w:val="19"/>
        </w:rPr>
        <w:t>액션 취소 요청을 받으면 현재 이동 목표를 취소하고 정지한다.</w:t>
      </w:r>
    </w:p>
    <w:p>
      <w:pPr>
        <w:pStyle w:val="ListBullet"/>
        <w:spacing w:after="60" w:line="288" w:lineRule="auto"/>
        <w:ind w:left="340" w:hanging="142"/>
      </w:pPr>
      <w:r>
        <w:rPr>
          <w:rFonts w:ascii="Noto Sans CJK KR" w:hAnsi="Noto Sans CJK KR" w:eastAsia="Noto Sans CJK KR"/>
          <w:sz w:val="19"/>
        </w:rPr>
        <w:t>비상정지가 활성화되면 액션은 즉시 실패 처리한다.</w:t>
      </w:r>
    </w:p>
    <w:p>
      <w:pPr>
        <w:pStyle w:val="Heading1"/>
        <w:keepNext/>
        <w:pBdr>
          <w:bottom w:val="single" w:sz="8" w:space="3" w:color="1F4E78"/>
        </w:pBdr>
      </w:pPr>
      <w:r>
        <w:t>13. 방문자 안내 액션</w:t>
      </w:r>
    </w:p>
    <w:p>
      <w:pPr>
        <w:pStyle w:val="Heading2"/>
        <w:keepNext/>
      </w:pPr>
      <w:r>
        <w:t>13.1 GuideVisitor.action</w:t>
      </w:r>
    </w:p>
    <w:p>
      <w:pPr>
        <w:spacing w:before="40" w:after="100" w:line="240" w:lineRule="auto"/>
        <w:ind w:left="283" w:right="283"/>
        <w:shd w:fill="F2F2F2"/>
      </w:pPr>
      <w:r>
        <w:rPr>
          <w:rFonts w:ascii="Noto Sans Mono CJK KR" w:hAnsi="Noto Sans Mono CJK KR" w:eastAsia="Noto Sans Mono CJK KR"/>
          <w:sz w:val="17"/>
        </w:rPr>
        <w:t>string visitor_id</w:t>
        <w:br/>
      </w:r>
      <w:r>
        <w:rPr>
          <w:rFonts w:ascii="Noto Sans Mono CJK KR" w:hAnsi="Noto Sans Mono CJK KR" w:eastAsia="Noto Sans Mono CJK KR"/>
          <w:sz w:val="17"/>
        </w:rPr>
        <w:t>string destination_name</w:t>
        <w:br/>
      </w:r>
      <w:r>
        <w:rPr>
          <w:rFonts w:ascii="Noto Sans Mono CJK KR" w:hAnsi="Noto Sans Mono CJK KR" w:eastAsia="Noto Sans Mono CJK KR"/>
          <w:sz w:val="17"/>
        </w:rPr>
        <w:t>string guidance_message</w:t>
        <w:br/>
      </w:r>
      <w:r>
        <w:rPr>
          <w:rFonts w:ascii="Noto Sans Mono CJK KR" w:hAnsi="Noto Sans Mono CJK KR" w:eastAsia="Noto Sans Mono CJK KR"/>
          <w:sz w:val="17"/>
        </w:rPr>
        <w:t>float32 timeout_sec</w:t>
        <w:br/>
      </w:r>
      <w:r>
        <w:rPr>
          <w:rFonts w:ascii="Noto Sans Mono CJK KR" w:hAnsi="Noto Sans Mono CJK KR" w:eastAsia="Noto Sans Mono CJK KR"/>
          <w:sz w:val="17"/>
        </w:rPr>
        <w:t>---</w:t>
        <w:br/>
      </w:r>
      <w:r>
        <w:rPr>
          <w:rFonts w:ascii="Noto Sans Mono CJK KR" w:hAnsi="Noto Sans Mono CJK KR" w:eastAsia="Noto Sans Mono CJK KR"/>
          <w:sz w:val="17"/>
        </w:rPr>
        <w:t>bool success</w:t>
        <w:br/>
      </w:r>
      <w:r>
        <w:rPr>
          <w:rFonts w:ascii="Noto Sans Mono CJK KR" w:hAnsi="Noto Sans Mono CJK KR" w:eastAsia="Noto Sans Mono CJK KR"/>
          <w:sz w:val="17"/>
        </w:rPr>
        <w:t>int32 result_code</w:t>
        <w:br/>
      </w:r>
      <w:r>
        <w:rPr>
          <w:rFonts w:ascii="Noto Sans Mono CJK KR" w:hAnsi="Noto Sans Mono CJK KR" w:eastAsia="Noto Sans Mono CJK KR"/>
          <w:sz w:val="17"/>
        </w:rPr>
        <w:t>string message</w:t>
        <w:br/>
      </w:r>
      <w:r>
        <w:rPr>
          <w:rFonts w:ascii="Noto Sans Mono CJK KR" w:hAnsi="Noto Sans Mono CJK KR" w:eastAsia="Noto Sans Mono CJK KR"/>
          <w:sz w:val="17"/>
        </w:rPr>
        <w:t>string final_location</w:t>
        <w:br/>
      </w:r>
      <w:r>
        <w:rPr>
          <w:rFonts w:ascii="Noto Sans Mono CJK KR" w:hAnsi="Noto Sans Mono CJK KR" w:eastAsia="Noto Sans Mono CJK KR"/>
          <w:sz w:val="17"/>
        </w:rPr>
        <w:t>---</w:t>
        <w:br/>
      </w:r>
      <w:r>
        <w:rPr>
          <w:rFonts w:ascii="Noto Sans Mono CJK KR" w:hAnsi="Noto Sans Mono CJK KR" w:eastAsia="Noto Sans Mono CJK KR"/>
          <w:sz w:val="17"/>
        </w:rPr>
        <w:t>string guidance_state</w:t>
        <w:br/>
      </w:r>
      <w:r>
        <w:rPr>
          <w:rFonts w:ascii="Noto Sans Mono CJK KR" w:hAnsi="Noto Sans Mono CJK KR" w:eastAsia="Noto Sans Mono CJK KR"/>
          <w:sz w:val="17"/>
        </w:rPr>
        <w:t>string current_location</w:t>
        <w:br/>
      </w:r>
      <w:r>
        <w:rPr>
          <w:rFonts w:ascii="Noto Sans Mono CJK KR" w:hAnsi="Noto Sans Mono CJK KR" w:eastAsia="Noto Sans Mono CJK KR"/>
          <w:sz w:val="17"/>
        </w:rPr>
        <w:t>float32 distance_remaining</w:t>
        <w:br/>
      </w:r>
      <w:r>
        <w:rPr>
          <w:rFonts w:ascii="Noto Sans Mono CJK KR" w:hAnsi="Noto Sans Mono CJK KR" w:eastAsia="Noto Sans Mono CJK KR"/>
          <w:sz w:val="17"/>
        </w:rPr>
        <w:t>float32 progress</w:t>
      </w:r>
    </w:p>
    <w:p>
      <w:pPr>
        <w:pStyle w:val="Heading2"/>
        <w:keepNext/>
      </w:pPr>
      <w:r>
        <w:t>13.2 방문자 안내 상태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space="0" w:color="B7B7B7"/>
          <w:left w:val="single" w:sz="4" w:space="0" w:color="B7B7B7"/>
          <w:bottom w:val="single" w:sz="4" w:space="0" w:color="B7B7B7"/>
          <w:right w:val="single" w:sz="4" w:space="0" w:color="B7B7B7"/>
          <w:insideH w:val="single" w:sz="4" w:space="0" w:color="B7B7B7"/>
          <w:insideV w:val="single" w:sz="4" w:space="0" w:color="B7B7B7"/>
        </w:tblBorders>
      </w:tblPr>
      <w:tblGrid>
        <w:gridCol w:w="5103"/>
        <w:gridCol w:w="5103"/>
      </w:tblGrid>
      <w:tr>
        <w:trPr>
          <w:tblHeader w:val="true"/>
        </w:trPr>
        <w:tc>
          <w:tcPr>
            <w:tcW w:type="dxa" w:w="2835"/>
            <w:shd w:fill="1F4E78"/>
            <w:tcMar>
              <w:top w:w="80" w:type="dxa"/>
              <w:start w:w="70" w:type="dxa"/>
              <w:bottom w:w="80" w:type="dxa"/>
              <w:end w:w="7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Noto Sans CJK KR" w:hAnsi="Noto Sans CJK KR" w:eastAsia="Noto Sans CJK KR"/>
                <w:b/>
                <w:color w:val="FFFFFF"/>
                <w:sz w:val="16"/>
              </w:rPr>
              <w:t>상태값</w:t>
            </w:r>
          </w:p>
        </w:tc>
        <w:tc>
          <w:tcPr>
            <w:tcW w:type="dxa" w:w="6804"/>
            <w:shd w:fill="1F4E78"/>
            <w:tcMar>
              <w:top w:w="80" w:type="dxa"/>
              <w:start w:w="70" w:type="dxa"/>
              <w:bottom w:w="80" w:type="dxa"/>
              <w:end w:w="7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Noto Sans CJK KR" w:hAnsi="Noto Sans CJK KR" w:eastAsia="Noto Sans CJK KR"/>
                <w:b/>
                <w:color w:val="FFFFFF"/>
                <w:sz w:val="16"/>
              </w:rPr>
              <w:t>설명</w:t>
            </w:r>
          </w:p>
        </w:tc>
      </w:tr>
      <w:tr>
        <w:tc>
          <w:tcPr>
            <w:tcW w:type="dxa" w:w="2835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8"/>
              </w:rPr>
              <w:t>WAITING</w:t>
            </w:r>
          </w:p>
        </w:tc>
        <w:tc>
          <w:tcPr>
            <w:tcW w:type="dxa" w:w="6804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8"/>
              </w:rPr>
              <w:t>방문자 안내 대기</w:t>
            </w:r>
          </w:p>
        </w:tc>
      </w:tr>
      <w:tr>
        <w:tc>
          <w:tcPr>
            <w:tcW w:type="dxa" w:w="2835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  <w:shd w:fill="F8FBFD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8"/>
              </w:rPr>
              <w:t>GREETING</w:t>
            </w:r>
          </w:p>
        </w:tc>
        <w:tc>
          <w:tcPr>
            <w:tcW w:type="dxa" w:w="6804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  <w:shd w:fill="F8FBFD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8"/>
              </w:rPr>
              <w:t>인사 및 안내 메시지 출력</w:t>
            </w:r>
          </w:p>
        </w:tc>
      </w:tr>
      <w:tr>
        <w:tc>
          <w:tcPr>
            <w:tcW w:type="dxa" w:w="2835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8"/>
              </w:rPr>
              <w:t>MOVING</w:t>
            </w:r>
          </w:p>
        </w:tc>
        <w:tc>
          <w:tcPr>
            <w:tcW w:type="dxa" w:w="6804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8"/>
              </w:rPr>
              <w:t>목적지로 이동 중</w:t>
            </w:r>
          </w:p>
        </w:tc>
      </w:tr>
      <w:tr>
        <w:tc>
          <w:tcPr>
            <w:tcW w:type="dxa" w:w="2835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  <w:shd w:fill="F8FBFD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8"/>
              </w:rPr>
              <w:t>ARRIVED</w:t>
            </w:r>
          </w:p>
        </w:tc>
        <w:tc>
          <w:tcPr>
            <w:tcW w:type="dxa" w:w="6804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  <w:shd w:fill="F8FBFD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8"/>
              </w:rPr>
              <w:t>목적지 도착</w:t>
            </w:r>
          </w:p>
        </w:tc>
      </w:tr>
      <w:tr>
        <w:tc>
          <w:tcPr>
            <w:tcW w:type="dxa" w:w="2835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8"/>
              </w:rPr>
              <w:t>COMPLETED</w:t>
            </w:r>
          </w:p>
        </w:tc>
        <w:tc>
          <w:tcPr>
            <w:tcW w:type="dxa" w:w="6804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8"/>
              </w:rPr>
              <w:t>안내 완료</w:t>
            </w:r>
          </w:p>
        </w:tc>
      </w:tr>
      <w:tr>
        <w:tc>
          <w:tcPr>
            <w:tcW w:type="dxa" w:w="2835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  <w:shd w:fill="F8FBFD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8"/>
              </w:rPr>
              <w:t>CANCELED</w:t>
            </w:r>
          </w:p>
        </w:tc>
        <w:tc>
          <w:tcPr>
            <w:tcW w:type="dxa" w:w="6804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  <w:shd w:fill="F8FBFD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8"/>
              </w:rPr>
              <w:t>안내 취소</w:t>
            </w:r>
          </w:p>
        </w:tc>
      </w:tr>
      <w:tr>
        <w:tc>
          <w:tcPr>
            <w:tcW w:type="dxa" w:w="2835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8"/>
              </w:rPr>
              <w:t>FAILED</w:t>
            </w:r>
          </w:p>
        </w:tc>
        <w:tc>
          <w:tcPr>
            <w:tcW w:type="dxa" w:w="6804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8"/>
              </w:rPr>
              <w:t>안내 실패</w:t>
            </w:r>
          </w:p>
        </w:tc>
      </w:tr>
    </w:tbl>
    <w:p>
      <w:pPr>
        <w:spacing w:after="0"/>
      </w:pPr>
    </w:p>
    <w:p>
      <w:pPr>
        <w:pStyle w:val="Heading1"/>
        <w:pageBreakBefore/>
        <w:keepNext/>
        <w:pBdr>
          <w:bottom w:val="single" w:sz="8" w:space="3" w:color="1F4E78"/>
        </w:pBdr>
      </w:pPr>
      <w:r>
        <w:t>14. 사용자 정의 메시지 패키지</w:t>
      </w:r>
    </w:p>
    <w:p>
      <w:pPr>
        <w:spacing w:before="0" w:after="80" w:line="312" w:lineRule="auto"/>
      </w:pPr>
      <w:r>
        <w:rPr>
          <w:rFonts w:ascii="Noto Sans CJK KR" w:hAnsi="Noto Sans CJK KR" w:eastAsia="Noto Sans CJK KR"/>
          <w:b w:val="0"/>
          <w:i w:val="0"/>
          <w:sz w:val="20"/>
        </w:rPr>
        <w:t>사용자 정의 인터페이스는 office_robot_msgs 패키지에 작성한다.</w:t>
      </w:r>
    </w:p>
    <w:p>
      <w:pPr>
        <w:spacing w:before="40" w:after="100" w:line="240" w:lineRule="auto"/>
        <w:ind w:left="283" w:right="283"/>
        <w:shd w:fill="F2F2F2"/>
      </w:pPr>
      <w:r>
        <w:rPr>
          <w:rFonts w:ascii="Noto Sans Mono CJK KR" w:hAnsi="Noto Sans Mono CJK KR" w:eastAsia="Noto Sans Mono CJK KR"/>
          <w:sz w:val="17"/>
        </w:rPr>
        <w:t>office_robot_msgs/</w:t>
        <w:br/>
      </w:r>
      <w:r>
        <w:rPr>
          <w:rFonts w:ascii="Noto Sans Mono CJK KR" w:hAnsi="Noto Sans Mono CJK KR" w:eastAsia="Noto Sans Mono CJK KR"/>
          <w:sz w:val="17"/>
        </w:rPr>
        <w:t>├── CMakeLists.txt</w:t>
        <w:br/>
      </w:r>
      <w:r>
        <w:rPr>
          <w:rFonts w:ascii="Noto Sans Mono CJK KR" w:hAnsi="Noto Sans Mono CJK KR" w:eastAsia="Noto Sans Mono CJK KR"/>
          <w:sz w:val="17"/>
        </w:rPr>
        <w:t>├── package.xml</w:t>
        <w:br/>
      </w:r>
      <w:r>
        <w:rPr>
          <w:rFonts w:ascii="Noto Sans Mono CJK KR" w:hAnsi="Noto Sans Mono CJK KR" w:eastAsia="Noto Sans Mono CJK KR"/>
          <w:sz w:val="17"/>
        </w:rPr>
        <w:t>├── msg/</w:t>
        <w:br/>
      </w:r>
      <w:r>
        <w:rPr>
          <w:rFonts w:ascii="Noto Sans Mono CJK KR" w:hAnsi="Noto Sans Mono CJK KR" w:eastAsia="Noto Sans Mono CJK KR"/>
          <w:sz w:val="17"/>
        </w:rPr>
        <w:t>├── srv/</w:t>
        <w:br/>
      </w:r>
      <w:r>
        <w:rPr>
          <w:rFonts w:ascii="Noto Sans Mono CJK KR" w:hAnsi="Noto Sans Mono CJK KR" w:eastAsia="Noto Sans Mono CJK KR"/>
          <w:sz w:val="17"/>
        </w:rPr>
        <w:t>└── action/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space="0" w:color="9EADBA"/>
          <w:left w:val="single" w:sz="4" w:space="0" w:color="9EADBA"/>
          <w:bottom w:val="single" w:sz="4" w:space="0" w:color="9EADBA"/>
          <w:right w:val="single" w:sz="4" w:space="0" w:color="9EADBA"/>
          <w:insideH w:val="single" w:sz="4" w:space="0" w:color="9EADBA"/>
          <w:insideV w:val="single" w:sz="4" w:space="0" w:color="9EADBA"/>
        </w:tblBorders>
      </w:tblPr>
      <w:tblGrid>
        <w:gridCol w:w="5103"/>
        <w:gridCol w:w="5103"/>
      </w:tblGrid>
      <w:tr>
        <w:tc>
          <w:tcPr>
            <w:tcW w:type="dxa" w:w="1247"/>
            <w:shd w:fill="D9EAF7"/>
            <w:tcMar>
              <w:top w:w="100" w:type="dxa"/>
              <w:start w:w="100" w:type="dxa"/>
              <w:bottom w:w="100" w:type="dxa"/>
              <w:end w:w="100" w:type="dxa"/>
            </w:tcMar>
            <w:vAlign w:val="center"/>
          </w:tcPr>
          <w:p>
            <w:pPr>
              <w:jc w:val="center"/>
            </w:pPr>
            <w:r>
              <w:rPr>
                <w:rFonts w:ascii="Noto Sans CJK KR" w:hAnsi="Noto Sans CJK KR" w:eastAsia="Noto Sans CJK KR"/>
                <w:b/>
                <w:color w:val="1F4E78"/>
                <w:sz w:val="18"/>
              </w:rPr>
              <w:t>빌드 설정</w:t>
            </w:r>
          </w:p>
        </w:tc>
        <w:tc>
          <w:tcPr>
            <w:tcW w:type="dxa" w:w="8391"/>
            <w:shd w:fill="FFFFFF"/>
            <w:tcMar>
              <w:top w:w="100" w:type="dxa"/>
              <w:start w:w="100" w:type="dxa"/>
              <w:bottom w:w="100" w:type="dxa"/>
              <w:end w:w="100" w:type="dxa"/>
            </w:tcMar>
            <w:vAlign w:val="center"/>
          </w:tcPr>
          <w:p>
            <w:r>
              <w:rPr>
                <w:rFonts w:ascii="Noto Sans CJK KR" w:hAnsi="Noto Sans CJK KR" w:eastAsia="Noto Sans CJK KR"/>
                <w:sz w:val="18"/>
              </w:rPr>
              <w:t>package.xml의 &lt;export&gt; 섹션에는 &lt;build_type&gt;ament_cmake&lt;/build_type&gt;를 포함하고, CMakeLists.txt에는 rosidl_generate_interfaces()와 필요한 의존성을 선언한다.</w:t>
            </w:r>
          </w:p>
        </w:tc>
      </w:tr>
    </w:tbl>
    <w:p>
      <w:pPr>
        <w:spacing w:after="0"/>
      </w:pPr>
    </w:p>
    <w:p>
      <w:pPr>
        <w:pStyle w:val="Heading1"/>
        <w:keepNext/>
        <w:pBdr>
          <w:bottom w:val="single" w:sz="8" w:space="3" w:color="1F4E78"/>
        </w:pBdr>
      </w:pPr>
      <w:r>
        <w:t>15. AnomalyEvent.msg</w:t>
      </w:r>
    </w:p>
    <w:p>
      <w:pPr>
        <w:spacing w:before="40" w:after="100" w:line="240" w:lineRule="auto"/>
        <w:ind w:left="283" w:right="283"/>
        <w:shd w:fill="F2F2F2"/>
      </w:pPr>
      <w:r>
        <w:rPr>
          <w:rFonts w:ascii="Noto Sans Mono CJK KR" w:hAnsi="Noto Sans Mono CJK KR" w:eastAsia="Noto Sans Mono CJK KR"/>
          <w:sz w:val="17"/>
        </w:rPr>
        <w:t>string event_id</w:t>
        <w:br/>
      </w:r>
      <w:r>
        <w:rPr>
          <w:rFonts w:ascii="Noto Sans Mono CJK KR" w:hAnsi="Noto Sans Mono CJK KR" w:eastAsia="Noto Sans Mono CJK KR"/>
          <w:sz w:val="17"/>
        </w:rPr>
        <w:t>builtin_interfaces/Time detected_time</w:t>
        <w:br/>
      </w:r>
      <w:r>
        <w:rPr>
          <w:rFonts w:ascii="Noto Sans Mono CJK KR" w:hAnsi="Noto Sans Mono CJK KR" w:eastAsia="Noto Sans Mono CJK KR"/>
          <w:sz w:val="17"/>
        </w:rPr>
        <w:t>string event_type</w:t>
        <w:br/>
      </w:r>
      <w:r>
        <w:rPr>
          <w:rFonts w:ascii="Noto Sans Mono CJK KR" w:hAnsi="Noto Sans Mono CJK KR" w:eastAsia="Noto Sans Mono CJK KR"/>
          <w:sz w:val="17"/>
        </w:rPr>
        <w:t>string severity</w:t>
        <w:br/>
      </w:r>
      <w:r>
        <w:rPr>
          <w:rFonts w:ascii="Noto Sans Mono CJK KR" w:hAnsi="Noto Sans Mono CJK KR" w:eastAsia="Noto Sans Mono CJK KR"/>
          <w:sz w:val="17"/>
        </w:rPr>
        <w:t>string location_name</w:t>
        <w:br/>
      </w:r>
      <w:r>
        <w:rPr>
          <w:rFonts w:ascii="Noto Sans Mono CJK KR" w:hAnsi="Noto Sans Mono CJK KR" w:eastAsia="Noto Sans Mono CJK KR"/>
          <w:sz w:val="17"/>
        </w:rPr>
        <w:t>geometry_msgs/PoseStamped robot_pose</w:t>
        <w:br/>
      </w:r>
      <w:r>
        <w:rPr>
          <w:rFonts w:ascii="Noto Sans Mono CJK KR" w:hAnsi="Noto Sans Mono CJK KR" w:eastAsia="Noto Sans Mono CJK KR"/>
          <w:sz w:val="17"/>
        </w:rPr>
        <w:t>float32 confidence</w:t>
        <w:br/>
      </w:r>
      <w:r>
        <w:rPr>
          <w:rFonts w:ascii="Noto Sans Mono CJK KR" w:hAnsi="Noto Sans Mono CJK KR" w:eastAsia="Noto Sans Mono CJK KR"/>
          <w:sz w:val="17"/>
        </w:rPr>
        <w:t>string image_path</w:t>
        <w:br/>
      </w:r>
      <w:r>
        <w:rPr>
          <w:rFonts w:ascii="Noto Sans Mono CJK KR" w:hAnsi="Noto Sans Mono CJK KR" w:eastAsia="Noto Sans Mono CJK KR"/>
          <w:sz w:val="17"/>
        </w:rPr>
        <w:t>string description</w:t>
        <w:br/>
      </w:r>
      <w:r>
        <w:rPr>
          <w:rFonts w:ascii="Noto Sans Mono CJK KR" w:hAnsi="Noto Sans Mono CJK KR" w:eastAsia="Noto Sans Mono CJK KR"/>
          <w:sz w:val="17"/>
        </w:rPr>
        <w:t>bool admin_confirmation_required</w:t>
        <w:br/>
      </w:r>
      <w:r>
        <w:rPr>
          <w:rFonts w:ascii="Noto Sans Mono CJK KR" w:hAnsi="Noto Sans Mono CJK KR" w:eastAsia="Noto Sans Mono CJK KR"/>
          <w:sz w:val="17"/>
        </w:rPr>
        <w:t>string detection_node</w:t>
      </w:r>
    </w:p>
    <w:p>
      <w:pPr>
        <w:pStyle w:val="Heading2"/>
        <w:keepNext/>
      </w:pPr>
      <w:r>
        <w:t>15.1 필드 설명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space="0" w:color="B7B7B7"/>
          <w:left w:val="single" w:sz="4" w:space="0" w:color="B7B7B7"/>
          <w:bottom w:val="single" w:sz="4" w:space="0" w:color="B7B7B7"/>
          <w:right w:val="single" w:sz="4" w:space="0" w:color="B7B7B7"/>
          <w:insideH w:val="single" w:sz="4" w:space="0" w:color="B7B7B7"/>
          <w:insideV w:val="single" w:sz="4" w:space="0" w:color="B7B7B7"/>
        </w:tblBorders>
      </w:tblPr>
      <w:tblGrid>
        <w:gridCol w:w="5103"/>
        <w:gridCol w:w="5103"/>
      </w:tblGrid>
      <w:tr>
        <w:trPr>
          <w:tblHeader w:val="true"/>
        </w:trPr>
        <w:tc>
          <w:tcPr>
            <w:tcW w:type="dxa" w:w="3402"/>
            <w:shd w:fill="1F4E78"/>
            <w:tcMar>
              <w:top w:w="80" w:type="dxa"/>
              <w:start w:w="70" w:type="dxa"/>
              <w:bottom w:w="80" w:type="dxa"/>
              <w:end w:w="7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Noto Sans CJK KR" w:hAnsi="Noto Sans CJK KR" w:eastAsia="Noto Sans CJK KR"/>
                <w:b/>
                <w:color w:val="FFFFFF"/>
                <w:sz w:val="16"/>
              </w:rPr>
              <w:t>필드</w:t>
            </w:r>
          </w:p>
        </w:tc>
        <w:tc>
          <w:tcPr>
            <w:tcW w:type="dxa" w:w="6237"/>
            <w:shd w:fill="1F4E78"/>
            <w:tcMar>
              <w:top w:w="80" w:type="dxa"/>
              <w:start w:w="70" w:type="dxa"/>
              <w:bottom w:w="80" w:type="dxa"/>
              <w:end w:w="7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Noto Sans CJK KR" w:hAnsi="Noto Sans CJK KR" w:eastAsia="Noto Sans CJK KR"/>
                <w:b/>
                <w:color w:val="FFFFFF"/>
                <w:sz w:val="16"/>
              </w:rPr>
              <w:t>설명</w:t>
            </w:r>
          </w:p>
        </w:tc>
      </w:tr>
      <w:tr>
        <w:tc>
          <w:tcPr>
            <w:tcW w:type="dxa" w:w="3402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7"/>
              </w:rPr>
              <w:t>event_id</w:t>
            </w:r>
          </w:p>
        </w:tc>
        <w:tc>
          <w:tcPr>
            <w:tcW w:type="dxa" w:w="6237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7"/>
              </w:rPr>
              <w:t>이상 이벤트 고유 번호</w:t>
            </w:r>
          </w:p>
        </w:tc>
      </w:tr>
      <w:tr>
        <w:tc>
          <w:tcPr>
            <w:tcW w:type="dxa" w:w="3402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  <w:shd w:fill="F8FBFD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7"/>
              </w:rPr>
              <w:t>detected_time</w:t>
            </w:r>
          </w:p>
        </w:tc>
        <w:tc>
          <w:tcPr>
            <w:tcW w:type="dxa" w:w="6237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  <w:shd w:fill="F8FBFD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7"/>
              </w:rPr>
              <w:t>감지 시각</w:t>
            </w:r>
          </w:p>
        </w:tc>
      </w:tr>
      <w:tr>
        <w:tc>
          <w:tcPr>
            <w:tcW w:type="dxa" w:w="3402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7"/>
              </w:rPr>
              <w:t>event_type</w:t>
            </w:r>
          </w:p>
        </w:tc>
        <w:tc>
          <w:tcPr>
            <w:tcW w:type="dxa" w:w="6237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7"/>
              </w:rPr>
              <w:t>이상 상황 종류</w:t>
            </w:r>
          </w:p>
        </w:tc>
      </w:tr>
      <w:tr>
        <w:tc>
          <w:tcPr>
            <w:tcW w:type="dxa" w:w="3402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  <w:shd w:fill="F8FBFD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7"/>
              </w:rPr>
              <w:t>severity</w:t>
            </w:r>
          </w:p>
        </w:tc>
        <w:tc>
          <w:tcPr>
            <w:tcW w:type="dxa" w:w="6237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  <w:shd w:fill="F8FBFD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7"/>
              </w:rPr>
              <w:t>위험도</w:t>
            </w:r>
          </w:p>
        </w:tc>
      </w:tr>
      <w:tr>
        <w:tc>
          <w:tcPr>
            <w:tcW w:type="dxa" w:w="3402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7"/>
              </w:rPr>
              <w:t>location_name</w:t>
            </w:r>
          </w:p>
        </w:tc>
        <w:tc>
          <w:tcPr>
            <w:tcW w:type="dxa" w:w="6237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7"/>
              </w:rPr>
              <w:t>이상 상황이 감지된 장소</w:t>
            </w:r>
          </w:p>
        </w:tc>
      </w:tr>
      <w:tr>
        <w:tc>
          <w:tcPr>
            <w:tcW w:type="dxa" w:w="3402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  <w:shd w:fill="F8FBFD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7"/>
              </w:rPr>
              <w:t>robot_pose</w:t>
            </w:r>
          </w:p>
        </w:tc>
        <w:tc>
          <w:tcPr>
            <w:tcW w:type="dxa" w:w="6237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  <w:shd w:fill="F8FBFD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7"/>
              </w:rPr>
              <w:t>감지 당시 로봇 위치</w:t>
            </w:r>
          </w:p>
        </w:tc>
      </w:tr>
      <w:tr>
        <w:tc>
          <w:tcPr>
            <w:tcW w:type="dxa" w:w="3402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7"/>
              </w:rPr>
              <w:t>confidence</w:t>
            </w:r>
          </w:p>
        </w:tc>
        <w:tc>
          <w:tcPr>
            <w:tcW w:type="dxa" w:w="6237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7"/>
              </w:rPr>
              <w:t>감지 신뢰도</w:t>
            </w:r>
          </w:p>
        </w:tc>
      </w:tr>
      <w:tr>
        <w:tc>
          <w:tcPr>
            <w:tcW w:type="dxa" w:w="3402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  <w:shd w:fill="F8FBFD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7"/>
              </w:rPr>
              <w:t>image_path</w:t>
            </w:r>
          </w:p>
        </w:tc>
        <w:tc>
          <w:tcPr>
            <w:tcW w:type="dxa" w:w="6237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  <w:shd w:fill="F8FBFD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7"/>
              </w:rPr>
              <w:t>증거 이미지 저장 경로</w:t>
            </w:r>
          </w:p>
        </w:tc>
      </w:tr>
      <w:tr>
        <w:tc>
          <w:tcPr>
            <w:tcW w:type="dxa" w:w="3402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7"/>
              </w:rPr>
              <w:t>description</w:t>
            </w:r>
          </w:p>
        </w:tc>
        <w:tc>
          <w:tcPr>
            <w:tcW w:type="dxa" w:w="6237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7"/>
              </w:rPr>
              <w:t>이상 상황 설명</w:t>
            </w:r>
          </w:p>
        </w:tc>
      </w:tr>
      <w:tr>
        <w:tc>
          <w:tcPr>
            <w:tcW w:type="dxa" w:w="3402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  <w:shd w:fill="F8FBFD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7"/>
              </w:rPr>
              <w:t>admin_confirmation_required</w:t>
            </w:r>
          </w:p>
        </w:tc>
        <w:tc>
          <w:tcPr>
            <w:tcW w:type="dxa" w:w="6237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  <w:shd w:fill="F8FBFD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7"/>
              </w:rPr>
              <w:t>관리자 판단 필요 여부</w:t>
            </w:r>
          </w:p>
        </w:tc>
      </w:tr>
      <w:tr>
        <w:tc>
          <w:tcPr>
            <w:tcW w:type="dxa" w:w="3402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7"/>
              </w:rPr>
              <w:t>detection_node</w:t>
            </w:r>
          </w:p>
        </w:tc>
        <w:tc>
          <w:tcPr>
            <w:tcW w:type="dxa" w:w="6237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7"/>
              </w:rPr>
              <w:t>이벤트를 생성한 노드 이름</w:t>
            </w:r>
          </w:p>
        </w:tc>
      </w:tr>
    </w:tbl>
    <w:p>
      <w:pPr>
        <w:spacing w:after="0"/>
      </w:pPr>
    </w:p>
    <w:p>
      <w:pPr>
        <w:pStyle w:val="Heading2"/>
        <w:keepNext/>
      </w:pPr>
      <w:r>
        <w:t>15.2 event_type 값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space="0" w:color="B7B7B7"/>
          <w:left w:val="single" w:sz="4" w:space="0" w:color="B7B7B7"/>
          <w:bottom w:val="single" w:sz="4" w:space="0" w:color="B7B7B7"/>
          <w:right w:val="single" w:sz="4" w:space="0" w:color="B7B7B7"/>
          <w:insideH w:val="single" w:sz="4" w:space="0" w:color="B7B7B7"/>
          <w:insideV w:val="single" w:sz="4" w:space="0" w:color="B7B7B7"/>
        </w:tblBorders>
      </w:tblPr>
      <w:tblGrid>
        <w:gridCol w:w="5103"/>
        <w:gridCol w:w="5103"/>
      </w:tblGrid>
      <w:tr>
        <w:trPr>
          <w:tblHeader w:val="true"/>
        </w:trPr>
        <w:tc>
          <w:tcPr>
            <w:tcW w:type="dxa" w:w="3402"/>
            <w:shd w:fill="1F4E78"/>
            <w:tcMar>
              <w:top w:w="80" w:type="dxa"/>
              <w:start w:w="70" w:type="dxa"/>
              <w:bottom w:w="80" w:type="dxa"/>
              <w:end w:w="7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Noto Sans CJK KR" w:hAnsi="Noto Sans CJK KR" w:eastAsia="Noto Sans CJK KR"/>
                <w:b/>
                <w:color w:val="FFFFFF"/>
                <w:sz w:val="16"/>
              </w:rPr>
              <w:t>값</w:t>
            </w:r>
          </w:p>
        </w:tc>
        <w:tc>
          <w:tcPr>
            <w:tcW w:type="dxa" w:w="6237"/>
            <w:shd w:fill="1F4E78"/>
            <w:tcMar>
              <w:top w:w="80" w:type="dxa"/>
              <w:start w:w="70" w:type="dxa"/>
              <w:bottom w:w="80" w:type="dxa"/>
              <w:end w:w="7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Noto Sans CJK KR" w:hAnsi="Noto Sans CJK KR" w:eastAsia="Noto Sans CJK KR"/>
                <w:b/>
                <w:color w:val="FFFFFF"/>
                <w:sz w:val="16"/>
              </w:rPr>
              <w:t>설명</w:t>
            </w:r>
          </w:p>
        </w:tc>
      </w:tr>
      <w:tr>
        <w:tc>
          <w:tcPr>
            <w:tcW w:type="dxa" w:w="3402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7"/>
              </w:rPr>
              <w:t>UNKNOWN_PERSON</w:t>
            </w:r>
          </w:p>
        </w:tc>
        <w:tc>
          <w:tcPr>
            <w:tcW w:type="dxa" w:w="6237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7"/>
              </w:rPr>
              <w:t>미등록 또는 식별 불가 인원</w:t>
            </w:r>
          </w:p>
        </w:tc>
      </w:tr>
      <w:tr>
        <w:tc>
          <w:tcPr>
            <w:tcW w:type="dxa" w:w="3402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  <w:shd w:fill="F8FBFD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7"/>
              </w:rPr>
              <w:t>RESTRICTED_AREA_ENTRY</w:t>
            </w:r>
          </w:p>
        </w:tc>
        <w:tc>
          <w:tcPr>
            <w:tcW w:type="dxa" w:w="6237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  <w:shd w:fill="F8FBFD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7"/>
              </w:rPr>
              <w:t>제한 구역 진입</w:t>
            </w:r>
          </w:p>
        </w:tc>
      </w:tr>
      <w:tr>
        <w:tc>
          <w:tcPr>
            <w:tcW w:type="dxa" w:w="3402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7"/>
              </w:rPr>
              <w:t>LONG_STAY</w:t>
            </w:r>
          </w:p>
        </w:tc>
        <w:tc>
          <w:tcPr>
            <w:tcW w:type="dxa" w:w="6237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7"/>
              </w:rPr>
              <w:t>장시간 체류</w:t>
            </w:r>
          </w:p>
        </w:tc>
      </w:tr>
      <w:tr>
        <w:tc>
          <w:tcPr>
            <w:tcW w:type="dxa" w:w="3402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  <w:shd w:fill="F8FBFD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7"/>
              </w:rPr>
              <w:t>FALL_DETECTED</w:t>
            </w:r>
          </w:p>
        </w:tc>
        <w:tc>
          <w:tcPr>
            <w:tcW w:type="dxa" w:w="6237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  <w:shd w:fill="F8FBFD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7"/>
              </w:rPr>
              <w:t>낙상 감지</w:t>
            </w:r>
          </w:p>
        </w:tc>
      </w:tr>
      <w:tr>
        <w:tc>
          <w:tcPr>
            <w:tcW w:type="dxa" w:w="3402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7"/>
              </w:rPr>
              <w:t>SMOKE_DETECTED</w:t>
            </w:r>
          </w:p>
        </w:tc>
        <w:tc>
          <w:tcPr>
            <w:tcW w:type="dxa" w:w="6237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7"/>
              </w:rPr>
              <w:t>연기 감지</w:t>
            </w:r>
          </w:p>
        </w:tc>
      </w:tr>
      <w:tr>
        <w:tc>
          <w:tcPr>
            <w:tcW w:type="dxa" w:w="3402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  <w:shd w:fill="F8FBFD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7"/>
              </w:rPr>
              <w:t>FIRE_DETECTED</w:t>
            </w:r>
          </w:p>
        </w:tc>
        <w:tc>
          <w:tcPr>
            <w:tcW w:type="dxa" w:w="6237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  <w:shd w:fill="F8FBFD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7"/>
              </w:rPr>
              <w:t>화재 감지</w:t>
            </w:r>
          </w:p>
        </w:tc>
      </w:tr>
      <w:tr>
        <w:tc>
          <w:tcPr>
            <w:tcW w:type="dxa" w:w="3402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7"/>
              </w:rPr>
              <w:t>ABANDONED_OBJECT</w:t>
            </w:r>
          </w:p>
        </w:tc>
        <w:tc>
          <w:tcPr>
            <w:tcW w:type="dxa" w:w="6237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7"/>
              </w:rPr>
              <w:t>방치 물체</w:t>
            </w:r>
          </w:p>
        </w:tc>
      </w:tr>
      <w:tr>
        <w:tc>
          <w:tcPr>
            <w:tcW w:type="dxa" w:w="3402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  <w:shd w:fill="F8FBFD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7"/>
              </w:rPr>
              <w:t>MOVED_OBJECT</w:t>
            </w:r>
          </w:p>
        </w:tc>
        <w:tc>
          <w:tcPr>
            <w:tcW w:type="dxa" w:w="6237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  <w:shd w:fill="F8FBFD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7"/>
              </w:rPr>
              <w:t>이동된 물체</w:t>
            </w:r>
          </w:p>
        </w:tc>
      </w:tr>
      <w:tr>
        <w:tc>
          <w:tcPr>
            <w:tcW w:type="dxa" w:w="3402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7"/>
              </w:rPr>
              <w:t>DOOR_OPEN</w:t>
            </w:r>
          </w:p>
        </w:tc>
        <w:tc>
          <w:tcPr>
            <w:tcW w:type="dxa" w:w="6237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7"/>
              </w:rPr>
              <w:t>문 열림</w:t>
            </w:r>
          </w:p>
        </w:tc>
      </w:tr>
      <w:tr>
        <w:tc>
          <w:tcPr>
            <w:tcW w:type="dxa" w:w="3402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  <w:shd w:fill="F8FBFD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7"/>
              </w:rPr>
              <w:t>SENSOR_FAILURE</w:t>
            </w:r>
          </w:p>
        </w:tc>
        <w:tc>
          <w:tcPr>
            <w:tcW w:type="dxa" w:w="6237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  <w:shd w:fill="F8FBFD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7"/>
              </w:rPr>
              <w:t>센서 고장</w:t>
            </w:r>
          </w:p>
        </w:tc>
      </w:tr>
      <w:tr>
        <w:tc>
          <w:tcPr>
            <w:tcW w:type="dxa" w:w="3402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7"/>
              </w:rPr>
              <w:t>ROBOT_BLOCKED</w:t>
            </w:r>
          </w:p>
        </w:tc>
        <w:tc>
          <w:tcPr>
            <w:tcW w:type="dxa" w:w="6237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7"/>
              </w:rPr>
              <w:t>로봇 이동 차단</w:t>
            </w:r>
          </w:p>
        </w:tc>
      </w:tr>
      <w:tr>
        <w:tc>
          <w:tcPr>
            <w:tcW w:type="dxa" w:w="3402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  <w:shd w:fill="F8FBFD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7"/>
              </w:rPr>
              <w:t>OTHER</w:t>
            </w:r>
          </w:p>
        </w:tc>
        <w:tc>
          <w:tcPr>
            <w:tcW w:type="dxa" w:w="6237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  <w:shd w:fill="F8FBFD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7"/>
              </w:rPr>
              <w:t>기타</w:t>
            </w:r>
          </w:p>
        </w:tc>
      </w:tr>
    </w:tbl>
    <w:p>
      <w:pPr>
        <w:spacing w:after="0"/>
      </w:pPr>
    </w:p>
    <w:p>
      <w:pPr>
        <w:pStyle w:val="Heading2"/>
        <w:keepNext/>
      </w:pPr>
      <w:r>
        <w:t>15.3 severity 값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space="0" w:color="B7B7B7"/>
          <w:left w:val="single" w:sz="4" w:space="0" w:color="B7B7B7"/>
          <w:bottom w:val="single" w:sz="4" w:space="0" w:color="B7B7B7"/>
          <w:right w:val="single" w:sz="4" w:space="0" w:color="B7B7B7"/>
          <w:insideH w:val="single" w:sz="4" w:space="0" w:color="B7B7B7"/>
          <w:insideV w:val="single" w:sz="4" w:space="0" w:color="B7B7B7"/>
        </w:tblBorders>
      </w:tblPr>
      <w:tblGrid>
        <w:gridCol w:w="5103"/>
        <w:gridCol w:w="5103"/>
      </w:tblGrid>
      <w:tr>
        <w:trPr>
          <w:tblHeader w:val="true"/>
        </w:trPr>
        <w:tc>
          <w:tcPr>
            <w:tcW w:type="dxa" w:w="3402"/>
            <w:shd w:fill="1F4E78"/>
            <w:tcMar>
              <w:top w:w="80" w:type="dxa"/>
              <w:start w:w="70" w:type="dxa"/>
              <w:bottom w:w="80" w:type="dxa"/>
              <w:end w:w="7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Noto Sans CJK KR" w:hAnsi="Noto Sans CJK KR" w:eastAsia="Noto Sans CJK KR"/>
                <w:b/>
                <w:color w:val="FFFFFF"/>
                <w:sz w:val="16"/>
              </w:rPr>
              <w:t>값</w:t>
            </w:r>
          </w:p>
        </w:tc>
        <w:tc>
          <w:tcPr>
            <w:tcW w:type="dxa" w:w="6237"/>
            <w:shd w:fill="1F4E78"/>
            <w:tcMar>
              <w:top w:w="80" w:type="dxa"/>
              <w:start w:w="70" w:type="dxa"/>
              <w:bottom w:w="80" w:type="dxa"/>
              <w:end w:w="7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Noto Sans CJK KR" w:hAnsi="Noto Sans CJK KR" w:eastAsia="Noto Sans CJK KR"/>
                <w:b/>
                <w:color w:val="FFFFFF"/>
                <w:sz w:val="16"/>
              </w:rPr>
              <w:t>설명</w:t>
            </w:r>
          </w:p>
        </w:tc>
      </w:tr>
      <w:tr>
        <w:tc>
          <w:tcPr>
            <w:tcW w:type="dxa" w:w="3402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8"/>
              </w:rPr>
              <w:t>INFO</w:t>
            </w:r>
          </w:p>
        </w:tc>
        <w:tc>
          <w:tcPr>
            <w:tcW w:type="dxa" w:w="6237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8"/>
              </w:rPr>
              <w:t>정보 수준</w:t>
            </w:r>
          </w:p>
        </w:tc>
      </w:tr>
      <w:tr>
        <w:tc>
          <w:tcPr>
            <w:tcW w:type="dxa" w:w="3402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  <w:shd w:fill="F8FBFD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8"/>
              </w:rPr>
              <w:t>WARNING</w:t>
            </w:r>
          </w:p>
        </w:tc>
        <w:tc>
          <w:tcPr>
            <w:tcW w:type="dxa" w:w="6237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  <w:shd w:fill="F8FBFD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8"/>
              </w:rPr>
              <w:t>경고 수준</w:t>
            </w:r>
          </w:p>
        </w:tc>
      </w:tr>
      <w:tr>
        <w:tc>
          <w:tcPr>
            <w:tcW w:type="dxa" w:w="3402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8"/>
              </w:rPr>
              <w:t>CRITICAL</w:t>
            </w:r>
          </w:p>
        </w:tc>
        <w:tc>
          <w:tcPr>
            <w:tcW w:type="dxa" w:w="6237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8"/>
              </w:rPr>
              <w:t>긴급 수준</w:t>
            </w:r>
          </w:p>
        </w:tc>
      </w:tr>
    </w:tbl>
    <w:p>
      <w:pPr>
        <w:spacing w:after="0"/>
      </w:pPr>
    </w:p>
    <w:p>
      <w:pPr>
        <w:pStyle w:val="Heading2"/>
        <w:keepNext/>
      </w:pPr>
      <w:r>
        <w:t>15.4 confidence 범위</w:t>
      </w:r>
    </w:p>
    <w:p>
      <w:pPr>
        <w:spacing w:before="0" w:after="80" w:line="312" w:lineRule="auto"/>
      </w:pPr>
      <w:r>
        <w:rPr>
          <w:rFonts w:ascii="Noto Sans CJK KR" w:hAnsi="Noto Sans CJK KR" w:eastAsia="Noto Sans CJK KR"/>
          <w:b w:val="0"/>
          <w:i w:val="0"/>
          <w:sz w:val="20"/>
        </w:rPr>
        <w:t>confidence는 0.0 이상 1.0 이하의 범위를 사용한다.</w:t>
      </w:r>
    </w:p>
    <w:p>
      <w:pPr>
        <w:pStyle w:val="Heading1"/>
        <w:keepNext/>
        <w:pBdr>
          <w:bottom w:val="single" w:sz="8" w:space="3" w:color="1F4E78"/>
        </w:pBdr>
      </w:pPr>
      <w:r>
        <w:t>16. AdminDecision.msg</w:t>
      </w:r>
    </w:p>
    <w:p>
      <w:pPr>
        <w:spacing w:before="40" w:after="100" w:line="240" w:lineRule="auto"/>
        <w:ind w:left="283" w:right="283"/>
        <w:shd w:fill="F2F2F2"/>
      </w:pPr>
      <w:r>
        <w:rPr>
          <w:rFonts w:ascii="Noto Sans Mono CJK KR" w:hAnsi="Noto Sans Mono CJK KR" w:eastAsia="Noto Sans Mono CJK KR"/>
          <w:sz w:val="17"/>
        </w:rPr>
        <w:t>string event_id</w:t>
        <w:br/>
      </w:r>
      <w:r>
        <w:rPr>
          <w:rFonts w:ascii="Noto Sans Mono CJK KR" w:hAnsi="Noto Sans Mono CJK KR" w:eastAsia="Noto Sans Mono CJK KR"/>
          <w:sz w:val="17"/>
        </w:rPr>
        <w:t>string decision</w:t>
        <w:br/>
      </w:r>
      <w:r>
        <w:rPr>
          <w:rFonts w:ascii="Noto Sans Mono CJK KR" w:hAnsi="Noto Sans Mono CJK KR" w:eastAsia="Noto Sans Mono CJK KR"/>
          <w:sz w:val="17"/>
        </w:rPr>
        <w:t>string operator_name</w:t>
        <w:br/>
      </w:r>
      <w:r>
        <w:rPr>
          <w:rFonts w:ascii="Noto Sans Mono CJK KR" w:hAnsi="Noto Sans Mono CJK KR" w:eastAsia="Noto Sans Mono CJK KR"/>
          <w:sz w:val="17"/>
        </w:rPr>
        <w:t>string comment</w:t>
        <w:br/>
      </w:r>
      <w:r>
        <w:rPr>
          <w:rFonts w:ascii="Noto Sans Mono CJK KR" w:hAnsi="Noto Sans Mono CJK KR" w:eastAsia="Noto Sans Mono CJK KR"/>
          <w:sz w:val="17"/>
        </w:rPr>
        <w:t>builtin_interfaces/Time decision_time</w:t>
        <w:br/>
      </w:r>
      <w:r>
        <w:rPr>
          <w:rFonts w:ascii="Noto Sans Mono CJK KR" w:hAnsi="Noto Sans Mono CJK KR" w:eastAsia="Noto Sans Mono CJK KR"/>
          <w:sz w:val="17"/>
        </w:rPr>
        <w:t>bool alarm_required</w:t>
        <w:br/>
      </w:r>
      <w:r>
        <w:rPr>
          <w:rFonts w:ascii="Noto Sans Mono CJK KR" w:hAnsi="Noto Sans Mono CJK KR" w:eastAsia="Noto Sans Mono CJK KR"/>
          <w:sz w:val="17"/>
        </w:rPr>
        <w:t>bool patrol_continue</w:t>
      </w:r>
    </w:p>
    <w:p>
      <w:pPr>
        <w:pStyle w:val="Heading2"/>
        <w:keepNext/>
      </w:pPr>
      <w:r>
        <w:t>16.1 decision 값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space="0" w:color="B7B7B7"/>
          <w:left w:val="single" w:sz="4" w:space="0" w:color="B7B7B7"/>
          <w:bottom w:val="single" w:sz="4" w:space="0" w:color="B7B7B7"/>
          <w:right w:val="single" w:sz="4" w:space="0" w:color="B7B7B7"/>
          <w:insideH w:val="single" w:sz="4" w:space="0" w:color="B7B7B7"/>
          <w:insideV w:val="single" w:sz="4" w:space="0" w:color="B7B7B7"/>
        </w:tblBorders>
      </w:tblPr>
      <w:tblGrid>
        <w:gridCol w:w="5103"/>
        <w:gridCol w:w="5103"/>
      </w:tblGrid>
      <w:tr>
        <w:trPr>
          <w:tblHeader w:val="true"/>
        </w:trPr>
        <w:tc>
          <w:tcPr>
            <w:tcW w:type="dxa" w:w="3402"/>
            <w:shd w:fill="1F4E78"/>
            <w:tcMar>
              <w:top w:w="80" w:type="dxa"/>
              <w:start w:w="70" w:type="dxa"/>
              <w:bottom w:w="80" w:type="dxa"/>
              <w:end w:w="7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Noto Sans CJK KR" w:hAnsi="Noto Sans CJK KR" w:eastAsia="Noto Sans CJK KR"/>
                <w:b/>
                <w:color w:val="FFFFFF"/>
                <w:sz w:val="16"/>
              </w:rPr>
              <w:t>값</w:t>
            </w:r>
          </w:p>
        </w:tc>
        <w:tc>
          <w:tcPr>
            <w:tcW w:type="dxa" w:w="6237"/>
            <w:shd w:fill="1F4E78"/>
            <w:tcMar>
              <w:top w:w="80" w:type="dxa"/>
              <w:start w:w="70" w:type="dxa"/>
              <w:bottom w:w="80" w:type="dxa"/>
              <w:end w:w="7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Noto Sans CJK KR" w:hAnsi="Noto Sans CJK KR" w:eastAsia="Noto Sans CJK KR"/>
                <w:b/>
                <w:color w:val="FFFFFF"/>
                <w:sz w:val="16"/>
              </w:rPr>
              <w:t>설명</w:t>
            </w:r>
          </w:p>
        </w:tc>
      </w:tr>
      <w:tr>
        <w:tc>
          <w:tcPr>
            <w:tcW w:type="dxa" w:w="3402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8"/>
              </w:rPr>
              <w:t>CONFIRMED</w:t>
            </w:r>
          </w:p>
        </w:tc>
        <w:tc>
          <w:tcPr>
            <w:tcW w:type="dxa" w:w="6237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8"/>
              </w:rPr>
              <w:t>이상 상황 확정</w:t>
            </w:r>
          </w:p>
        </w:tc>
      </w:tr>
      <w:tr>
        <w:tc>
          <w:tcPr>
            <w:tcW w:type="dxa" w:w="3402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  <w:shd w:fill="F8FBFD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8"/>
              </w:rPr>
              <w:t>FALSE_ALARM</w:t>
            </w:r>
          </w:p>
        </w:tc>
        <w:tc>
          <w:tcPr>
            <w:tcW w:type="dxa" w:w="6237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  <w:shd w:fill="F8FBFD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8"/>
              </w:rPr>
              <w:t>오탐</w:t>
            </w:r>
          </w:p>
        </w:tc>
      </w:tr>
      <w:tr>
        <w:tc>
          <w:tcPr>
            <w:tcW w:type="dxa" w:w="3402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8"/>
              </w:rPr>
              <w:t>IGNORE</w:t>
            </w:r>
          </w:p>
        </w:tc>
        <w:tc>
          <w:tcPr>
            <w:tcW w:type="dxa" w:w="6237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8"/>
              </w:rPr>
              <w:t>무시</w:t>
            </w:r>
          </w:p>
        </w:tc>
      </w:tr>
      <w:tr>
        <w:tc>
          <w:tcPr>
            <w:tcW w:type="dxa" w:w="3402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  <w:shd w:fill="F8FBFD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8"/>
              </w:rPr>
              <w:t>CALL_SECURITY</w:t>
            </w:r>
          </w:p>
        </w:tc>
        <w:tc>
          <w:tcPr>
            <w:tcW w:type="dxa" w:w="6237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  <w:shd w:fill="F8FBFD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8"/>
              </w:rPr>
              <w:t>경비 호출</w:t>
            </w:r>
          </w:p>
        </w:tc>
      </w:tr>
      <w:tr>
        <w:tc>
          <w:tcPr>
            <w:tcW w:type="dxa" w:w="3402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8"/>
              </w:rPr>
              <w:t>CALL_EMERGENCY</w:t>
            </w:r>
          </w:p>
        </w:tc>
        <w:tc>
          <w:tcPr>
            <w:tcW w:type="dxa" w:w="6237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8"/>
              </w:rPr>
              <w:t>긴급기관 호출</w:t>
            </w:r>
          </w:p>
        </w:tc>
      </w:tr>
      <w:tr>
        <w:tc>
          <w:tcPr>
            <w:tcW w:type="dxa" w:w="3402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  <w:shd w:fill="F8FBFD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8"/>
              </w:rPr>
              <w:t>RECHECK</w:t>
            </w:r>
          </w:p>
        </w:tc>
        <w:tc>
          <w:tcPr>
            <w:tcW w:type="dxa" w:w="6237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  <w:shd w:fill="F8FBFD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8"/>
              </w:rPr>
              <w:t>재확인</w:t>
            </w:r>
          </w:p>
        </w:tc>
      </w:tr>
    </w:tbl>
    <w:p>
      <w:pPr>
        <w:spacing w:after="0"/>
      </w:pPr>
    </w:p>
    <w:p>
      <w:pPr>
        <w:pStyle w:val="Heading2"/>
        <w:keepNext/>
      </w:pPr>
      <w:r>
        <w:t>16.2 필드 설명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space="0" w:color="B7B7B7"/>
          <w:left w:val="single" w:sz="4" w:space="0" w:color="B7B7B7"/>
          <w:bottom w:val="single" w:sz="4" w:space="0" w:color="B7B7B7"/>
          <w:right w:val="single" w:sz="4" w:space="0" w:color="B7B7B7"/>
          <w:insideH w:val="single" w:sz="4" w:space="0" w:color="B7B7B7"/>
          <w:insideV w:val="single" w:sz="4" w:space="0" w:color="B7B7B7"/>
        </w:tblBorders>
      </w:tblPr>
      <w:tblGrid>
        <w:gridCol w:w="5103"/>
        <w:gridCol w:w="5103"/>
      </w:tblGrid>
      <w:tr>
        <w:trPr>
          <w:tblHeader w:val="true"/>
        </w:trPr>
        <w:tc>
          <w:tcPr>
            <w:tcW w:type="dxa" w:w="3402"/>
            <w:shd w:fill="1F4E78"/>
            <w:tcMar>
              <w:top w:w="80" w:type="dxa"/>
              <w:start w:w="70" w:type="dxa"/>
              <w:bottom w:w="80" w:type="dxa"/>
              <w:end w:w="7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Noto Sans CJK KR" w:hAnsi="Noto Sans CJK KR" w:eastAsia="Noto Sans CJK KR"/>
                <w:b/>
                <w:color w:val="FFFFFF"/>
                <w:sz w:val="16"/>
              </w:rPr>
              <w:t>필드</w:t>
            </w:r>
          </w:p>
        </w:tc>
        <w:tc>
          <w:tcPr>
            <w:tcW w:type="dxa" w:w="6237"/>
            <w:shd w:fill="1F4E78"/>
            <w:tcMar>
              <w:top w:w="80" w:type="dxa"/>
              <w:start w:w="70" w:type="dxa"/>
              <w:bottom w:w="80" w:type="dxa"/>
              <w:end w:w="7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Noto Sans CJK KR" w:hAnsi="Noto Sans CJK KR" w:eastAsia="Noto Sans CJK KR"/>
                <w:b/>
                <w:color w:val="FFFFFF"/>
                <w:sz w:val="16"/>
              </w:rPr>
              <w:t>설명</w:t>
            </w:r>
          </w:p>
        </w:tc>
      </w:tr>
      <w:tr>
        <w:tc>
          <w:tcPr>
            <w:tcW w:type="dxa" w:w="3402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7"/>
              </w:rPr>
              <w:t>event_id</w:t>
            </w:r>
          </w:p>
        </w:tc>
        <w:tc>
          <w:tcPr>
            <w:tcW w:type="dxa" w:w="6237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7"/>
              </w:rPr>
              <w:t>판단 대상 이벤트 번호</w:t>
            </w:r>
          </w:p>
        </w:tc>
      </w:tr>
      <w:tr>
        <w:tc>
          <w:tcPr>
            <w:tcW w:type="dxa" w:w="3402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  <w:shd w:fill="F8FBFD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7"/>
              </w:rPr>
              <w:t>decision</w:t>
            </w:r>
          </w:p>
        </w:tc>
        <w:tc>
          <w:tcPr>
            <w:tcW w:type="dxa" w:w="6237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  <w:shd w:fill="F8FBFD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7"/>
              </w:rPr>
              <w:t>관리자 판단 결과</w:t>
            </w:r>
          </w:p>
        </w:tc>
      </w:tr>
      <w:tr>
        <w:tc>
          <w:tcPr>
            <w:tcW w:type="dxa" w:w="3402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7"/>
              </w:rPr>
              <w:t>operator_name</w:t>
            </w:r>
          </w:p>
        </w:tc>
        <w:tc>
          <w:tcPr>
            <w:tcW w:type="dxa" w:w="6237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7"/>
              </w:rPr>
              <w:t>판단을 입력한 관리자 이름</w:t>
            </w:r>
          </w:p>
        </w:tc>
      </w:tr>
      <w:tr>
        <w:tc>
          <w:tcPr>
            <w:tcW w:type="dxa" w:w="3402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  <w:shd w:fill="F8FBFD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7"/>
              </w:rPr>
              <w:t>comment</w:t>
            </w:r>
          </w:p>
        </w:tc>
        <w:tc>
          <w:tcPr>
            <w:tcW w:type="dxa" w:w="6237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  <w:shd w:fill="F8FBFD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7"/>
              </w:rPr>
              <w:t>관리자 의견</w:t>
            </w:r>
          </w:p>
        </w:tc>
      </w:tr>
      <w:tr>
        <w:tc>
          <w:tcPr>
            <w:tcW w:type="dxa" w:w="3402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7"/>
              </w:rPr>
              <w:t>decision_time</w:t>
            </w:r>
          </w:p>
        </w:tc>
        <w:tc>
          <w:tcPr>
            <w:tcW w:type="dxa" w:w="6237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7"/>
              </w:rPr>
              <w:t>판단 입력 시각</w:t>
            </w:r>
          </w:p>
        </w:tc>
      </w:tr>
      <w:tr>
        <w:tc>
          <w:tcPr>
            <w:tcW w:type="dxa" w:w="3402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  <w:shd w:fill="F8FBFD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7"/>
              </w:rPr>
              <w:t>alarm_required</w:t>
            </w:r>
          </w:p>
        </w:tc>
        <w:tc>
          <w:tcPr>
            <w:tcW w:type="dxa" w:w="6237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  <w:shd w:fill="F8FBFD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7"/>
              </w:rPr>
              <w:t>로봇 경고 동작 필요 여부</w:t>
            </w:r>
          </w:p>
        </w:tc>
      </w:tr>
      <w:tr>
        <w:tc>
          <w:tcPr>
            <w:tcW w:type="dxa" w:w="3402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7"/>
              </w:rPr>
              <w:t>patrol_continue</w:t>
            </w:r>
          </w:p>
        </w:tc>
        <w:tc>
          <w:tcPr>
            <w:tcW w:type="dxa" w:w="6237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7"/>
              </w:rPr>
              <w:t>판단 후 순찰 계속 여부</w:t>
            </w:r>
          </w:p>
        </w:tc>
      </w:tr>
    </w:tbl>
    <w:p>
      <w:pPr>
        <w:spacing w:after="0"/>
      </w:pPr>
    </w:p>
    <w:p>
      <w:pPr>
        <w:pStyle w:val="Heading1"/>
        <w:keepNext/>
        <w:pBdr>
          <w:bottom w:val="single" w:sz="8" w:space="3" w:color="1F4E78"/>
        </w:pBdr>
      </w:pPr>
      <w:r>
        <w:t>17. PatrolStatus.msg</w:t>
      </w:r>
    </w:p>
    <w:p>
      <w:pPr>
        <w:spacing w:before="40" w:after="100" w:line="240" w:lineRule="auto"/>
        <w:ind w:left="283" w:right="283"/>
        <w:shd w:fill="F2F2F2"/>
      </w:pPr>
      <w:r>
        <w:rPr>
          <w:rFonts w:ascii="Noto Sans Mono CJK KR" w:hAnsi="Noto Sans Mono CJK KR" w:eastAsia="Noto Sans Mono CJK KR"/>
          <w:sz w:val="17"/>
        </w:rPr>
        <w:t>bool patrol_active</w:t>
        <w:br/>
      </w:r>
      <w:r>
        <w:rPr>
          <w:rFonts w:ascii="Noto Sans Mono CJK KR" w:hAnsi="Noto Sans Mono CJK KR" w:eastAsia="Noto Sans Mono CJK KR"/>
          <w:sz w:val="17"/>
        </w:rPr>
        <w:t>bool patrol_paused</w:t>
        <w:br/>
      </w:r>
      <w:r>
        <w:rPr>
          <w:rFonts w:ascii="Noto Sans Mono CJK KR" w:hAnsi="Noto Sans Mono CJK KR" w:eastAsia="Noto Sans Mono CJK KR"/>
          <w:sz w:val="17"/>
        </w:rPr>
        <w:t>string route_id</w:t>
        <w:br/>
      </w:r>
      <w:r>
        <w:rPr>
          <w:rFonts w:ascii="Noto Sans Mono CJK KR" w:hAnsi="Noto Sans Mono CJK KR" w:eastAsia="Noto Sans Mono CJK KR"/>
          <w:sz w:val="17"/>
        </w:rPr>
        <w:t>string current_location</w:t>
        <w:br/>
      </w:r>
      <w:r>
        <w:rPr>
          <w:rFonts w:ascii="Noto Sans Mono CJK KR" w:hAnsi="Noto Sans Mono CJK KR" w:eastAsia="Noto Sans Mono CJK KR"/>
          <w:sz w:val="17"/>
        </w:rPr>
        <w:t>int32 current_point_index</w:t>
        <w:br/>
      </w:r>
      <w:r>
        <w:rPr>
          <w:rFonts w:ascii="Noto Sans Mono CJK KR" w:hAnsi="Noto Sans Mono CJK KR" w:eastAsia="Noto Sans Mono CJK KR"/>
          <w:sz w:val="17"/>
        </w:rPr>
        <w:t>int32 total_point_count</w:t>
        <w:br/>
      </w:r>
      <w:r>
        <w:rPr>
          <w:rFonts w:ascii="Noto Sans Mono CJK KR" w:hAnsi="Noto Sans Mono CJK KR" w:eastAsia="Noto Sans Mono CJK KR"/>
          <w:sz w:val="17"/>
        </w:rPr>
        <w:t>int32 completed_cycle_count</w:t>
        <w:br/>
      </w:r>
      <w:r>
        <w:rPr>
          <w:rFonts w:ascii="Noto Sans Mono CJK KR" w:hAnsi="Noto Sans Mono CJK KR" w:eastAsia="Noto Sans Mono CJK KR"/>
          <w:sz w:val="17"/>
        </w:rPr>
        <w:t>int32 target_cycle_count</w:t>
        <w:br/>
      </w:r>
      <w:r>
        <w:rPr>
          <w:rFonts w:ascii="Noto Sans Mono CJK KR" w:hAnsi="Noto Sans Mono CJK KR" w:eastAsia="Noto Sans Mono CJK KR"/>
          <w:sz w:val="17"/>
        </w:rPr>
        <w:t>string navigation_state</w:t>
        <w:br/>
      </w:r>
      <w:r>
        <w:rPr>
          <w:rFonts w:ascii="Noto Sans Mono CJK KR" w:hAnsi="Noto Sans Mono CJK KR" w:eastAsia="Noto Sans Mono CJK KR"/>
          <w:sz w:val="17"/>
        </w:rPr>
        <w:t>float32 progress</w:t>
        <w:br/>
      </w:r>
      <w:r>
        <w:rPr>
          <w:rFonts w:ascii="Noto Sans Mono CJK KR" w:hAnsi="Noto Sans Mono CJK KR" w:eastAsia="Noto Sans Mono CJK KR"/>
          <w:sz w:val="17"/>
        </w:rPr>
        <w:t>float32 distance_remaining</w:t>
        <w:br/>
      </w:r>
      <w:r>
        <w:rPr>
          <w:rFonts w:ascii="Noto Sans Mono CJK KR" w:hAnsi="Noto Sans Mono CJK KR" w:eastAsia="Noto Sans Mono CJK KR"/>
          <w:sz w:val="17"/>
        </w:rPr>
        <w:t>builtin_interfaces/Time started_time</w:t>
        <w:br/>
      </w:r>
      <w:r>
        <w:rPr>
          <w:rFonts w:ascii="Noto Sans Mono CJK KR" w:hAnsi="Noto Sans Mono CJK KR" w:eastAsia="Noto Sans Mono CJK KR"/>
          <w:sz w:val="17"/>
        </w:rPr>
        <w:t>builtin_interfaces/Time updated_time</w:t>
      </w:r>
    </w:p>
    <w:p>
      <w:pPr>
        <w:pStyle w:val="Heading2"/>
        <w:keepNext/>
      </w:pPr>
      <w:r>
        <w:t>17.1 navigation_state 값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space="0" w:color="B7B7B7"/>
          <w:left w:val="single" w:sz="4" w:space="0" w:color="B7B7B7"/>
          <w:bottom w:val="single" w:sz="4" w:space="0" w:color="B7B7B7"/>
          <w:right w:val="single" w:sz="4" w:space="0" w:color="B7B7B7"/>
          <w:insideH w:val="single" w:sz="4" w:space="0" w:color="B7B7B7"/>
          <w:insideV w:val="single" w:sz="4" w:space="0" w:color="B7B7B7"/>
        </w:tblBorders>
      </w:tblPr>
      <w:tblGrid>
        <w:gridCol w:w="5103"/>
        <w:gridCol w:w="5103"/>
      </w:tblGrid>
      <w:tr>
        <w:trPr>
          <w:tblHeader w:val="true"/>
        </w:trPr>
        <w:tc>
          <w:tcPr>
            <w:tcW w:type="dxa" w:w="3402"/>
            <w:shd w:fill="1F4E78"/>
            <w:tcMar>
              <w:top w:w="80" w:type="dxa"/>
              <w:start w:w="70" w:type="dxa"/>
              <w:bottom w:w="80" w:type="dxa"/>
              <w:end w:w="7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Noto Sans CJK KR" w:hAnsi="Noto Sans CJK KR" w:eastAsia="Noto Sans CJK KR"/>
                <w:b/>
                <w:color w:val="FFFFFF"/>
                <w:sz w:val="16"/>
              </w:rPr>
              <w:t>값</w:t>
            </w:r>
          </w:p>
        </w:tc>
        <w:tc>
          <w:tcPr>
            <w:tcW w:type="dxa" w:w="6237"/>
            <w:shd w:fill="1F4E78"/>
            <w:tcMar>
              <w:top w:w="80" w:type="dxa"/>
              <w:start w:w="70" w:type="dxa"/>
              <w:bottom w:w="80" w:type="dxa"/>
              <w:end w:w="7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Noto Sans CJK KR" w:hAnsi="Noto Sans CJK KR" w:eastAsia="Noto Sans CJK KR"/>
                <w:b/>
                <w:color w:val="FFFFFF"/>
                <w:sz w:val="16"/>
              </w:rPr>
              <w:t>설명</w:t>
            </w:r>
          </w:p>
        </w:tc>
      </w:tr>
      <w:tr>
        <w:tc>
          <w:tcPr>
            <w:tcW w:type="dxa" w:w="3402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7"/>
              </w:rPr>
              <w:t>IDLE</w:t>
            </w:r>
          </w:p>
        </w:tc>
        <w:tc>
          <w:tcPr>
            <w:tcW w:type="dxa" w:w="6237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7"/>
              </w:rPr>
              <w:t>대기</w:t>
            </w:r>
          </w:p>
        </w:tc>
      </w:tr>
      <w:tr>
        <w:tc>
          <w:tcPr>
            <w:tcW w:type="dxa" w:w="3402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  <w:shd w:fill="F8FBFD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7"/>
              </w:rPr>
              <w:t>STARTING</w:t>
            </w:r>
          </w:p>
        </w:tc>
        <w:tc>
          <w:tcPr>
            <w:tcW w:type="dxa" w:w="6237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  <w:shd w:fill="F8FBFD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7"/>
              </w:rPr>
              <w:t>순찰 시작 준비</w:t>
            </w:r>
          </w:p>
        </w:tc>
      </w:tr>
      <w:tr>
        <w:tc>
          <w:tcPr>
            <w:tcW w:type="dxa" w:w="3402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7"/>
              </w:rPr>
              <w:t>NAVIGATING</w:t>
            </w:r>
          </w:p>
        </w:tc>
        <w:tc>
          <w:tcPr>
            <w:tcW w:type="dxa" w:w="6237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7"/>
              </w:rPr>
              <w:t>목표 지점 이동</w:t>
            </w:r>
          </w:p>
        </w:tc>
      </w:tr>
      <w:tr>
        <w:tc>
          <w:tcPr>
            <w:tcW w:type="dxa" w:w="3402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  <w:shd w:fill="F8FBFD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7"/>
              </w:rPr>
              <w:t>ARRIVED</w:t>
            </w:r>
          </w:p>
        </w:tc>
        <w:tc>
          <w:tcPr>
            <w:tcW w:type="dxa" w:w="6237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  <w:shd w:fill="F8FBFD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7"/>
              </w:rPr>
              <w:t>지점 도착</w:t>
            </w:r>
          </w:p>
        </w:tc>
      </w:tr>
      <w:tr>
        <w:tc>
          <w:tcPr>
            <w:tcW w:type="dxa" w:w="3402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7"/>
              </w:rPr>
              <w:t>WAITING</w:t>
            </w:r>
          </w:p>
        </w:tc>
        <w:tc>
          <w:tcPr>
            <w:tcW w:type="dxa" w:w="6237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7"/>
              </w:rPr>
              <w:t>지점 대기</w:t>
            </w:r>
          </w:p>
        </w:tc>
      </w:tr>
      <w:tr>
        <w:tc>
          <w:tcPr>
            <w:tcW w:type="dxa" w:w="3402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  <w:shd w:fill="F8FBFD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7"/>
              </w:rPr>
              <w:t>PAUSED</w:t>
            </w:r>
          </w:p>
        </w:tc>
        <w:tc>
          <w:tcPr>
            <w:tcW w:type="dxa" w:w="6237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  <w:shd w:fill="F8FBFD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7"/>
              </w:rPr>
              <w:t>일시정지</w:t>
            </w:r>
          </w:p>
        </w:tc>
      </w:tr>
      <w:tr>
        <w:tc>
          <w:tcPr>
            <w:tcW w:type="dxa" w:w="3402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7"/>
              </w:rPr>
              <w:t>RECOVERING</w:t>
            </w:r>
          </w:p>
        </w:tc>
        <w:tc>
          <w:tcPr>
            <w:tcW w:type="dxa" w:w="6237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7"/>
              </w:rPr>
              <w:t>이동 복구 수행</w:t>
            </w:r>
          </w:p>
        </w:tc>
      </w:tr>
      <w:tr>
        <w:tc>
          <w:tcPr>
            <w:tcW w:type="dxa" w:w="3402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  <w:shd w:fill="F8FBFD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7"/>
              </w:rPr>
              <w:t>RETURNING</w:t>
            </w:r>
          </w:p>
        </w:tc>
        <w:tc>
          <w:tcPr>
            <w:tcW w:type="dxa" w:w="6237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  <w:shd w:fill="F8FBFD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7"/>
              </w:rPr>
              <w:t>복귀 중</w:t>
            </w:r>
          </w:p>
        </w:tc>
      </w:tr>
      <w:tr>
        <w:tc>
          <w:tcPr>
            <w:tcW w:type="dxa" w:w="3402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7"/>
              </w:rPr>
              <w:t>COMPLETED</w:t>
            </w:r>
          </w:p>
        </w:tc>
        <w:tc>
          <w:tcPr>
            <w:tcW w:type="dxa" w:w="6237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7"/>
              </w:rPr>
              <w:t>순찰 완료</w:t>
            </w:r>
          </w:p>
        </w:tc>
      </w:tr>
      <w:tr>
        <w:tc>
          <w:tcPr>
            <w:tcW w:type="dxa" w:w="3402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  <w:shd w:fill="F8FBFD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7"/>
              </w:rPr>
              <w:t>CANCELED</w:t>
            </w:r>
          </w:p>
        </w:tc>
        <w:tc>
          <w:tcPr>
            <w:tcW w:type="dxa" w:w="6237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  <w:shd w:fill="F8FBFD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7"/>
              </w:rPr>
              <w:t>순찰 취소</w:t>
            </w:r>
          </w:p>
        </w:tc>
      </w:tr>
      <w:tr>
        <w:tc>
          <w:tcPr>
            <w:tcW w:type="dxa" w:w="3402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7"/>
              </w:rPr>
              <w:t>FAILED</w:t>
            </w:r>
          </w:p>
        </w:tc>
        <w:tc>
          <w:tcPr>
            <w:tcW w:type="dxa" w:w="6237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7"/>
              </w:rPr>
              <w:t>순찰 실패</w:t>
            </w:r>
          </w:p>
        </w:tc>
      </w:tr>
    </w:tbl>
    <w:p>
      <w:pPr>
        <w:spacing w:after="0"/>
      </w:pPr>
    </w:p>
    <w:p>
      <w:pPr>
        <w:pStyle w:val="Heading2"/>
        <w:keepNext/>
      </w:pPr>
      <w:r>
        <w:t>17.2 필드 설명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space="0" w:color="B7B7B7"/>
          <w:left w:val="single" w:sz="4" w:space="0" w:color="B7B7B7"/>
          <w:bottom w:val="single" w:sz="4" w:space="0" w:color="B7B7B7"/>
          <w:right w:val="single" w:sz="4" w:space="0" w:color="B7B7B7"/>
          <w:insideH w:val="single" w:sz="4" w:space="0" w:color="B7B7B7"/>
          <w:insideV w:val="single" w:sz="4" w:space="0" w:color="B7B7B7"/>
        </w:tblBorders>
      </w:tblPr>
      <w:tblGrid>
        <w:gridCol w:w="5103"/>
        <w:gridCol w:w="5103"/>
      </w:tblGrid>
      <w:tr>
        <w:trPr>
          <w:tblHeader w:val="true"/>
        </w:trPr>
        <w:tc>
          <w:tcPr>
            <w:tcW w:type="dxa" w:w="3402"/>
            <w:shd w:fill="1F4E78"/>
            <w:tcMar>
              <w:top w:w="80" w:type="dxa"/>
              <w:start w:w="70" w:type="dxa"/>
              <w:bottom w:w="80" w:type="dxa"/>
              <w:end w:w="7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Noto Sans CJK KR" w:hAnsi="Noto Sans CJK KR" w:eastAsia="Noto Sans CJK KR"/>
                <w:b/>
                <w:color w:val="FFFFFF"/>
                <w:sz w:val="16"/>
              </w:rPr>
              <w:t>필드</w:t>
            </w:r>
          </w:p>
        </w:tc>
        <w:tc>
          <w:tcPr>
            <w:tcW w:type="dxa" w:w="6237"/>
            <w:shd w:fill="1F4E78"/>
            <w:tcMar>
              <w:top w:w="80" w:type="dxa"/>
              <w:start w:w="70" w:type="dxa"/>
              <w:bottom w:w="80" w:type="dxa"/>
              <w:end w:w="7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Noto Sans CJK KR" w:hAnsi="Noto Sans CJK KR" w:eastAsia="Noto Sans CJK KR"/>
                <w:b/>
                <w:color w:val="FFFFFF"/>
                <w:sz w:val="16"/>
              </w:rPr>
              <w:t>설명</w:t>
            </w:r>
          </w:p>
        </w:tc>
      </w:tr>
      <w:tr>
        <w:tc>
          <w:tcPr>
            <w:tcW w:type="dxa" w:w="3402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7"/>
              </w:rPr>
              <w:t>patrol_active</w:t>
            </w:r>
          </w:p>
        </w:tc>
        <w:tc>
          <w:tcPr>
            <w:tcW w:type="dxa" w:w="6237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7"/>
              </w:rPr>
              <w:t>순찰 활성화 여부</w:t>
            </w:r>
          </w:p>
        </w:tc>
      </w:tr>
      <w:tr>
        <w:tc>
          <w:tcPr>
            <w:tcW w:type="dxa" w:w="3402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  <w:shd w:fill="F8FBFD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7"/>
              </w:rPr>
              <w:t>patrol_paused</w:t>
            </w:r>
          </w:p>
        </w:tc>
        <w:tc>
          <w:tcPr>
            <w:tcW w:type="dxa" w:w="6237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  <w:shd w:fill="F8FBFD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7"/>
              </w:rPr>
              <w:t>순찰 일시정지 여부</w:t>
            </w:r>
          </w:p>
        </w:tc>
      </w:tr>
      <w:tr>
        <w:tc>
          <w:tcPr>
            <w:tcW w:type="dxa" w:w="3402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7"/>
              </w:rPr>
              <w:t>route_id</w:t>
            </w:r>
          </w:p>
        </w:tc>
        <w:tc>
          <w:tcPr>
            <w:tcW w:type="dxa" w:w="6237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7"/>
              </w:rPr>
              <w:t>현재 순찰 경로 번호</w:t>
            </w:r>
          </w:p>
        </w:tc>
      </w:tr>
      <w:tr>
        <w:tc>
          <w:tcPr>
            <w:tcW w:type="dxa" w:w="3402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  <w:shd w:fill="F8FBFD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7"/>
              </w:rPr>
              <w:t>current_location</w:t>
            </w:r>
          </w:p>
        </w:tc>
        <w:tc>
          <w:tcPr>
            <w:tcW w:type="dxa" w:w="6237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  <w:shd w:fill="F8FBFD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7"/>
              </w:rPr>
              <w:t>현재 순찰 위치</w:t>
            </w:r>
          </w:p>
        </w:tc>
      </w:tr>
      <w:tr>
        <w:tc>
          <w:tcPr>
            <w:tcW w:type="dxa" w:w="3402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7"/>
              </w:rPr>
              <w:t>current_point_index</w:t>
            </w:r>
          </w:p>
        </w:tc>
        <w:tc>
          <w:tcPr>
            <w:tcW w:type="dxa" w:w="6237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7"/>
              </w:rPr>
              <w:t>현재 순찰 지점 인덱스</w:t>
            </w:r>
          </w:p>
        </w:tc>
      </w:tr>
      <w:tr>
        <w:tc>
          <w:tcPr>
            <w:tcW w:type="dxa" w:w="3402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  <w:shd w:fill="F8FBFD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7"/>
              </w:rPr>
              <w:t>total_point_count</w:t>
            </w:r>
          </w:p>
        </w:tc>
        <w:tc>
          <w:tcPr>
            <w:tcW w:type="dxa" w:w="6237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  <w:shd w:fill="F8FBFD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7"/>
              </w:rPr>
              <w:t>전체 순찰 지점 수</w:t>
            </w:r>
          </w:p>
        </w:tc>
      </w:tr>
      <w:tr>
        <w:tc>
          <w:tcPr>
            <w:tcW w:type="dxa" w:w="3402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7"/>
              </w:rPr>
              <w:t>completed_cycle_count</w:t>
            </w:r>
          </w:p>
        </w:tc>
        <w:tc>
          <w:tcPr>
            <w:tcW w:type="dxa" w:w="6237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7"/>
              </w:rPr>
              <w:t>완료한 순찰 횟수</w:t>
            </w:r>
          </w:p>
        </w:tc>
      </w:tr>
      <w:tr>
        <w:tc>
          <w:tcPr>
            <w:tcW w:type="dxa" w:w="3402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  <w:shd w:fill="F8FBFD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7"/>
              </w:rPr>
              <w:t>target_cycle_count</w:t>
            </w:r>
          </w:p>
        </w:tc>
        <w:tc>
          <w:tcPr>
            <w:tcW w:type="dxa" w:w="6237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  <w:shd w:fill="F8FBFD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7"/>
              </w:rPr>
              <w:t>목표 순찰 횟수</w:t>
            </w:r>
          </w:p>
        </w:tc>
      </w:tr>
      <w:tr>
        <w:tc>
          <w:tcPr>
            <w:tcW w:type="dxa" w:w="3402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7"/>
              </w:rPr>
              <w:t>navigation_state</w:t>
            </w:r>
          </w:p>
        </w:tc>
        <w:tc>
          <w:tcPr>
            <w:tcW w:type="dxa" w:w="6237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7"/>
              </w:rPr>
              <w:t>현재 이동 상태</w:t>
            </w:r>
          </w:p>
        </w:tc>
      </w:tr>
      <w:tr>
        <w:tc>
          <w:tcPr>
            <w:tcW w:type="dxa" w:w="3402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  <w:shd w:fill="F8FBFD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7"/>
              </w:rPr>
              <w:t>progress</w:t>
            </w:r>
          </w:p>
        </w:tc>
        <w:tc>
          <w:tcPr>
            <w:tcW w:type="dxa" w:w="6237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  <w:shd w:fill="F8FBFD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7"/>
              </w:rPr>
              <w:t>순찰 진행률</w:t>
            </w:r>
          </w:p>
        </w:tc>
      </w:tr>
      <w:tr>
        <w:tc>
          <w:tcPr>
            <w:tcW w:type="dxa" w:w="3402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7"/>
              </w:rPr>
              <w:t>distance_remaining</w:t>
            </w:r>
          </w:p>
        </w:tc>
        <w:tc>
          <w:tcPr>
            <w:tcW w:type="dxa" w:w="6237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7"/>
              </w:rPr>
              <w:t>현재 목적지까지 남은 거리</w:t>
            </w:r>
          </w:p>
        </w:tc>
      </w:tr>
      <w:tr>
        <w:tc>
          <w:tcPr>
            <w:tcW w:type="dxa" w:w="3402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  <w:shd w:fill="F8FBFD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7"/>
              </w:rPr>
              <w:t>started_time</w:t>
            </w:r>
          </w:p>
        </w:tc>
        <w:tc>
          <w:tcPr>
            <w:tcW w:type="dxa" w:w="6237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  <w:shd w:fill="F8FBFD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7"/>
              </w:rPr>
              <w:t>순찰 시작 시각</w:t>
            </w:r>
          </w:p>
        </w:tc>
      </w:tr>
      <w:tr>
        <w:tc>
          <w:tcPr>
            <w:tcW w:type="dxa" w:w="3402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7"/>
              </w:rPr>
              <w:t>updated_time</w:t>
            </w:r>
          </w:p>
        </w:tc>
        <w:tc>
          <w:tcPr>
            <w:tcW w:type="dxa" w:w="6237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7"/>
              </w:rPr>
              <w:t>상태 갱신 시각</w:t>
            </w:r>
          </w:p>
        </w:tc>
      </w:tr>
    </w:tbl>
    <w:p>
      <w:pPr>
        <w:spacing w:after="0"/>
      </w:pPr>
    </w:p>
    <w:p>
      <w:pPr>
        <w:pStyle w:val="Heading1"/>
        <w:keepNext/>
        <w:pBdr>
          <w:bottom w:val="single" w:sz="8" w:space="3" w:color="1F4E78"/>
        </w:pBdr>
      </w:pPr>
      <w:r>
        <w:t>18. PatrolRoute.msg</w:t>
      </w:r>
    </w:p>
    <w:p>
      <w:pPr>
        <w:spacing w:before="40" w:after="100" w:line="240" w:lineRule="auto"/>
        <w:ind w:left="283" w:right="283"/>
        <w:shd w:fill="F2F2F2"/>
      </w:pPr>
      <w:r>
        <w:rPr>
          <w:rFonts w:ascii="Noto Sans Mono CJK KR" w:hAnsi="Noto Sans Mono CJK KR" w:eastAsia="Noto Sans Mono CJK KR"/>
          <w:sz w:val="17"/>
        </w:rPr>
        <w:t>string route_id</w:t>
        <w:br/>
      </w:r>
      <w:r>
        <w:rPr>
          <w:rFonts w:ascii="Noto Sans Mono CJK KR" w:hAnsi="Noto Sans Mono CJK KR" w:eastAsia="Noto Sans Mono CJK KR"/>
          <w:sz w:val="17"/>
        </w:rPr>
        <w:t>string route_name</w:t>
        <w:br/>
      </w:r>
      <w:r>
        <w:rPr>
          <w:rFonts w:ascii="Noto Sans Mono CJK KR" w:hAnsi="Noto Sans Mono CJK KR" w:eastAsia="Noto Sans Mono CJK KR"/>
          <w:sz w:val="17"/>
        </w:rPr>
        <w:t>string[] location_names</w:t>
        <w:br/>
      </w:r>
      <w:r>
        <w:rPr>
          <w:rFonts w:ascii="Noto Sans Mono CJK KR" w:hAnsi="Noto Sans Mono CJK KR" w:eastAsia="Noto Sans Mono CJK KR"/>
          <w:sz w:val="17"/>
        </w:rPr>
        <w:t>geometry_msgs/PoseStamped[] poses</w:t>
        <w:br/>
      </w:r>
      <w:r>
        <w:rPr>
          <w:rFonts w:ascii="Noto Sans Mono CJK KR" w:hAnsi="Noto Sans Mono CJK KR" w:eastAsia="Noto Sans Mono CJK KR"/>
          <w:sz w:val="17"/>
        </w:rPr>
        <w:t>float32[] wait_times</w:t>
        <w:br/>
      </w:r>
      <w:r>
        <w:rPr>
          <w:rFonts w:ascii="Noto Sans Mono CJK KR" w:hAnsi="Noto Sans Mono CJK KR" w:eastAsia="Noto Sans Mono CJK KR"/>
          <w:sz w:val="17"/>
        </w:rPr>
        <w:t>bool loop</w:t>
        <w:br/>
      </w:r>
      <w:r>
        <w:rPr>
          <w:rFonts w:ascii="Noto Sans Mono CJK KR" w:hAnsi="Noto Sans Mono CJK KR" w:eastAsia="Noto Sans Mono CJK KR"/>
          <w:sz w:val="17"/>
        </w:rPr>
        <w:t>builtin_interfaces/Time updated_time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space="0" w:color="7F8C8D"/>
          <w:left w:val="single" w:sz="4" w:space="0" w:color="7F8C8D"/>
          <w:bottom w:val="single" w:sz="4" w:space="0" w:color="7F8C8D"/>
          <w:right w:val="single" w:sz="4" w:space="0" w:color="7F8C8D"/>
          <w:insideH w:val="single" w:sz="4" w:space="0" w:color="7F8C8D"/>
          <w:insideV w:val="single" w:sz="4" w:space="0" w:color="7F8C8D"/>
        </w:tblBorders>
      </w:tblPr>
      <w:tblGrid>
        <w:gridCol w:w="2551"/>
        <w:gridCol w:w="2551"/>
        <w:gridCol w:w="2551"/>
        <w:gridCol w:w="2551"/>
      </w:tblGrid>
      <w:tr>
        <w:trPr>
          <w:cantSplit/>
        </w:trPr>
        <w:tc>
          <w:tcPr>
            <w:tcW w:type="dxa" w:w="1360"/>
            <w:tcMar>
              <w:top w:w="85" w:type="dxa"/>
              <w:start w:w="80" w:type="dxa"/>
              <w:bottom w:w="85" w:type="dxa"/>
              <w:end w:w="80" w:type="dxa"/>
            </w:tcMar>
            <w:vAlign w:val="center"/>
            <w:shd w:fill="D9EAF7"/>
          </w:tcPr>
          <w:p>
            <w:pPr>
              <w:spacing w:after="0"/>
              <w:jc w:val="center"/>
            </w:pPr>
            <w:r>
              <w:rPr>
                <w:rFonts w:ascii="Noto Sans CJK KR" w:hAnsi="Noto Sans CJK KR" w:eastAsia="Noto Sans CJK KR"/>
                <w:b/>
                <w:sz w:val="17"/>
              </w:rPr>
              <w:t>HS-OR-ACT-002</w:t>
            </w:r>
          </w:p>
        </w:tc>
        <w:tc>
          <w:tcPr>
            <w:tcW w:type="dxa" w:w="5953"/>
            <w:tcMar>
              <w:top w:w="85" w:type="dxa"/>
              <w:start w:w="80" w:type="dxa"/>
              <w:bottom w:w="85" w:type="dxa"/>
              <w:end w:w="8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Noto Sans CJK KR" w:hAnsi="Noto Sans CJK KR" w:eastAsia="Noto Sans CJK KR"/>
                <w:b w:val="0"/>
                <w:sz w:val="17"/>
              </w:rPr>
              <w:t>PatrolRoute의 location_names, poses, wait_times 배열 크기는 동일하여야 한다.</w:t>
            </w:r>
          </w:p>
        </w:tc>
        <w:tc>
          <w:tcPr>
            <w:tcW w:type="dxa" w:w="1020"/>
            <w:tcMar>
              <w:top w:w="85" w:type="dxa"/>
              <w:start w:w="80" w:type="dxa"/>
              <w:bottom w:w="85" w:type="dxa"/>
              <w:end w:w="80" w:type="dxa"/>
            </w:tcMar>
            <w:vAlign w:val="center"/>
            <w:shd w:fill="F5F5F5"/>
          </w:tcPr>
          <w:p>
            <w:pPr>
              <w:spacing w:after="0"/>
              <w:jc w:val="center"/>
            </w:pPr>
            <w:r>
              <w:rPr>
                <w:rFonts w:ascii="Noto Sans CJK KR" w:hAnsi="Noto Sans CJK KR" w:eastAsia="Noto Sans CJK KR"/>
                <w:b w:val="0"/>
                <w:sz w:val="17"/>
              </w:rPr>
              <w:t>필수</w:t>
            </w:r>
          </w:p>
        </w:tc>
        <w:tc>
          <w:tcPr>
            <w:tcW w:type="dxa" w:w="1304"/>
            <w:tcMar>
              <w:top w:w="85" w:type="dxa"/>
              <w:start w:w="80" w:type="dxa"/>
              <w:bottom w:w="85" w:type="dxa"/>
              <w:end w:w="80" w:type="dxa"/>
            </w:tcMar>
            <w:vAlign w:val="center"/>
            <w:shd w:fill="F5F5F5"/>
          </w:tcPr>
          <w:p>
            <w:pPr>
              <w:spacing w:after="0"/>
              <w:jc w:val="center"/>
            </w:pPr>
            <w:r>
              <w:rPr>
                <w:rFonts w:ascii="Noto Sans CJK KR" w:hAnsi="Noto Sans CJK KR" w:eastAsia="Noto Sans CJK KR"/>
                <w:b w:val="0"/>
                <w:sz w:val="17"/>
              </w:rPr>
              <w:t>시험</w:t>
            </w:r>
          </w:p>
        </w:tc>
      </w:tr>
    </w:tbl>
    <w:p>
      <w:pPr>
        <w:spacing w:after="0"/>
      </w:pPr>
    </w:p>
    <w:p>
      <w:pPr>
        <w:spacing w:before="40" w:after="100" w:line="240" w:lineRule="auto"/>
        <w:ind w:left="283" w:right="283"/>
        <w:shd w:fill="F2F2F2"/>
      </w:pPr>
      <w:r>
        <w:rPr>
          <w:rFonts w:ascii="Noto Sans Mono CJK KR" w:hAnsi="Noto Sans Mono CJK KR" w:eastAsia="Noto Sans Mono CJK KR"/>
          <w:sz w:val="17"/>
        </w:rPr>
        <w:t>location_names:</w:t>
        <w:br/>
      </w:r>
      <w:r>
        <w:rPr>
          <w:rFonts w:ascii="Noto Sans Mono CJK KR" w:hAnsi="Noto Sans Mono CJK KR" w:eastAsia="Noto Sans Mono CJK KR"/>
          <w:sz w:val="17"/>
        </w:rPr>
        <w:t>- entrance</w:t>
        <w:br/>
      </w:r>
      <w:r>
        <w:rPr>
          <w:rFonts w:ascii="Noto Sans Mono CJK KR" w:hAnsi="Noto Sans Mono CJK KR" w:eastAsia="Noto Sans Mono CJK KR"/>
          <w:sz w:val="17"/>
        </w:rPr>
        <w:t>- meeting_room</w:t>
        <w:br/>
      </w:r>
      <w:r>
        <w:rPr>
          <w:rFonts w:ascii="Noto Sans Mono CJK KR" w:hAnsi="Noto Sans Mono CJK KR" w:eastAsia="Noto Sans Mono CJK KR"/>
          <w:sz w:val="17"/>
        </w:rPr>
        <w:t>- server_room</w:t>
        <w:br/>
      </w:r>
      <w:r>
        <w:rPr>
          <w:rFonts w:ascii="Noto Sans Mono CJK KR" w:hAnsi="Noto Sans Mono CJK KR" w:eastAsia="Noto Sans Mono CJK KR"/>
          <w:sz w:val="17"/>
        </w:rPr>
        <w:t>- office_center</w:t>
        <w:br/>
      </w:r>
      <w:r>
        <w:rPr>
          <w:rFonts w:ascii="Noto Sans Mono CJK KR" w:hAnsi="Noto Sans Mono CJK KR" w:eastAsia="Noto Sans Mono CJK KR"/>
          <w:sz w:val="17"/>
        </w:rPr>
        <w:br/>
      </w:r>
      <w:r>
        <w:rPr>
          <w:rFonts w:ascii="Noto Sans Mono CJK KR" w:hAnsi="Noto Sans Mono CJK KR" w:eastAsia="Noto Sans Mono CJK KR"/>
          <w:sz w:val="17"/>
        </w:rPr>
        <w:t>wait_times:</w:t>
        <w:br/>
      </w:r>
      <w:r>
        <w:rPr>
          <w:rFonts w:ascii="Noto Sans Mono CJK KR" w:hAnsi="Noto Sans Mono CJK KR" w:eastAsia="Noto Sans Mono CJK KR"/>
          <w:sz w:val="17"/>
        </w:rPr>
        <w:t>- 5.0</w:t>
        <w:br/>
      </w:r>
      <w:r>
        <w:rPr>
          <w:rFonts w:ascii="Noto Sans Mono CJK KR" w:hAnsi="Noto Sans Mono CJK KR" w:eastAsia="Noto Sans Mono CJK KR"/>
          <w:sz w:val="17"/>
        </w:rPr>
        <w:t>- 3.0</w:t>
        <w:br/>
      </w:r>
      <w:r>
        <w:rPr>
          <w:rFonts w:ascii="Noto Sans Mono CJK KR" w:hAnsi="Noto Sans Mono CJK KR" w:eastAsia="Noto Sans Mono CJK KR"/>
          <w:sz w:val="17"/>
        </w:rPr>
        <w:t>- 10.0</w:t>
        <w:br/>
      </w:r>
      <w:r>
        <w:rPr>
          <w:rFonts w:ascii="Noto Sans Mono CJK KR" w:hAnsi="Noto Sans Mono CJK KR" w:eastAsia="Noto Sans Mono CJK KR"/>
          <w:sz w:val="17"/>
        </w:rPr>
        <w:t>- 5.0</w:t>
      </w:r>
    </w:p>
    <w:p>
      <w:pPr>
        <w:pStyle w:val="Heading1"/>
        <w:keepNext/>
        <w:pBdr>
          <w:bottom w:val="single" w:sz="8" w:space="3" w:color="1F4E78"/>
        </w:pBdr>
      </w:pPr>
      <w:r>
        <w:t>19. PatrolEvent.msg</w:t>
      </w:r>
    </w:p>
    <w:p>
      <w:pPr>
        <w:spacing w:before="40" w:after="100" w:line="240" w:lineRule="auto"/>
        <w:ind w:left="283" w:right="283"/>
        <w:shd w:fill="F2F2F2"/>
      </w:pPr>
      <w:r>
        <w:rPr>
          <w:rFonts w:ascii="Noto Sans Mono CJK KR" w:hAnsi="Noto Sans Mono CJK KR" w:eastAsia="Noto Sans Mono CJK KR"/>
          <w:sz w:val="17"/>
        </w:rPr>
        <w:t>string event_id</w:t>
        <w:br/>
      </w:r>
      <w:r>
        <w:rPr>
          <w:rFonts w:ascii="Noto Sans Mono CJK KR" w:hAnsi="Noto Sans Mono CJK KR" w:eastAsia="Noto Sans Mono CJK KR"/>
          <w:sz w:val="17"/>
        </w:rPr>
        <w:t>string patrol_event_type</w:t>
        <w:br/>
      </w:r>
      <w:r>
        <w:rPr>
          <w:rFonts w:ascii="Noto Sans Mono CJK KR" w:hAnsi="Noto Sans Mono CJK KR" w:eastAsia="Noto Sans Mono CJK KR"/>
          <w:sz w:val="17"/>
        </w:rPr>
        <w:t>string route_id</w:t>
        <w:br/>
      </w:r>
      <w:r>
        <w:rPr>
          <w:rFonts w:ascii="Noto Sans Mono CJK KR" w:hAnsi="Noto Sans Mono CJK KR" w:eastAsia="Noto Sans Mono CJK KR"/>
          <w:sz w:val="17"/>
        </w:rPr>
        <w:t>string location_name</w:t>
        <w:br/>
      </w:r>
      <w:r>
        <w:rPr>
          <w:rFonts w:ascii="Noto Sans Mono CJK KR" w:hAnsi="Noto Sans Mono CJK KR" w:eastAsia="Noto Sans Mono CJK KR"/>
          <w:sz w:val="17"/>
        </w:rPr>
        <w:t>int32 point_index</w:t>
        <w:br/>
      </w:r>
      <w:r>
        <w:rPr>
          <w:rFonts w:ascii="Noto Sans Mono CJK KR" w:hAnsi="Noto Sans Mono CJK KR" w:eastAsia="Noto Sans Mono CJK KR"/>
          <w:sz w:val="17"/>
        </w:rPr>
        <w:t>string description</w:t>
        <w:br/>
      </w:r>
      <w:r>
        <w:rPr>
          <w:rFonts w:ascii="Noto Sans Mono CJK KR" w:hAnsi="Noto Sans Mono CJK KR" w:eastAsia="Noto Sans Mono CJK KR"/>
          <w:sz w:val="17"/>
        </w:rPr>
        <w:t>builtin_interfaces/Time event_time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space="0" w:color="B7B7B7"/>
          <w:left w:val="single" w:sz="4" w:space="0" w:color="B7B7B7"/>
          <w:bottom w:val="single" w:sz="4" w:space="0" w:color="B7B7B7"/>
          <w:right w:val="single" w:sz="4" w:space="0" w:color="B7B7B7"/>
          <w:insideH w:val="single" w:sz="4" w:space="0" w:color="B7B7B7"/>
          <w:insideV w:val="single" w:sz="4" w:space="0" w:color="B7B7B7"/>
        </w:tblBorders>
      </w:tblPr>
      <w:tblGrid>
        <w:gridCol w:w="5103"/>
        <w:gridCol w:w="5103"/>
      </w:tblGrid>
      <w:tr>
        <w:trPr>
          <w:tblHeader w:val="true"/>
        </w:trPr>
        <w:tc>
          <w:tcPr>
            <w:tcW w:type="dxa" w:w="3969"/>
            <w:shd w:fill="1F4E78"/>
            <w:tcMar>
              <w:top w:w="80" w:type="dxa"/>
              <w:start w:w="70" w:type="dxa"/>
              <w:bottom w:w="80" w:type="dxa"/>
              <w:end w:w="7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Noto Sans CJK KR" w:hAnsi="Noto Sans CJK KR" w:eastAsia="Noto Sans CJK KR"/>
                <w:b/>
                <w:color w:val="FFFFFF"/>
                <w:sz w:val="16"/>
              </w:rPr>
              <w:t>patrol_event_type 값</w:t>
            </w:r>
          </w:p>
        </w:tc>
        <w:tc>
          <w:tcPr>
            <w:tcW w:type="dxa" w:w="5670"/>
            <w:shd w:fill="1F4E78"/>
            <w:tcMar>
              <w:top w:w="80" w:type="dxa"/>
              <w:start w:w="70" w:type="dxa"/>
              <w:bottom w:w="80" w:type="dxa"/>
              <w:end w:w="7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Noto Sans CJK KR" w:hAnsi="Noto Sans CJK KR" w:eastAsia="Noto Sans CJK KR"/>
                <w:b/>
                <w:color w:val="FFFFFF"/>
                <w:sz w:val="16"/>
              </w:rPr>
              <w:t>설명</w:t>
            </w:r>
          </w:p>
        </w:tc>
      </w:tr>
      <w:tr>
        <w:tc>
          <w:tcPr>
            <w:tcW w:type="dxa" w:w="3969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7"/>
              </w:rPr>
              <w:t>PATROL_STARTED</w:t>
            </w:r>
          </w:p>
        </w:tc>
        <w:tc>
          <w:tcPr>
            <w:tcW w:type="dxa" w:w="5670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7"/>
              </w:rPr>
              <w:t>순찰 시작</w:t>
            </w:r>
          </w:p>
        </w:tc>
      </w:tr>
      <w:tr>
        <w:tc>
          <w:tcPr>
            <w:tcW w:type="dxa" w:w="3969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  <w:shd w:fill="F8FBFD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7"/>
              </w:rPr>
              <w:t>POINT_REACHED</w:t>
            </w:r>
          </w:p>
        </w:tc>
        <w:tc>
          <w:tcPr>
            <w:tcW w:type="dxa" w:w="5670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  <w:shd w:fill="F8FBFD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7"/>
              </w:rPr>
              <w:t>순찰 지점 도착</w:t>
            </w:r>
          </w:p>
        </w:tc>
      </w:tr>
      <w:tr>
        <w:tc>
          <w:tcPr>
            <w:tcW w:type="dxa" w:w="3969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7"/>
              </w:rPr>
              <w:t>POINT_SKIPPED</w:t>
            </w:r>
          </w:p>
        </w:tc>
        <w:tc>
          <w:tcPr>
            <w:tcW w:type="dxa" w:w="5670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7"/>
              </w:rPr>
              <w:t>순찰 지점 건너뜀</w:t>
            </w:r>
          </w:p>
        </w:tc>
      </w:tr>
      <w:tr>
        <w:tc>
          <w:tcPr>
            <w:tcW w:type="dxa" w:w="3969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  <w:shd w:fill="F8FBFD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7"/>
              </w:rPr>
              <w:t>NAVIGATION_FAILED</w:t>
            </w:r>
          </w:p>
        </w:tc>
        <w:tc>
          <w:tcPr>
            <w:tcW w:type="dxa" w:w="5670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  <w:shd w:fill="F8FBFD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7"/>
              </w:rPr>
              <w:t>이동 실패</w:t>
            </w:r>
          </w:p>
        </w:tc>
      </w:tr>
      <w:tr>
        <w:tc>
          <w:tcPr>
            <w:tcW w:type="dxa" w:w="3969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7"/>
              </w:rPr>
              <w:t>RECOVERY_STARTED</w:t>
            </w:r>
          </w:p>
        </w:tc>
        <w:tc>
          <w:tcPr>
            <w:tcW w:type="dxa" w:w="5670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7"/>
              </w:rPr>
              <w:t>복구 시작</w:t>
            </w:r>
          </w:p>
        </w:tc>
      </w:tr>
      <w:tr>
        <w:tc>
          <w:tcPr>
            <w:tcW w:type="dxa" w:w="3969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  <w:shd w:fill="F8FBFD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7"/>
              </w:rPr>
              <w:t>RECOVERY_COMPLETED</w:t>
            </w:r>
          </w:p>
        </w:tc>
        <w:tc>
          <w:tcPr>
            <w:tcW w:type="dxa" w:w="5670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  <w:shd w:fill="F8FBFD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7"/>
              </w:rPr>
              <w:t>복구 완료</w:t>
            </w:r>
          </w:p>
        </w:tc>
      </w:tr>
      <w:tr>
        <w:tc>
          <w:tcPr>
            <w:tcW w:type="dxa" w:w="3969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7"/>
              </w:rPr>
              <w:t>PATROL_PAUSED</w:t>
            </w:r>
          </w:p>
        </w:tc>
        <w:tc>
          <w:tcPr>
            <w:tcW w:type="dxa" w:w="5670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7"/>
              </w:rPr>
              <w:t>순찰 일시정지</w:t>
            </w:r>
          </w:p>
        </w:tc>
      </w:tr>
      <w:tr>
        <w:tc>
          <w:tcPr>
            <w:tcW w:type="dxa" w:w="3969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  <w:shd w:fill="F8FBFD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7"/>
              </w:rPr>
              <w:t>PATROL_RESUMED</w:t>
            </w:r>
          </w:p>
        </w:tc>
        <w:tc>
          <w:tcPr>
            <w:tcW w:type="dxa" w:w="5670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  <w:shd w:fill="F8FBFD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7"/>
              </w:rPr>
              <w:t>순찰 재개</w:t>
            </w:r>
          </w:p>
        </w:tc>
      </w:tr>
      <w:tr>
        <w:tc>
          <w:tcPr>
            <w:tcW w:type="dxa" w:w="3969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7"/>
              </w:rPr>
              <w:t>PATROL_COMPLETED</w:t>
            </w:r>
          </w:p>
        </w:tc>
        <w:tc>
          <w:tcPr>
            <w:tcW w:type="dxa" w:w="5670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7"/>
              </w:rPr>
              <w:t>순찰 완료</w:t>
            </w:r>
          </w:p>
        </w:tc>
      </w:tr>
      <w:tr>
        <w:tc>
          <w:tcPr>
            <w:tcW w:type="dxa" w:w="3969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  <w:shd w:fill="F8FBFD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7"/>
              </w:rPr>
              <w:t>PATROL_CANCELED</w:t>
            </w:r>
          </w:p>
        </w:tc>
        <w:tc>
          <w:tcPr>
            <w:tcW w:type="dxa" w:w="5670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  <w:shd w:fill="F8FBFD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7"/>
              </w:rPr>
              <w:t>순찰 취소</w:t>
            </w:r>
          </w:p>
        </w:tc>
      </w:tr>
    </w:tbl>
    <w:p>
      <w:pPr>
        <w:spacing w:after="0"/>
      </w:pPr>
    </w:p>
    <w:p>
      <w:pPr>
        <w:pStyle w:val="Heading1"/>
        <w:keepNext/>
        <w:pBdr>
          <w:bottom w:val="single" w:sz="8" w:space="3" w:color="1F4E78"/>
        </w:pBdr>
      </w:pPr>
      <w:r>
        <w:t>20. VisitorEvent.msg</w:t>
      </w:r>
    </w:p>
    <w:p>
      <w:pPr>
        <w:spacing w:before="40" w:after="100" w:line="240" w:lineRule="auto"/>
        <w:ind w:left="283" w:right="283"/>
        <w:shd w:fill="F2F2F2"/>
      </w:pPr>
      <w:r>
        <w:rPr>
          <w:rFonts w:ascii="Noto Sans Mono CJK KR" w:hAnsi="Noto Sans Mono CJK KR" w:eastAsia="Noto Sans Mono CJK KR"/>
          <w:sz w:val="17"/>
        </w:rPr>
        <w:t>string visitor_id</w:t>
        <w:br/>
      </w:r>
      <w:r>
        <w:rPr>
          <w:rFonts w:ascii="Noto Sans Mono CJK KR" w:hAnsi="Noto Sans Mono CJK KR" w:eastAsia="Noto Sans Mono CJK KR"/>
          <w:sz w:val="17"/>
        </w:rPr>
        <w:t>builtin_interfaces/Time detected_time</w:t>
        <w:br/>
      </w:r>
      <w:r>
        <w:rPr>
          <w:rFonts w:ascii="Noto Sans Mono CJK KR" w:hAnsi="Noto Sans Mono CJK KR" w:eastAsia="Noto Sans Mono CJK KR"/>
          <w:sz w:val="17"/>
        </w:rPr>
        <w:t>int32 person_count</w:t>
        <w:br/>
      </w:r>
      <w:r>
        <w:rPr>
          <w:rFonts w:ascii="Noto Sans Mono CJK KR" w:hAnsi="Noto Sans Mono CJK KR" w:eastAsia="Noto Sans Mono CJK KR"/>
          <w:sz w:val="17"/>
        </w:rPr>
        <w:t>string entrance_name</w:t>
        <w:br/>
      </w:r>
      <w:r>
        <w:rPr>
          <w:rFonts w:ascii="Noto Sans Mono CJK KR" w:hAnsi="Noto Sans Mono CJK KR" w:eastAsia="Noto Sans Mono CJK KR"/>
          <w:sz w:val="17"/>
        </w:rPr>
        <w:t>float32 confidence</w:t>
        <w:br/>
      </w:r>
      <w:r>
        <w:rPr>
          <w:rFonts w:ascii="Noto Sans Mono CJK KR" w:hAnsi="Noto Sans Mono CJK KR" w:eastAsia="Noto Sans Mono CJK KR"/>
          <w:sz w:val="17"/>
        </w:rPr>
        <w:t>string image_path</w:t>
        <w:br/>
      </w:r>
      <w:r>
        <w:rPr>
          <w:rFonts w:ascii="Noto Sans Mono CJK KR" w:hAnsi="Noto Sans Mono CJK KR" w:eastAsia="Noto Sans Mono CJK KR"/>
          <w:sz w:val="17"/>
        </w:rPr>
        <w:t>bool guidance_requested</w:t>
        <w:br/>
      </w:r>
      <w:r>
        <w:rPr>
          <w:rFonts w:ascii="Noto Sans Mono CJK KR" w:hAnsi="Noto Sans Mono CJK KR" w:eastAsia="Noto Sans Mono CJK KR"/>
          <w:sz w:val="17"/>
        </w:rPr>
        <w:t>string description</w:t>
      </w:r>
    </w:p>
    <w:p>
      <w:pPr>
        <w:spacing w:before="0" w:after="80" w:line="312" w:lineRule="auto"/>
      </w:pPr>
      <w:r>
        <w:rPr>
          <w:rFonts w:ascii="Noto Sans CJK KR" w:hAnsi="Noto Sans CJK KR" w:eastAsia="Noto Sans CJK KR"/>
          <w:b w:val="0"/>
          <w:i w:val="0"/>
          <w:sz w:val="20"/>
        </w:rPr>
        <w:t>방문자 식별이 불가능한 경우에도 visitor_id는 이벤트별 고유값을 생성한다.</w:t>
      </w:r>
    </w:p>
    <w:p>
      <w:pPr>
        <w:spacing w:before="40" w:after="100" w:line="240" w:lineRule="auto"/>
        <w:ind w:left="283" w:right="283"/>
        <w:shd w:fill="F2F2F2"/>
      </w:pPr>
      <w:r>
        <w:rPr>
          <w:rFonts w:ascii="Noto Sans Mono CJK KR" w:hAnsi="Noto Sans Mono CJK KR" w:eastAsia="Noto Sans Mono CJK KR"/>
          <w:sz w:val="17"/>
        </w:rPr>
        <w:t>VISITOR_20260718_143015_001</w:t>
      </w:r>
    </w:p>
    <w:p>
      <w:pPr>
        <w:pStyle w:val="Heading1"/>
        <w:keepNext/>
        <w:pBdr>
          <w:bottom w:val="single" w:sz="8" w:space="3" w:color="1F4E78"/>
        </w:pBdr>
      </w:pPr>
      <w:r>
        <w:t>21. VisitorMemo.msg</w:t>
      </w:r>
    </w:p>
    <w:p>
      <w:pPr>
        <w:spacing w:before="40" w:after="100" w:line="240" w:lineRule="auto"/>
        <w:ind w:left="283" w:right="283"/>
        <w:shd w:fill="F2F2F2"/>
      </w:pPr>
      <w:r>
        <w:rPr>
          <w:rFonts w:ascii="Noto Sans Mono CJK KR" w:hAnsi="Noto Sans Mono CJK KR" w:eastAsia="Noto Sans Mono CJK KR"/>
          <w:sz w:val="17"/>
        </w:rPr>
        <w:t>string visitor_id</w:t>
        <w:br/>
      </w:r>
      <w:r>
        <w:rPr>
          <w:rFonts w:ascii="Noto Sans Mono CJK KR" w:hAnsi="Noto Sans Mono CJK KR" w:eastAsia="Noto Sans Mono CJK KR"/>
          <w:sz w:val="17"/>
        </w:rPr>
        <w:t>string visitor_name</w:t>
        <w:br/>
      </w:r>
      <w:r>
        <w:rPr>
          <w:rFonts w:ascii="Noto Sans Mono CJK KR" w:hAnsi="Noto Sans Mono CJK KR" w:eastAsia="Noto Sans Mono CJK KR"/>
          <w:sz w:val="17"/>
        </w:rPr>
        <w:t>string company_name</w:t>
        <w:br/>
      </w:r>
      <w:r>
        <w:rPr>
          <w:rFonts w:ascii="Noto Sans Mono CJK KR" w:hAnsi="Noto Sans Mono CJK KR" w:eastAsia="Noto Sans Mono CJK KR"/>
          <w:sz w:val="17"/>
        </w:rPr>
        <w:t>string contact</w:t>
        <w:br/>
      </w:r>
      <w:r>
        <w:rPr>
          <w:rFonts w:ascii="Noto Sans Mono CJK KR" w:hAnsi="Noto Sans Mono CJK KR" w:eastAsia="Noto Sans Mono CJK KR"/>
          <w:sz w:val="17"/>
        </w:rPr>
        <w:t>string purpose</w:t>
        <w:br/>
      </w:r>
      <w:r>
        <w:rPr>
          <w:rFonts w:ascii="Noto Sans Mono CJK KR" w:hAnsi="Noto Sans Mono CJK KR" w:eastAsia="Noto Sans Mono CJK KR"/>
          <w:sz w:val="17"/>
        </w:rPr>
        <w:t>string destination_name</w:t>
        <w:br/>
      </w:r>
      <w:r>
        <w:rPr>
          <w:rFonts w:ascii="Noto Sans Mono CJK KR" w:hAnsi="Noto Sans Mono CJK KR" w:eastAsia="Noto Sans Mono CJK KR"/>
          <w:sz w:val="17"/>
        </w:rPr>
        <w:t>string operator_name</w:t>
        <w:br/>
      </w:r>
      <w:r>
        <w:rPr>
          <w:rFonts w:ascii="Noto Sans Mono CJK KR" w:hAnsi="Noto Sans Mono CJK KR" w:eastAsia="Noto Sans Mono CJK KR"/>
          <w:sz w:val="17"/>
        </w:rPr>
        <w:t>string memo</w:t>
        <w:br/>
      </w:r>
      <w:r>
        <w:rPr>
          <w:rFonts w:ascii="Noto Sans Mono CJK KR" w:hAnsi="Noto Sans Mono CJK KR" w:eastAsia="Noto Sans Mono CJK KR"/>
          <w:sz w:val="17"/>
        </w:rPr>
        <w:t>builtin_interfaces/Time created_time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space="0" w:color="9EADBA"/>
          <w:left w:val="single" w:sz="4" w:space="0" w:color="9EADBA"/>
          <w:bottom w:val="single" w:sz="4" w:space="0" w:color="9EADBA"/>
          <w:right w:val="single" w:sz="4" w:space="0" w:color="9EADBA"/>
          <w:insideH w:val="single" w:sz="4" w:space="0" w:color="9EADBA"/>
          <w:insideV w:val="single" w:sz="4" w:space="0" w:color="9EADBA"/>
        </w:tblBorders>
      </w:tblPr>
      <w:tblGrid>
        <w:gridCol w:w="5103"/>
        <w:gridCol w:w="5103"/>
      </w:tblGrid>
      <w:tr>
        <w:tc>
          <w:tcPr>
            <w:tcW w:type="dxa" w:w="1247"/>
            <w:shd w:fill="FFF2CC"/>
            <w:tcMar>
              <w:top w:w="100" w:type="dxa"/>
              <w:start w:w="100" w:type="dxa"/>
              <w:bottom w:w="100" w:type="dxa"/>
              <w:end w:w="100" w:type="dxa"/>
            </w:tcMar>
            <w:vAlign w:val="center"/>
          </w:tcPr>
          <w:p>
            <w:pPr>
              <w:jc w:val="center"/>
            </w:pPr>
            <w:r>
              <w:rPr>
                <w:rFonts w:ascii="Noto Sans CJK KR" w:hAnsi="Noto Sans CJK KR" w:eastAsia="Noto Sans CJK KR"/>
                <w:b/>
                <w:color w:val="7F6000"/>
                <w:sz w:val="18"/>
              </w:rPr>
              <w:t>개인정보 보호</w:t>
            </w:r>
          </w:p>
        </w:tc>
        <w:tc>
          <w:tcPr>
            <w:tcW w:type="dxa" w:w="8391"/>
            <w:shd w:fill="FFFFFF"/>
            <w:tcMar>
              <w:top w:w="100" w:type="dxa"/>
              <w:start w:w="100" w:type="dxa"/>
              <w:bottom w:w="100" w:type="dxa"/>
              <w:end w:w="100" w:type="dxa"/>
            </w:tcMar>
            <w:vAlign w:val="center"/>
          </w:tcPr>
          <w:p>
            <w:r>
              <w:rPr>
                <w:rFonts w:ascii="Noto Sans CJK KR" w:hAnsi="Noto Sans CJK KR" w:eastAsia="Noto Sans CJK KR"/>
                <w:sz w:val="18"/>
              </w:rPr>
              <w:t>개인정보가 포함된 방문자 메모는 원격 PC 또는 승인된 저장 장치에 저장하고 접근 권한을 제한하여야 한다.</w:t>
            </w:r>
          </w:p>
        </w:tc>
      </w:tr>
    </w:tbl>
    <w:p>
      <w:pPr>
        <w:spacing w:after="0"/>
      </w:pPr>
    </w:p>
    <w:p>
      <w:pPr>
        <w:pStyle w:val="Heading1"/>
        <w:keepNext/>
        <w:pBdr>
          <w:bottom w:val="single" w:sz="8" w:space="3" w:color="1F4E78"/>
        </w:pBdr>
      </w:pPr>
      <w:r>
        <w:t>22. RobotBatteryStatus.msg</w:t>
      </w:r>
    </w:p>
    <w:p>
      <w:pPr>
        <w:spacing w:before="40" w:after="100" w:line="240" w:lineRule="auto"/>
        <w:ind w:left="283" w:right="283"/>
        <w:shd w:fill="F2F2F2"/>
      </w:pPr>
      <w:r>
        <w:rPr>
          <w:rFonts w:ascii="Noto Sans Mono CJK KR" w:hAnsi="Noto Sans Mono CJK KR" w:eastAsia="Noto Sans Mono CJK KR"/>
          <w:sz w:val="17"/>
        </w:rPr>
        <w:t>float32 voltage</w:t>
        <w:br/>
      </w:r>
      <w:r>
        <w:rPr>
          <w:rFonts w:ascii="Noto Sans Mono CJK KR" w:hAnsi="Noto Sans Mono CJK KR" w:eastAsia="Noto Sans Mono CJK KR"/>
          <w:sz w:val="17"/>
        </w:rPr>
        <w:t>float32 percentage</w:t>
        <w:br/>
      </w:r>
      <w:r>
        <w:rPr>
          <w:rFonts w:ascii="Noto Sans Mono CJK KR" w:hAnsi="Noto Sans Mono CJK KR" w:eastAsia="Noto Sans Mono CJK KR"/>
          <w:sz w:val="17"/>
        </w:rPr>
        <w:t>string battery_state</w:t>
        <w:br/>
      </w:r>
      <w:r>
        <w:rPr>
          <w:rFonts w:ascii="Noto Sans Mono CJK KR" w:hAnsi="Noto Sans Mono CJK KR" w:eastAsia="Noto Sans Mono CJK KR"/>
          <w:sz w:val="17"/>
        </w:rPr>
        <w:t>bool charging</w:t>
        <w:br/>
      </w:r>
      <w:r>
        <w:rPr>
          <w:rFonts w:ascii="Noto Sans Mono CJK KR" w:hAnsi="Noto Sans Mono CJK KR" w:eastAsia="Noto Sans Mono CJK KR"/>
          <w:sz w:val="17"/>
        </w:rPr>
        <w:t>bool low_battery</w:t>
        <w:br/>
      </w:r>
      <w:r>
        <w:rPr>
          <w:rFonts w:ascii="Noto Sans Mono CJK KR" w:hAnsi="Noto Sans Mono CJK KR" w:eastAsia="Noto Sans Mono CJK KR"/>
          <w:sz w:val="17"/>
        </w:rPr>
        <w:t>bool critical_battery</w:t>
        <w:br/>
      </w:r>
      <w:r>
        <w:rPr>
          <w:rFonts w:ascii="Noto Sans Mono CJK KR" w:hAnsi="Noto Sans Mono CJK KR" w:eastAsia="Noto Sans Mono CJK KR"/>
          <w:sz w:val="17"/>
        </w:rPr>
        <w:t>float32 estimated_operation_time_min</w:t>
        <w:br/>
      </w:r>
      <w:r>
        <w:rPr>
          <w:rFonts w:ascii="Noto Sans Mono CJK KR" w:hAnsi="Noto Sans Mono CJK KR" w:eastAsia="Noto Sans Mono CJK KR"/>
          <w:sz w:val="17"/>
        </w:rPr>
        <w:t>builtin_interfaces/Time updated_time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space="0" w:color="B7B7B7"/>
          <w:left w:val="single" w:sz="4" w:space="0" w:color="B7B7B7"/>
          <w:bottom w:val="single" w:sz="4" w:space="0" w:color="B7B7B7"/>
          <w:right w:val="single" w:sz="4" w:space="0" w:color="B7B7B7"/>
          <w:insideH w:val="single" w:sz="4" w:space="0" w:color="B7B7B7"/>
          <w:insideV w:val="single" w:sz="4" w:space="0" w:color="B7B7B7"/>
        </w:tblBorders>
      </w:tblPr>
      <w:tblGrid>
        <w:gridCol w:w="5103"/>
        <w:gridCol w:w="5103"/>
      </w:tblGrid>
      <w:tr>
        <w:trPr>
          <w:tblHeader w:val="true"/>
        </w:trPr>
        <w:tc>
          <w:tcPr>
            <w:tcW w:type="dxa" w:w="3402"/>
            <w:shd w:fill="1F4E78"/>
            <w:tcMar>
              <w:top w:w="80" w:type="dxa"/>
              <w:start w:w="70" w:type="dxa"/>
              <w:bottom w:w="80" w:type="dxa"/>
              <w:end w:w="7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Noto Sans CJK KR" w:hAnsi="Noto Sans CJK KR" w:eastAsia="Noto Sans CJK KR"/>
                <w:b/>
                <w:color w:val="FFFFFF"/>
                <w:sz w:val="16"/>
              </w:rPr>
              <w:t>battery_state 값</w:t>
            </w:r>
          </w:p>
        </w:tc>
        <w:tc>
          <w:tcPr>
            <w:tcW w:type="dxa" w:w="6237"/>
            <w:shd w:fill="1F4E78"/>
            <w:tcMar>
              <w:top w:w="80" w:type="dxa"/>
              <w:start w:w="70" w:type="dxa"/>
              <w:bottom w:w="80" w:type="dxa"/>
              <w:end w:w="7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Noto Sans CJK KR" w:hAnsi="Noto Sans CJK KR" w:eastAsia="Noto Sans CJK KR"/>
                <w:b/>
                <w:color w:val="FFFFFF"/>
                <w:sz w:val="16"/>
              </w:rPr>
              <w:t>설명</w:t>
            </w:r>
          </w:p>
        </w:tc>
      </w:tr>
      <w:tr>
        <w:tc>
          <w:tcPr>
            <w:tcW w:type="dxa" w:w="3402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8"/>
              </w:rPr>
              <w:t>NORMAL</w:t>
            </w:r>
          </w:p>
        </w:tc>
        <w:tc>
          <w:tcPr>
            <w:tcW w:type="dxa" w:w="6237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8"/>
              </w:rPr>
              <w:t>정상</w:t>
            </w:r>
          </w:p>
        </w:tc>
      </w:tr>
      <w:tr>
        <w:tc>
          <w:tcPr>
            <w:tcW w:type="dxa" w:w="3402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  <w:shd w:fill="F8FBFD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8"/>
              </w:rPr>
              <w:t>LOW</w:t>
            </w:r>
          </w:p>
        </w:tc>
        <w:tc>
          <w:tcPr>
            <w:tcW w:type="dxa" w:w="6237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  <w:shd w:fill="F8FBFD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8"/>
              </w:rPr>
              <w:t>낮음</w:t>
            </w:r>
          </w:p>
        </w:tc>
      </w:tr>
      <w:tr>
        <w:tc>
          <w:tcPr>
            <w:tcW w:type="dxa" w:w="3402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8"/>
              </w:rPr>
              <w:t>CRITICAL</w:t>
            </w:r>
          </w:p>
        </w:tc>
        <w:tc>
          <w:tcPr>
            <w:tcW w:type="dxa" w:w="6237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8"/>
              </w:rPr>
              <w:t>위험</w:t>
            </w:r>
          </w:p>
        </w:tc>
      </w:tr>
      <w:tr>
        <w:tc>
          <w:tcPr>
            <w:tcW w:type="dxa" w:w="3402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  <w:shd w:fill="F8FBFD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8"/>
              </w:rPr>
              <w:t>CHARGING</w:t>
            </w:r>
          </w:p>
        </w:tc>
        <w:tc>
          <w:tcPr>
            <w:tcW w:type="dxa" w:w="6237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  <w:shd w:fill="F8FBFD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8"/>
              </w:rPr>
              <w:t>충전 중</w:t>
            </w:r>
          </w:p>
        </w:tc>
      </w:tr>
      <w:tr>
        <w:tc>
          <w:tcPr>
            <w:tcW w:type="dxa" w:w="3402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8"/>
              </w:rPr>
              <w:t>FULL</w:t>
            </w:r>
          </w:p>
        </w:tc>
        <w:tc>
          <w:tcPr>
            <w:tcW w:type="dxa" w:w="6237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8"/>
              </w:rPr>
              <w:t>완전 충전</w:t>
            </w:r>
          </w:p>
        </w:tc>
      </w:tr>
      <w:tr>
        <w:tc>
          <w:tcPr>
            <w:tcW w:type="dxa" w:w="3402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  <w:shd w:fill="F8FBFD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8"/>
              </w:rPr>
              <w:t>UNKNOWN</w:t>
            </w:r>
          </w:p>
        </w:tc>
        <w:tc>
          <w:tcPr>
            <w:tcW w:type="dxa" w:w="6237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  <w:shd w:fill="F8FBFD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8"/>
              </w:rPr>
              <w:t>상태 불명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space="0" w:color="B7B7B7"/>
          <w:left w:val="single" w:sz="4" w:space="0" w:color="B7B7B7"/>
          <w:bottom w:val="single" w:sz="4" w:space="0" w:color="B7B7B7"/>
          <w:right w:val="single" w:sz="4" w:space="0" w:color="B7B7B7"/>
          <w:insideH w:val="single" w:sz="4" w:space="0" w:color="B7B7B7"/>
          <w:insideV w:val="single" w:sz="4" w:space="0" w:color="B7B7B7"/>
        </w:tblBorders>
      </w:tblPr>
      <w:tblGrid>
        <w:gridCol w:w="5103"/>
        <w:gridCol w:w="5103"/>
      </w:tblGrid>
      <w:tr>
        <w:trPr>
          <w:tblHeader w:val="true"/>
        </w:trPr>
        <w:tc>
          <w:tcPr>
            <w:tcW w:type="dxa" w:w="3402"/>
            <w:shd w:fill="1F4E78"/>
            <w:tcMar>
              <w:top w:w="80" w:type="dxa"/>
              <w:start w:w="70" w:type="dxa"/>
              <w:bottom w:w="80" w:type="dxa"/>
              <w:end w:w="7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Noto Sans CJK KR" w:hAnsi="Noto Sans CJK KR" w:eastAsia="Noto Sans CJK KR"/>
                <w:b/>
                <w:color w:val="FFFFFF"/>
                <w:sz w:val="16"/>
              </w:rPr>
              <w:t>구분</w:t>
            </w:r>
          </w:p>
        </w:tc>
        <w:tc>
          <w:tcPr>
            <w:tcW w:type="dxa" w:w="6237"/>
            <w:shd w:fill="1F4E78"/>
            <w:tcMar>
              <w:top w:w="80" w:type="dxa"/>
              <w:start w:w="70" w:type="dxa"/>
              <w:bottom w:w="80" w:type="dxa"/>
              <w:end w:w="7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Noto Sans CJK KR" w:hAnsi="Noto Sans CJK KR" w:eastAsia="Noto Sans CJK KR"/>
                <w:b/>
                <w:color w:val="FFFFFF"/>
                <w:sz w:val="16"/>
              </w:rPr>
              <w:t>배터리 백분율</w:t>
            </w:r>
          </w:p>
        </w:tc>
      </w:tr>
      <w:tr>
        <w:tc>
          <w:tcPr>
            <w:tcW w:type="dxa" w:w="3402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8"/>
              </w:rPr>
              <w:t>정상</w:t>
            </w:r>
          </w:p>
        </w:tc>
        <w:tc>
          <w:tcPr>
            <w:tcW w:type="dxa" w:w="6237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8"/>
              </w:rPr>
              <w:t>30% 초과</w:t>
            </w:r>
          </w:p>
        </w:tc>
      </w:tr>
      <w:tr>
        <w:tc>
          <w:tcPr>
            <w:tcW w:type="dxa" w:w="3402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  <w:shd w:fill="F8FBFD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8"/>
              </w:rPr>
              <w:t>낮음</w:t>
            </w:r>
          </w:p>
        </w:tc>
        <w:tc>
          <w:tcPr>
            <w:tcW w:type="dxa" w:w="6237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  <w:shd w:fill="F8FBFD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8"/>
              </w:rPr>
              <w:t>15% 초과 30% 이하</w:t>
            </w:r>
          </w:p>
        </w:tc>
      </w:tr>
      <w:tr>
        <w:tc>
          <w:tcPr>
            <w:tcW w:type="dxa" w:w="3402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8"/>
              </w:rPr>
              <w:t>위험</w:t>
            </w:r>
          </w:p>
        </w:tc>
        <w:tc>
          <w:tcPr>
            <w:tcW w:type="dxa" w:w="6237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8"/>
              </w:rPr>
              <w:t>15% 이하</w:t>
            </w:r>
          </w:p>
        </w:tc>
      </w:tr>
    </w:tbl>
    <w:p>
      <w:pPr>
        <w:spacing w:after="0"/>
      </w:pPr>
    </w:p>
    <w:p>
      <w:pPr>
        <w:spacing w:before="0" w:after="80" w:line="312" w:lineRule="auto"/>
      </w:pPr>
      <w:r>
        <w:rPr>
          <w:rFonts w:ascii="Noto Sans CJK KR" w:hAnsi="Noto Sans CJK KR" w:eastAsia="Noto Sans CJK KR"/>
          <w:b w:val="0"/>
          <w:i w:val="0"/>
          <w:sz w:val="20"/>
        </w:rPr>
        <w:t>실제 배터리 기준은 TurtleBot3 배터리 특성과 실험 결과에 따라 조정할 수 있다.</w:t>
      </w:r>
    </w:p>
    <w:p>
      <w:pPr>
        <w:pStyle w:val="Heading1"/>
        <w:keepNext/>
        <w:pBdr>
          <w:bottom w:val="single" w:sz="8" w:space="3" w:color="1F4E78"/>
        </w:pBdr>
      </w:pPr>
      <w:r>
        <w:t>23. SystemStatus.msg</w:t>
      </w:r>
    </w:p>
    <w:p>
      <w:pPr>
        <w:spacing w:before="40" w:after="100" w:line="240" w:lineRule="auto"/>
        <w:ind w:left="283" w:right="283"/>
        <w:shd w:fill="F2F2F2"/>
      </w:pPr>
      <w:r>
        <w:rPr>
          <w:rFonts w:ascii="Noto Sans Mono CJK KR" w:hAnsi="Noto Sans Mono CJK KR" w:eastAsia="Noto Sans Mono CJK KR"/>
          <w:sz w:val="17"/>
        </w:rPr>
        <w:t>string operation_mode</w:t>
        <w:br/>
      </w:r>
      <w:r>
        <w:rPr>
          <w:rFonts w:ascii="Noto Sans Mono CJK KR" w:hAnsi="Noto Sans Mono CJK KR" w:eastAsia="Noto Sans Mono CJK KR"/>
          <w:sz w:val="17"/>
        </w:rPr>
        <w:t>string system_state</w:t>
        <w:br/>
      </w:r>
      <w:r>
        <w:rPr>
          <w:rFonts w:ascii="Noto Sans Mono CJK KR" w:hAnsi="Noto Sans Mono CJK KR" w:eastAsia="Noto Sans Mono CJK KR"/>
          <w:sz w:val="17"/>
        </w:rPr>
        <w:t>bool navigation_ready</w:t>
        <w:br/>
      </w:r>
      <w:r>
        <w:rPr>
          <w:rFonts w:ascii="Noto Sans Mono CJK KR" w:hAnsi="Noto Sans Mono CJK KR" w:eastAsia="Noto Sans Mono CJK KR"/>
          <w:sz w:val="17"/>
        </w:rPr>
        <w:t>bool camera_ready</w:t>
        <w:br/>
      </w:r>
      <w:r>
        <w:rPr>
          <w:rFonts w:ascii="Noto Sans Mono CJK KR" w:hAnsi="Noto Sans Mono CJK KR" w:eastAsia="Noto Sans Mono CJK KR"/>
          <w:sz w:val="17"/>
        </w:rPr>
        <w:t>bool lidar_ready</w:t>
        <w:br/>
      </w:r>
      <w:r>
        <w:rPr>
          <w:rFonts w:ascii="Noto Sans Mono CJK KR" w:hAnsi="Noto Sans Mono CJK KR" w:eastAsia="Noto Sans Mono CJK KR"/>
          <w:sz w:val="17"/>
        </w:rPr>
        <w:t>bool battery_ready</w:t>
        <w:br/>
      </w:r>
      <w:r>
        <w:rPr>
          <w:rFonts w:ascii="Noto Sans Mono CJK KR" w:hAnsi="Noto Sans Mono CJK KR" w:eastAsia="Noto Sans Mono CJK KR"/>
          <w:sz w:val="17"/>
        </w:rPr>
        <w:t>bool gui_connected</w:t>
        <w:br/>
      </w:r>
      <w:r>
        <w:rPr>
          <w:rFonts w:ascii="Noto Sans Mono CJK KR" w:hAnsi="Noto Sans Mono CJK KR" w:eastAsia="Noto Sans Mono CJK KR"/>
          <w:sz w:val="17"/>
        </w:rPr>
        <w:t>bool emergency_stop_active</w:t>
        <w:br/>
      </w:r>
      <w:r>
        <w:rPr>
          <w:rFonts w:ascii="Noto Sans Mono CJK KR" w:hAnsi="Noto Sans Mono CJK KR" w:eastAsia="Noto Sans Mono CJK KR"/>
          <w:sz w:val="17"/>
        </w:rPr>
        <w:t>string current_task</w:t>
        <w:br/>
      </w:r>
      <w:r>
        <w:rPr>
          <w:rFonts w:ascii="Noto Sans Mono CJK KR" w:hAnsi="Noto Sans Mono CJK KR" w:eastAsia="Noto Sans Mono CJK KR"/>
          <w:sz w:val="17"/>
        </w:rPr>
        <w:t>string error_message</w:t>
        <w:br/>
      </w:r>
      <w:r>
        <w:rPr>
          <w:rFonts w:ascii="Noto Sans Mono CJK KR" w:hAnsi="Noto Sans Mono CJK KR" w:eastAsia="Noto Sans Mono CJK KR"/>
          <w:sz w:val="17"/>
        </w:rPr>
        <w:t>builtin_interfaces/Time updated_time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space="0" w:color="B7B7B7"/>
          <w:left w:val="single" w:sz="4" w:space="0" w:color="B7B7B7"/>
          <w:bottom w:val="single" w:sz="4" w:space="0" w:color="B7B7B7"/>
          <w:right w:val="single" w:sz="4" w:space="0" w:color="B7B7B7"/>
          <w:insideH w:val="single" w:sz="4" w:space="0" w:color="B7B7B7"/>
          <w:insideV w:val="single" w:sz="4" w:space="0" w:color="B7B7B7"/>
        </w:tblBorders>
      </w:tblPr>
      <w:tblGrid>
        <w:gridCol w:w="5103"/>
        <w:gridCol w:w="5103"/>
      </w:tblGrid>
      <w:tr>
        <w:trPr>
          <w:tblHeader w:val="true"/>
        </w:trPr>
        <w:tc>
          <w:tcPr>
            <w:tcW w:type="dxa" w:w="3402"/>
            <w:shd w:fill="1F4E78"/>
            <w:tcMar>
              <w:top w:w="80" w:type="dxa"/>
              <w:start w:w="70" w:type="dxa"/>
              <w:bottom w:w="80" w:type="dxa"/>
              <w:end w:w="7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Noto Sans CJK KR" w:hAnsi="Noto Sans CJK KR" w:eastAsia="Noto Sans CJK KR"/>
                <w:b/>
                <w:color w:val="FFFFFF"/>
                <w:sz w:val="16"/>
              </w:rPr>
              <w:t>system_state 값</w:t>
            </w:r>
          </w:p>
        </w:tc>
        <w:tc>
          <w:tcPr>
            <w:tcW w:type="dxa" w:w="6237"/>
            <w:shd w:fill="1F4E78"/>
            <w:tcMar>
              <w:top w:w="80" w:type="dxa"/>
              <w:start w:w="70" w:type="dxa"/>
              <w:bottom w:w="80" w:type="dxa"/>
              <w:end w:w="7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Noto Sans CJK KR" w:hAnsi="Noto Sans CJK KR" w:eastAsia="Noto Sans CJK KR"/>
                <w:b/>
                <w:color w:val="FFFFFF"/>
                <w:sz w:val="16"/>
              </w:rPr>
              <w:t>설명</w:t>
            </w:r>
          </w:p>
        </w:tc>
      </w:tr>
      <w:tr>
        <w:tc>
          <w:tcPr>
            <w:tcW w:type="dxa" w:w="3402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8"/>
              </w:rPr>
              <w:t>INITIALIZING</w:t>
            </w:r>
          </w:p>
        </w:tc>
        <w:tc>
          <w:tcPr>
            <w:tcW w:type="dxa" w:w="6237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8"/>
              </w:rPr>
              <w:t>시스템 초기화</w:t>
            </w:r>
          </w:p>
        </w:tc>
      </w:tr>
      <w:tr>
        <w:tc>
          <w:tcPr>
            <w:tcW w:type="dxa" w:w="3402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  <w:shd w:fill="F8FBFD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8"/>
              </w:rPr>
              <w:t>READY</w:t>
            </w:r>
          </w:p>
        </w:tc>
        <w:tc>
          <w:tcPr>
            <w:tcW w:type="dxa" w:w="6237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  <w:shd w:fill="F8FBFD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8"/>
              </w:rPr>
              <w:t>임무 수행 준비</w:t>
            </w:r>
          </w:p>
        </w:tc>
      </w:tr>
      <w:tr>
        <w:tc>
          <w:tcPr>
            <w:tcW w:type="dxa" w:w="3402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8"/>
              </w:rPr>
              <w:t>RUNNING</w:t>
            </w:r>
          </w:p>
        </w:tc>
        <w:tc>
          <w:tcPr>
            <w:tcW w:type="dxa" w:w="6237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8"/>
              </w:rPr>
              <w:t>임무 수행 중</w:t>
            </w:r>
          </w:p>
        </w:tc>
      </w:tr>
      <w:tr>
        <w:tc>
          <w:tcPr>
            <w:tcW w:type="dxa" w:w="3402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  <w:shd w:fill="F8FBFD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8"/>
              </w:rPr>
              <w:t>WARNING</w:t>
            </w:r>
          </w:p>
        </w:tc>
        <w:tc>
          <w:tcPr>
            <w:tcW w:type="dxa" w:w="6237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  <w:shd w:fill="F8FBFD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8"/>
              </w:rPr>
              <w:t>주의 상태</w:t>
            </w:r>
          </w:p>
        </w:tc>
      </w:tr>
      <w:tr>
        <w:tc>
          <w:tcPr>
            <w:tcW w:type="dxa" w:w="3402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8"/>
              </w:rPr>
              <w:t>ERROR</w:t>
            </w:r>
          </w:p>
        </w:tc>
        <w:tc>
          <w:tcPr>
            <w:tcW w:type="dxa" w:w="6237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8"/>
              </w:rPr>
              <w:t>오류 상태</w:t>
            </w:r>
          </w:p>
        </w:tc>
      </w:tr>
      <w:tr>
        <w:tc>
          <w:tcPr>
            <w:tcW w:type="dxa" w:w="3402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  <w:shd w:fill="F8FBFD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8"/>
              </w:rPr>
              <w:t>SHUTTING_DOWN</w:t>
            </w:r>
          </w:p>
        </w:tc>
        <w:tc>
          <w:tcPr>
            <w:tcW w:type="dxa" w:w="6237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  <w:shd w:fill="F8FBFD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8"/>
              </w:rPr>
              <w:t>정상 종료 중</w:t>
            </w:r>
          </w:p>
        </w:tc>
      </w:tr>
    </w:tbl>
    <w:p>
      <w:pPr>
        <w:spacing w:after="0"/>
      </w:pPr>
    </w:p>
    <w:p>
      <w:pPr>
        <w:pStyle w:val="Heading1"/>
        <w:keepNext/>
        <w:pBdr>
          <w:bottom w:val="single" w:sz="8" w:space="3" w:color="1F4E78"/>
        </w:pBdr>
      </w:pPr>
      <w:r>
        <w:t>24. EvidenceStatus.msg</w:t>
      </w:r>
    </w:p>
    <w:p>
      <w:pPr>
        <w:spacing w:before="40" w:after="100" w:line="240" w:lineRule="auto"/>
        <w:ind w:left="283" w:right="283"/>
        <w:shd w:fill="F2F2F2"/>
      </w:pPr>
      <w:r>
        <w:rPr>
          <w:rFonts w:ascii="Noto Sans Mono CJK KR" w:hAnsi="Noto Sans Mono CJK KR" w:eastAsia="Noto Sans Mono CJK KR"/>
          <w:sz w:val="17"/>
        </w:rPr>
        <w:t>string event_id</w:t>
        <w:br/>
      </w:r>
      <w:r>
        <w:rPr>
          <w:rFonts w:ascii="Noto Sans Mono CJK KR" w:hAnsi="Noto Sans Mono CJK KR" w:eastAsia="Noto Sans Mono CJK KR"/>
          <w:sz w:val="17"/>
        </w:rPr>
        <w:t>bool capture_success</w:t>
        <w:br/>
      </w:r>
      <w:r>
        <w:rPr>
          <w:rFonts w:ascii="Noto Sans Mono CJK KR" w:hAnsi="Noto Sans Mono CJK KR" w:eastAsia="Noto Sans Mono CJK KR"/>
          <w:sz w:val="17"/>
        </w:rPr>
        <w:t>string image_path</w:t>
        <w:br/>
      </w:r>
      <w:r>
        <w:rPr>
          <w:rFonts w:ascii="Noto Sans Mono CJK KR" w:hAnsi="Noto Sans Mono CJK KR" w:eastAsia="Noto Sans Mono CJK KR"/>
          <w:sz w:val="17"/>
        </w:rPr>
        <w:t>string file_name</w:t>
        <w:br/>
      </w:r>
      <w:r>
        <w:rPr>
          <w:rFonts w:ascii="Noto Sans Mono CJK KR" w:hAnsi="Noto Sans Mono CJK KR" w:eastAsia="Noto Sans Mono CJK KR"/>
          <w:sz w:val="17"/>
        </w:rPr>
        <w:t>string error_message</w:t>
        <w:br/>
      </w:r>
      <w:r>
        <w:rPr>
          <w:rFonts w:ascii="Noto Sans Mono CJK KR" w:hAnsi="Noto Sans Mono CJK KR" w:eastAsia="Noto Sans Mono CJK KR"/>
          <w:sz w:val="17"/>
        </w:rPr>
        <w:t>builtin_interfaces/Time captured_time</w:t>
      </w:r>
    </w:p>
    <w:p>
      <w:pPr>
        <w:pStyle w:val="Heading1"/>
        <w:keepNext/>
        <w:pBdr>
          <w:bottom w:val="single" w:sz="8" w:space="3" w:color="1F4E78"/>
        </w:pBdr>
      </w:pPr>
      <w:r>
        <w:t>25. ErrorEvent.msg</w:t>
      </w:r>
    </w:p>
    <w:p>
      <w:pPr>
        <w:spacing w:before="40" w:after="100" w:line="240" w:lineRule="auto"/>
        <w:ind w:left="283" w:right="283"/>
        <w:shd w:fill="F2F2F2"/>
      </w:pPr>
      <w:r>
        <w:rPr>
          <w:rFonts w:ascii="Noto Sans Mono CJK KR" w:hAnsi="Noto Sans Mono CJK KR" w:eastAsia="Noto Sans Mono CJK KR"/>
          <w:sz w:val="17"/>
        </w:rPr>
        <w:t>string error_id</w:t>
        <w:br/>
      </w:r>
      <w:r>
        <w:rPr>
          <w:rFonts w:ascii="Noto Sans Mono CJK KR" w:hAnsi="Noto Sans Mono CJK KR" w:eastAsia="Noto Sans Mono CJK KR"/>
          <w:sz w:val="17"/>
        </w:rPr>
        <w:t>string source_node</w:t>
        <w:br/>
      </w:r>
      <w:r>
        <w:rPr>
          <w:rFonts w:ascii="Noto Sans Mono CJK KR" w:hAnsi="Noto Sans Mono CJK KR" w:eastAsia="Noto Sans Mono CJK KR"/>
          <w:sz w:val="17"/>
        </w:rPr>
        <w:t>int32 error_code</w:t>
        <w:br/>
      </w:r>
      <w:r>
        <w:rPr>
          <w:rFonts w:ascii="Noto Sans Mono CJK KR" w:hAnsi="Noto Sans Mono CJK KR" w:eastAsia="Noto Sans Mono CJK KR"/>
          <w:sz w:val="17"/>
        </w:rPr>
        <w:t>string severity</w:t>
        <w:br/>
      </w:r>
      <w:r>
        <w:rPr>
          <w:rFonts w:ascii="Noto Sans Mono CJK KR" w:hAnsi="Noto Sans Mono CJK KR" w:eastAsia="Noto Sans Mono CJK KR"/>
          <w:sz w:val="17"/>
        </w:rPr>
        <w:t>string description</w:t>
        <w:br/>
      </w:r>
      <w:r>
        <w:rPr>
          <w:rFonts w:ascii="Noto Sans Mono CJK KR" w:hAnsi="Noto Sans Mono CJK KR" w:eastAsia="Noto Sans Mono CJK KR"/>
          <w:sz w:val="17"/>
        </w:rPr>
        <w:t>bool recovery_possible</w:t>
        <w:br/>
      </w:r>
      <w:r>
        <w:rPr>
          <w:rFonts w:ascii="Noto Sans Mono CJK KR" w:hAnsi="Noto Sans Mono CJK KR" w:eastAsia="Noto Sans Mono CJK KR"/>
          <w:sz w:val="17"/>
        </w:rPr>
        <w:t>builtin_interfaces/Time occurred_time</w:t>
      </w:r>
    </w:p>
    <w:p>
      <w:pPr>
        <w:pStyle w:val="Heading1"/>
        <w:keepNext/>
        <w:pBdr>
          <w:bottom w:val="single" w:sz="8" w:space="3" w:color="1F4E78"/>
        </w:pBdr>
      </w:pPr>
      <w:r>
        <w:t>26. SetOperationMode.srv</w:t>
      </w:r>
    </w:p>
    <w:p>
      <w:pPr>
        <w:spacing w:before="40" w:after="100" w:line="240" w:lineRule="auto"/>
        <w:ind w:left="283" w:right="283"/>
        <w:shd w:fill="F2F2F2"/>
      </w:pPr>
      <w:r>
        <w:rPr>
          <w:rFonts w:ascii="Noto Sans Mono CJK KR" w:hAnsi="Noto Sans Mono CJK KR" w:eastAsia="Noto Sans Mono CJK KR"/>
          <w:sz w:val="17"/>
        </w:rPr>
        <w:t>string requested_mode</w:t>
        <w:br/>
      </w:r>
      <w:r>
        <w:rPr>
          <w:rFonts w:ascii="Noto Sans Mono CJK KR" w:hAnsi="Noto Sans Mono CJK KR" w:eastAsia="Noto Sans Mono CJK KR"/>
          <w:sz w:val="17"/>
        </w:rPr>
        <w:t>string operator_name</w:t>
        <w:br/>
      </w:r>
      <w:r>
        <w:rPr>
          <w:rFonts w:ascii="Noto Sans Mono CJK KR" w:hAnsi="Noto Sans Mono CJK KR" w:eastAsia="Noto Sans Mono CJK KR"/>
          <w:sz w:val="17"/>
        </w:rPr>
        <w:t>---</w:t>
        <w:br/>
      </w:r>
      <w:r>
        <w:rPr>
          <w:rFonts w:ascii="Noto Sans Mono CJK KR" w:hAnsi="Noto Sans Mono CJK KR" w:eastAsia="Noto Sans Mono CJK KR"/>
          <w:sz w:val="17"/>
        </w:rPr>
        <w:t>bool success</w:t>
        <w:br/>
      </w:r>
      <w:r>
        <w:rPr>
          <w:rFonts w:ascii="Noto Sans Mono CJK KR" w:hAnsi="Noto Sans Mono CJK KR" w:eastAsia="Noto Sans Mono CJK KR"/>
          <w:sz w:val="17"/>
        </w:rPr>
        <w:t>int32 result_code</w:t>
        <w:br/>
      </w:r>
      <w:r>
        <w:rPr>
          <w:rFonts w:ascii="Noto Sans Mono CJK KR" w:hAnsi="Noto Sans Mono CJK KR" w:eastAsia="Noto Sans Mono CJK KR"/>
          <w:sz w:val="17"/>
        </w:rPr>
        <w:t>string message</w:t>
        <w:br/>
      </w:r>
      <w:r>
        <w:rPr>
          <w:rFonts w:ascii="Noto Sans Mono CJK KR" w:hAnsi="Noto Sans Mono CJK KR" w:eastAsia="Noto Sans Mono CJK KR"/>
          <w:sz w:val="17"/>
        </w:rPr>
        <w:t>string previous_mode</w:t>
        <w:br/>
      </w:r>
      <w:r>
        <w:rPr>
          <w:rFonts w:ascii="Noto Sans Mono CJK KR" w:hAnsi="Noto Sans Mono CJK KR" w:eastAsia="Noto Sans Mono CJK KR"/>
          <w:sz w:val="17"/>
        </w:rPr>
        <w:t>string current_mode</w:t>
      </w:r>
    </w:p>
    <w:p>
      <w:pPr>
        <w:pStyle w:val="Heading2"/>
        <w:keepNext/>
      </w:pPr>
      <w:r>
        <w:t>26.1 모드 변경 제한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space="0" w:color="B7B7B7"/>
          <w:left w:val="single" w:sz="4" w:space="0" w:color="B7B7B7"/>
          <w:bottom w:val="single" w:sz="4" w:space="0" w:color="B7B7B7"/>
          <w:right w:val="single" w:sz="4" w:space="0" w:color="B7B7B7"/>
          <w:insideH w:val="single" w:sz="4" w:space="0" w:color="B7B7B7"/>
          <w:insideV w:val="single" w:sz="4" w:space="0" w:color="B7B7B7"/>
        </w:tblBorders>
      </w:tblPr>
      <w:tblGrid>
        <w:gridCol w:w="3402"/>
        <w:gridCol w:w="3402"/>
        <w:gridCol w:w="3402"/>
      </w:tblGrid>
      <w:tr>
        <w:trPr>
          <w:tblHeader w:val="true"/>
        </w:trPr>
        <w:tc>
          <w:tcPr>
            <w:tcW w:type="dxa" w:w="2551"/>
            <w:shd w:fill="1F4E78"/>
            <w:tcMar>
              <w:top w:w="80" w:type="dxa"/>
              <w:start w:w="70" w:type="dxa"/>
              <w:bottom w:w="80" w:type="dxa"/>
              <w:end w:w="7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Noto Sans CJK KR" w:hAnsi="Noto Sans CJK KR" w:eastAsia="Noto Sans CJK KR"/>
                <w:b/>
                <w:color w:val="FFFFFF"/>
                <w:sz w:val="16"/>
              </w:rPr>
              <w:t>현재 모드</w:t>
            </w:r>
          </w:p>
        </w:tc>
        <w:tc>
          <w:tcPr>
            <w:tcW w:type="dxa" w:w="2551"/>
            <w:shd w:fill="1F4E78"/>
            <w:tcMar>
              <w:top w:w="80" w:type="dxa"/>
              <w:start w:w="70" w:type="dxa"/>
              <w:bottom w:w="80" w:type="dxa"/>
              <w:end w:w="7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Noto Sans CJK KR" w:hAnsi="Noto Sans CJK KR" w:eastAsia="Noto Sans CJK KR"/>
                <w:b/>
                <w:color w:val="FFFFFF"/>
                <w:sz w:val="16"/>
              </w:rPr>
              <w:t>요청 모드</w:t>
            </w:r>
          </w:p>
        </w:tc>
        <w:tc>
          <w:tcPr>
            <w:tcW w:type="dxa" w:w="4536"/>
            <w:shd w:fill="1F4E78"/>
            <w:tcMar>
              <w:top w:w="80" w:type="dxa"/>
              <w:start w:w="70" w:type="dxa"/>
              <w:bottom w:w="80" w:type="dxa"/>
              <w:end w:w="7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Noto Sans CJK KR" w:hAnsi="Noto Sans CJK KR" w:eastAsia="Noto Sans CJK KR"/>
                <w:b/>
                <w:color w:val="FFFFFF"/>
                <w:sz w:val="16"/>
              </w:rPr>
              <w:t>처리</w:t>
            </w:r>
          </w:p>
        </w:tc>
      </w:tr>
      <w:tr>
        <w:tc>
          <w:tcPr>
            <w:tcW w:type="dxa" w:w="2551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7"/>
              </w:rPr>
              <w:t>IDLE</w:t>
            </w:r>
          </w:p>
        </w:tc>
        <w:tc>
          <w:tcPr>
            <w:tcW w:type="dxa" w:w="2551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7"/>
              </w:rPr>
              <w:t>DAY</w:t>
            </w:r>
          </w:p>
        </w:tc>
        <w:tc>
          <w:tcPr>
            <w:tcW w:type="dxa" w:w="4536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7"/>
              </w:rPr>
              <w:t>허용</w:t>
            </w:r>
          </w:p>
        </w:tc>
      </w:tr>
      <w:tr>
        <w:tc>
          <w:tcPr>
            <w:tcW w:type="dxa" w:w="2551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  <w:shd w:fill="F8FBFD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7"/>
              </w:rPr>
              <w:t>IDLE</w:t>
            </w:r>
          </w:p>
        </w:tc>
        <w:tc>
          <w:tcPr>
            <w:tcW w:type="dxa" w:w="2551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  <w:shd w:fill="F8FBFD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7"/>
              </w:rPr>
              <w:t>NIGHT</w:t>
            </w:r>
          </w:p>
        </w:tc>
        <w:tc>
          <w:tcPr>
            <w:tcW w:type="dxa" w:w="4536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  <w:shd w:fill="F8FBFD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7"/>
              </w:rPr>
              <w:t>허용</w:t>
            </w:r>
          </w:p>
        </w:tc>
      </w:tr>
      <w:tr>
        <w:tc>
          <w:tcPr>
            <w:tcW w:type="dxa" w:w="2551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7"/>
              </w:rPr>
              <w:t>IDLE</w:t>
            </w:r>
          </w:p>
        </w:tc>
        <w:tc>
          <w:tcPr>
            <w:tcW w:type="dxa" w:w="2551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7"/>
              </w:rPr>
              <w:t>REMOTE</w:t>
            </w:r>
          </w:p>
        </w:tc>
        <w:tc>
          <w:tcPr>
            <w:tcW w:type="dxa" w:w="4536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7"/>
              </w:rPr>
              <w:t>허용</w:t>
            </w:r>
          </w:p>
        </w:tc>
      </w:tr>
      <w:tr>
        <w:tc>
          <w:tcPr>
            <w:tcW w:type="dxa" w:w="2551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  <w:shd w:fill="F8FBFD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7"/>
              </w:rPr>
              <w:t>DAY</w:t>
            </w:r>
          </w:p>
        </w:tc>
        <w:tc>
          <w:tcPr>
            <w:tcW w:type="dxa" w:w="2551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  <w:shd w:fill="F8FBFD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7"/>
              </w:rPr>
              <w:t>NIGHT</w:t>
            </w:r>
          </w:p>
        </w:tc>
        <w:tc>
          <w:tcPr>
            <w:tcW w:type="dxa" w:w="4536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  <w:shd w:fill="F8FBFD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7"/>
              </w:rPr>
              <w:t>허용</w:t>
            </w:r>
          </w:p>
        </w:tc>
      </w:tr>
      <w:tr>
        <w:tc>
          <w:tcPr>
            <w:tcW w:type="dxa" w:w="2551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7"/>
              </w:rPr>
              <w:t>NIGHT</w:t>
            </w:r>
          </w:p>
        </w:tc>
        <w:tc>
          <w:tcPr>
            <w:tcW w:type="dxa" w:w="2551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7"/>
              </w:rPr>
              <w:t>REMOTE</w:t>
            </w:r>
          </w:p>
        </w:tc>
        <w:tc>
          <w:tcPr>
            <w:tcW w:type="dxa" w:w="4536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7"/>
              </w:rPr>
              <w:t>순찰 중지 후 허용</w:t>
            </w:r>
          </w:p>
        </w:tc>
      </w:tr>
      <w:tr>
        <w:tc>
          <w:tcPr>
            <w:tcW w:type="dxa" w:w="2551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  <w:shd w:fill="F8FBFD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7"/>
              </w:rPr>
              <w:t>REMOTE</w:t>
            </w:r>
          </w:p>
        </w:tc>
        <w:tc>
          <w:tcPr>
            <w:tcW w:type="dxa" w:w="2551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  <w:shd w:fill="F8FBFD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7"/>
              </w:rPr>
              <w:t>NIGHT</w:t>
            </w:r>
          </w:p>
        </w:tc>
        <w:tc>
          <w:tcPr>
            <w:tcW w:type="dxa" w:w="4536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  <w:shd w:fill="F8FBFD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7"/>
              </w:rPr>
              <w:t>원격 속도 명령 정지 후 허용</w:t>
            </w:r>
          </w:p>
        </w:tc>
      </w:tr>
      <w:tr>
        <w:tc>
          <w:tcPr>
            <w:tcW w:type="dxa" w:w="2551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7"/>
              </w:rPr>
              <w:t>모든 모드</w:t>
            </w:r>
          </w:p>
        </w:tc>
        <w:tc>
          <w:tcPr>
            <w:tcW w:type="dxa" w:w="2551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7"/>
              </w:rPr>
              <w:t>EMERGENCY_STOP</w:t>
            </w:r>
          </w:p>
        </w:tc>
        <w:tc>
          <w:tcPr>
            <w:tcW w:type="dxa" w:w="4536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7"/>
              </w:rPr>
              <w:t>즉시 허용</w:t>
            </w:r>
          </w:p>
        </w:tc>
      </w:tr>
      <w:tr>
        <w:tc>
          <w:tcPr>
            <w:tcW w:type="dxa" w:w="2551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  <w:shd w:fill="F8FBFD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7"/>
              </w:rPr>
              <w:t>EMERGENCY_STOP</w:t>
            </w:r>
          </w:p>
        </w:tc>
        <w:tc>
          <w:tcPr>
            <w:tcW w:type="dxa" w:w="2551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  <w:shd w:fill="F8FBFD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7"/>
              </w:rPr>
              <w:t>일반 모드</w:t>
            </w:r>
          </w:p>
        </w:tc>
        <w:tc>
          <w:tcPr>
            <w:tcW w:type="dxa" w:w="4536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  <w:shd w:fill="F8FBFD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7"/>
              </w:rPr>
              <w:t>비상정지 해제 후 허용</w:t>
            </w:r>
          </w:p>
        </w:tc>
      </w:tr>
    </w:tbl>
    <w:p>
      <w:pPr>
        <w:spacing w:after="0"/>
      </w:pPr>
    </w:p>
    <w:p>
      <w:pPr>
        <w:pStyle w:val="Heading1"/>
        <w:keepNext/>
        <w:pBdr>
          <w:bottom w:val="single" w:sz="8" w:space="3" w:color="1F4E78"/>
        </w:pBdr>
      </w:pPr>
      <w:r>
        <w:t>27. StartPatrol.srv</w:t>
      </w:r>
    </w:p>
    <w:p>
      <w:pPr>
        <w:spacing w:before="40" w:after="100" w:line="240" w:lineRule="auto"/>
        <w:ind w:left="283" w:right="283"/>
        <w:shd w:fill="F2F2F2"/>
      </w:pPr>
      <w:r>
        <w:rPr>
          <w:rFonts w:ascii="Noto Sans Mono CJK KR" w:hAnsi="Noto Sans Mono CJK KR" w:eastAsia="Noto Sans Mono CJK KR"/>
          <w:sz w:val="17"/>
        </w:rPr>
        <w:t>string route_id</w:t>
        <w:br/>
      </w:r>
      <w:r>
        <w:rPr>
          <w:rFonts w:ascii="Noto Sans Mono CJK KR" w:hAnsi="Noto Sans Mono CJK KR" w:eastAsia="Noto Sans Mono CJK KR"/>
          <w:sz w:val="17"/>
        </w:rPr>
        <w:t>int32 repeat_count</w:t>
        <w:br/>
      </w:r>
      <w:r>
        <w:rPr>
          <w:rFonts w:ascii="Noto Sans Mono CJK KR" w:hAnsi="Noto Sans Mono CJK KR" w:eastAsia="Noto Sans Mono CJK KR"/>
          <w:sz w:val="17"/>
        </w:rPr>
        <w:t>bool detect_anomaly</w:t>
        <w:br/>
      </w:r>
      <w:r>
        <w:rPr>
          <w:rFonts w:ascii="Noto Sans Mono CJK KR" w:hAnsi="Noto Sans Mono CJK KR" w:eastAsia="Noto Sans Mono CJK KR"/>
          <w:sz w:val="17"/>
        </w:rPr>
        <w:t>bool return_to_start</w:t>
        <w:br/>
      </w:r>
      <w:r>
        <w:rPr>
          <w:rFonts w:ascii="Noto Sans Mono CJK KR" w:hAnsi="Noto Sans Mono CJK KR" w:eastAsia="Noto Sans Mono CJK KR"/>
          <w:sz w:val="17"/>
        </w:rPr>
        <w:t>---</w:t>
        <w:br/>
      </w:r>
      <w:r>
        <w:rPr>
          <w:rFonts w:ascii="Noto Sans Mono CJK KR" w:hAnsi="Noto Sans Mono CJK KR" w:eastAsia="Noto Sans Mono CJK KR"/>
          <w:sz w:val="17"/>
        </w:rPr>
        <w:t>bool success</w:t>
        <w:br/>
      </w:r>
      <w:r>
        <w:rPr>
          <w:rFonts w:ascii="Noto Sans Mono CJK KR" w:hAnsi="Noto Sans Mono CJK KR" w:eastAsia="Noto Sans Mono CJK KR"/>
          <w:sz w:val="17"/>
        </w:rPr>
        <w:t>int32 result_code</w:t>
        <w:br/>
      </w:r>
      <w:r>
        <w:rPr>
          <w:rFonts w:ascii="Noto Sans Mono CJK KR" w:hAnsi="Noto Sans Mono CJK KR" w:eastAsia="Noto Sans Mono CJK KR"/>
          <w:sz w:val="17"/>
        </w:rPr>
        <w:t>string message</w:t>
        <w:br/>
      </w:r>
      <w:r>
        <w:rPr>
          <w:rFonts w:ascii="Noto Sans Mono CJK KR" w:hAnsi="Noto Sans Mono CJK KR" w:eastAsia="Noto Sans Mono CJK KR"/>
          <w:sz w:val="17"/>
        </w:rPr>
        <w:t>string patrol_id</w:t>
      </w:r>
    </w:p>
    <w:p>
      <w:pPr>
        <w:pStyle w:val="Heading2"/>
        <w:keepNext/>
      </w:pPr>
      <w:r>
        <w:t>27.1 순찰 시작 성공 조건</w:t>
      </w:r>
    </w:p>
    <w:p>
      <w:pPr>
        <w:pStyle w:val="ListBullet"/>
        <w:spacing w:after="60" w:line="288" w:lineRule="auto"/>
        <w:ind w:left="340" w:hanging="142"/>
      </w:pPr>
      <w:r>
        <w:rPr>
          <w:rFonts w:ascii="Noto Sans CJK KR" w:hAnsi="Noto Sans CJK KR" w:eastAsia="Noto Sans CJK KR"/>
          <w:sz w:val="19"/>
        </w:rPr>
        <w:t>로봇 운용 모드가 NIGHT 또는 순찰 허용 모드일 것</w:t>
      </w:r>
    </w:p>
    <w:p>
      <w:pPr>
        <w:pStyle w:val="ListBullet"/>
        <w:spacing w:after="60" w:line="288" w:lineRule="auto"/>
        <w:ind w:left="340" w:hanging="142"/>
      </w:pPr>
      <w:r>
        <w:rPr>
          <w:rFonts w:ascii="Noto Sans CJK KR" w:hAnsi="Noto Sans CJK KR" w:eastAsia="Noto Sans CJK KR"/>
          <w:sz w:val="19"/>
        </w:rPr>
        <w:t>비상정지가 해제되어 있을 것</w:t>
      </w:r>
    </w:p>
    <w:p>
      <w:pPr>
        <w:pStyle w:val="ListBullet"/>
        <w:spacing w:after="60" w:line="288" w:lineRule="auto"/>
        <w:ind w:left="340" w:hanging="142"/>
      </w:pPr>
      <w:r>
        <w:rPr>
          <w:rFonts w:ascii="Noto Sans CJK KR" w:hAnsi="Noto Sans CJK KR" w:eastAsia="Noto Sans CJK KR"/>
          <w:sz w:val="19"/>
        </w:rPr>
        <w:t>Nav2가 정상 상태일 것</w:t>
      </w:r>
    </w:p>
    <w:p>
      <w:pPr>
        <w:pStyle w:val="ListBullet"/>
        <w:spacing w:after="60" w:line="288" w:lineRule="auto"/>
        <w:ind w:left="340" w:hanging="142"/>
      </w:pPr>
      <w:r>
        <w:rPr>
          <w:rFonts w:ascii="Noto Sans CJK KR" w:hAnsi="Noto Sans CJK KR" w:eastAsia="Noto Sans CJK KR"/>
          <w:sz w:val="19"/>
        </w:rPr>
        <w:t>지도와 현재 위치가 설정되어 있을 것</w:t>
      </w:r>
    </w:p>
    <w:p>
      <w:pPr>
        <w:pStyle w:val="ListBullet"/>
        <w:spacing w:after="60" w:line="288" w:lineRule="auto"/>
        <w:ind w:left="340" w:hanging="142"/>
      </w:pPr>
      <w:r>
        <w:rPr>
          <w:rFonts w:ascii="Noto Sans CJK KR" w:hAnsi="Noto Sans CJK KR" w:eastAsia="Noto Sans CJK KR"/>
          <w:sz w:val="19"/>
        </w:rPr>
        <w:t>배터리가 위험 상태가 아닐 것</w:t>
      </w:r>
    </w:p>
    <w:p>
      <w:pPr>
        <w:pStyle w:val="ListBullet"/>
        <w:spacing w:after="60" w:line="288" w:lineRule="auto"/>
        <w:ind w:left="340" w:hanging="142"/>
      </w:pPr>
      <w:r>
        <w:rPr>
          <w:rFonts w:ascii="Noto Sans CJK KR" w:hAnsi="Noto Sans CJK KR" w:eastAsia="Noto Sans CJK KR"/>
          <w:sz w:val="19"/>
        </w:rPr>
        <w:t>요청한 순찰 경로가 등록되어 있을 것</w:t>
      </w:r>
    </w:p>
    <w:p>
      <w:pPr>
        <w:pStyle w:val="ListBullet"/>
        <w:spacing w:after="60" w:line="288" w:lineRule="auto"/>
        <w:ind w:left="340" w:hanging="142"/>
      </w:pPr>
      <w:r>
        <w:rPr>
          <w:rFonts w:ascii="Noto Sans CJK KR" w:hAnsi="Noto Sans CJK KR" w:eastAsia="Noto Sans CJK KR"/>
          <w:sz w:val="19"/>
        </w:rPr>
        <w:t>다른 이동 임무가 실행 중이지 않을 것</w:t>
      </w:r>
    </w:p>
    <w:p>
      <w:pPr>
        <w:pStyle w:val="Heading1"/>
        <w:keepNext/>
        <w:pBdr>
          <w:bottom w:val="single" w:sz="8" w:space="3" w:color="1F4E78"/>
        </w:pBdr>
      </w:pPr>
      <w:r>
        <w:t>28. CaptureEvidence.srv</w:t>
      </w:r>
    </w:p>
    <w:p>
      <w:pPr>
        <w:spacing w:before="40" w:after="100" w:line="240" w:lineRule="auto"/>
        <w:ind w:left="283" w:right="283"/>
        <w:shd w:fill="F2F2F2"/>
      </w:pPr>
      <w:r>
        <w:rPr>
          <w:rFonts w:ascii="Noto Sans Mono CJK KR" w:hAnsi="Noto Sans Mono CJK KR" w:eastAsia="Noto Sans Mono CJK KR"/>
          <w:sz w:val="17"/>
        </w:rPr>
        <w:t>string event_id</w:t>
        <w:br/>
      </w:r>
      <w:r>
        <w:rPr>
          <w:rFonts w:ascii="Noto Sans Mono CJK KR" w:hAnsi="Noto Sans Mono CJK KR" w:eastAsia="Noto Sans Mono CJK KR"/>
          <w:sz w:val="17"/>
        </w:rPr>
        <w:t>string file_prefix</w:t>
        <w:br/>
      </w:r>
      <w:r>
        <w:rPr>
          <w:rFonts w:ascii="Noto Sans Mono CJK KR" w:hAnsi="Noto Sans Mono CJK KR" w:eastAsia="Noto Sans Mono CJK KR"/>
          <w:sz w:val="17"/>
        </w:rPr>
        <w:t>bool include_detection_overlay</w:t>
        <w:br/>
      </w:r>
      <w:r>
        <w:rPr>
          <w:rFonts w:ascii="Noto Sans Mono CJK KR" w:hAnsi="Noto Sans Mono CJK KR" w:eastAsia="Noto Sans Mono CJK KR"/>
          <w:sz w:val="17"/>
        </w:rPr>
        <w:t>---</w:t>
        <w:br/>
      </w:r>
      <w:r>
        <w:rPr>
          <w:rFonts w:ascii="Noto Sans Mono CJK KR" w:hAnsi="Noto Sans Mono CJK KR" w:eastAsia="Noto Sans Mono CJK KR"/>
          <w:sz w:val="17"/>
        </w:rPr>
        <w:t>bool success</w:t>
        <w:br/>
      </w:r>
      <w:r>
        <w:rPr>
          <w:rFonts w:ascii="Noto Sans Mono CJK KR" w:hAnsi="Noto Sans Mono CJK KR" w:eastAsia="Noto Sans Mono CJK KR"/>
          <w:sz w:val="17"/>
        </w:rPr>
        <w:t>int32 result_code</w:t>
        <w:br/>
      </w:r>
      <w:r>
        <w:rPr>
          <w:rFonts w:ascii="Noto Sans Mono CJK KR" w:hAnsi="Noto Sans Mono CJK KR" w:eastAsia="Noto Sans Mono CJK KR"/>
          <w:sz w:val="17"/>
        </w:rPr>
        <w:t>string message</w:t>
        <w:br/>
      </w:r>
      <w:r>
        <w:rPr>
          <w:rFonts w:ascii="Noto Sans Mono CJK KR" w:hAnsi="Noto Sans Mono CJK KR" w:eastAsia="Noto Sans Mono CJK KR"/>
          <w:sz w:val="17"/>
        </w:rPr>
        <w:t>string image_path</w:t>
        <w:br/>
      </w:r>
      <w:r>
        <w:rPr>
          <w:rFonts w:ascii="Noto Sans Mono CJK KR" w:hAnsi="Noto Sans Mono CJK KR" w:eastAsia="Noto Sans Mono CJK KR"/>
          <w:sz w:val="17"/>
        </w:rPr>
        <w:t>builtin_interfaces/Time captured_time</w:t>
      </w:r>
    </w:p>
    <w:p>
      <w:pPr>
        <w:spacing w:before="0" w:after="80" w:line="312" w:lineRule="auto"/>
      </w:pPr>
      <w:r>
        <w:rPr>
          <w:rFonts w:ascii="Noto Sans CJK KR" w:hAnsi="Noto Sans CJK KR" w:eastAsia="Noto Sans CJK KR"/>
          <w:b w:val="0"/>
          <w:i w:val="0"/>
          <w:sz w:val="20"/>
        </w:rPr>
        <w:t>이미지 파일명은 다음 규칙을 사용한다.</w:t>
      </w:r>
    </w:p>
    <w:p>
      <w:pPr>
        <w:spacing w:before="40" w:after="100" w:line="240" w:lineRule="auto"/>
        <w:ind w:left="283" w:right="283"/>
        <w:shd w:fill="F2F2F2"/>
      </w:pPr>
      <w:r>
        <w:rPr>
          <w:rFonts w:ascii="Noto Sans Mono CJK KR" w:hAnsi="Noto Sans Mono CJK KR" w:eastAsia="Noto Sans Mono CJK KR"/>
          <w:sz w:val="17"/>
        </w:rPr>
        <w:t>{event_id}_{YYYYMMDD}_{HHMMSS}.jpg</w:t>
        <w:br/>
      </w:r>
      <w:r>
        <w:rPr>
          <w:rFonts w:ascii="Noto Sans Mono CJK KR" w:hAnsi="Noto Sans Mono CJK KR" w:eastAsia="Noto Sans Mono CJK KR"/>
          <w:sz w:val="17"/>
        </w:rPr>
        <w:br/>
      </w:r>
      <w:r>
        <w:rPr>
          <w:rFonts w:ascii="Noto Sans Mono CJK KR" w:hAnsi="Noto Sans Mono CJK KR" w:eastAsia="Noto Sans Mono CJK KR"/>
          <w:sz w:val="17"/>
        </w:rPr>
        <w:t>예: ANOMALY_20260718_001_20260718_231532.jpg</w:t>
      </w:r>
    </w:p>
    <w:p>
      <w:pPr>
        <w:pStyle w:val="Heading1"/>
        <w:keepNext/>
        <w:pBdr>
          <w:bottom w:val="single" w:sz="8" w:space="3" w:color="1F4E78"/>
        </w:pBdr>
      </w:pPr>
      <w:r>
        <w:t>29. SaveVisitorMemo.srv</w:t>
      </w:r>
    </w:p>
    <w:p>
      <w:pPr>
        <w:spacing w:before="40" w:after="100" w:line="240" w:lineRule="auto"/>
        <w:ind w:left="283" w:right="283"/>
        <w:shd w:fill="F2F2F2"/>
      </w:pPr>
      <w:r>
        <w:rPr>
          <w:rFonts w:ascii="Noto Sans Mono CJK KR" w:hAnsi="Noto Sans Mono CJK KR" w:eastAsia="Noto Sans Mono CJK KR"/>
          <w:sz w:val="17"/>
        </w:rPr>
        <w:t>office_robot_msgs/VisitorMemo memo</w:t>
        <w:br/>
      </w:r>
      <w:r>
        <w:rPr>
          <w:rFonts w:ascii="Noto Sans Mono CJK KR" w:hAnsi="Noto Sans Mono CJK KR" w:eastAsia="Noto Sans Mono CJK KR"/>
          <w:sz w:val="17"/>
        </w:rPr>
        <w:t>---</w:t>
        <w:br/>
      </w:r>
      <w:r>
        <w:rPr>
          <w:rFonts w:ascii="Noto Sans Mono CJK KR" w:hAnsi="Noto Sans Mono CJK KR" w:eastAsia="Noto Sans Mono CJK KR"/>
          <w:sz w:val="17"/>
        </w:rPr>
        <w:t>bool success</w:t>
        <w:br/>
      </w:r>
      <w:r>
        <w:rPr>
          <w:rFonts w:ascii="Noto Sans Mono CJK KR" w:hAnsi="Noto Sans Mono CJK KR" w:eastAsia="Noto Sans Mono CJK KR"/>
          <w:sz w:val="17"/>
        </w:rPr>
        <w:t>int32 result_code</w:t>
        <w:br/>
      </w:r>
      <w:r>
        <w:rPr>
          <w:rFonts w:ascii="Noto Sans Mono CJK KR" w:hAnsi="Noto Sans Mono CJK KR" w:eastAsia="Noto Sans Mono CJK KR"/>
          <w:sz w:val="17"/>
        </w:rPr>
        <w:t>string message</w:t>
        <w:br/>
      </w:r>
      <w:r>
        <w:rPr>
          <w:rFonts w:ascii="Noto Sans Mono CJK KR" w:hAnsi="Noto Sans Mono CJK KR" w:eastAsia="Noto Sans Mono CJK KR"/>
          <w:sz w:val="17"/>
        </w:rPr>
        <w:t>string memo_id</w:t>
      </w:r>
    </w:p>
    <w:p>
      <w:pPr>
        <w:pStyle w:val="Heading1"/>
        <w:keepNext/>
        <w:pBdr>
          <w:bottom w:val="single" w:sz="8" w:space="3" w:color="1F4E78"/>
        </w:pBdr>
      </w:pPr>
      <w:r>
        <w:t>30. CreateReport.srv</w:t>
      </w:r>
    </w:p>
    <w:p>
      <w:pPr>
        <w:spacing w:before="40" w:after="100" w:line="240" w:lineRule="auto"/>
        <w:ind w:left="283" w:right="283"/>
        <w:shd w:fill="F2F2F2"/>
      </w:pPr>
      <w:r>
        <w:rPr>
          <w:rFonts w:ascii="Noto Sans Mono CJK KR" w:hAnsi="Noto Sans Mono CJK KR" w:eastAsia="Noto Sans Mono CJK KR"/>
          <w:sz w:val="17"/>
        </w:rPr>
        <w:t>string report_type</w:t>
        <w:br/>
      </w:r>
      <w:r>
        <w:rPr>
          <w:rFonts w:ascii="Noto Sans Mono CJK KR" w:hAnsi="Noto Sans Mono CJK KR" w:eastAsia="Noto Sans Mono CJK KR"/>
          <w:sz w:val="17"/>
        </w:rPr>
        <w:t>builtin_interfaces/Time start_time</w:t>
        <w:br/>
      </w:r>
      <w:r>
        <w:rPr>
          <w:rFonts w:ascii="Noto Sans Mono CJK KR" w:hAnsi="Noto Sans Mono CJK KR" w:eastAsia="Noto Sans Mono CJK KR"/>
          <w:sz w:val="17"/>
        </w:rPr>
        <w:t>builtin_interfaces/Time end_time</w:t>
        <w:br/>
      </w:r>
      <w:r>
        <w:rPr>
          <w:rFonts w:ascii="Noto Sans Mono CJK KR" w:hAnsi="Noto Sans Mono CJK KR" w:eastAsia="Noto Sans Mono CJK KR"/>
          <w:sz w:val="17"/>
        </w:rPr>
        <w:t>bool include_images</w:t>
        <w:br/>
      </w:r>
      <w:r>
        <w:rPr>
          <w:rFonts w:ascii="Noto Sans Mono CJK KR" w:hAnsi="Noto Sans Mono CJK KR" w:eastAsia="Noto Sans Mono CJK KR"/>
          <w:sz w:val="17"/>
        </w:rPr>
        <w:t>string operator_name</w:t>
        <w:br/>
      </w:r>
      <w:r>
        <w:rPr>
          <w:rFonts w:ascii="Noto Sans Mono CJK KR" w:hAnsi="Noto Sans Mono CJK KR" w:eastAsia="Noto Sans Mono CJK KR"/>
          <w:sz w:val="17"/>
        </w:rPr>
        <w:t>---</w:t>
        <w:br/>
      </w:r>
      <w:r>
        <w:rPr>
          <w:rFonts w:ascii="Noto Sans Mono CJK KR" w:hAnsi="Noto Sans Mono CJK KR" w:eastAsia="Noto Sans Mono CJK KR"/>
          <w:sz w:val="17"/>
        </w:rPr>
        <w:t>bool success</w:t>
        <w:br/>
      </w:r>
      <w:r>
        <w:rPr>
          <w:rFonts w:ascii="Noto Sans Mono CJK KR" w:hAnsi="Noto Sans Mono CJK KR" w:eastAsia="Noto Sans Mono CJK KR"/>
          <w:sz w:val="17"/>
        </w:rPr>
        <w:t>int32 result_code</w:t>
        <w:br/>
      </w:r>
      <w:r>
        <w:rPr>
          <w:rFonts w:ascii="Noto Sans Mono CJK KR" w:hAnsi="Noto Sans Mono CJK KR" w:eastAsia="Noto Sans Mono CJK KR"/>
          <w:sz w:val="17"/>
        </w:rPr>
        <w:t>string message</w:t>
        <w:br/>
      </w:r>
      <w:r>
        <w:rPr>
          <w:rFonts w:ascii="Noto Sans Mono CJK KR" w:hAnsi="Noto Sans Mono CJK KR" w:eastAsia="Noto Sans Mono CJK KR"/>
          <w:sz w:val="17"/>
        </w:rPr>
        <w:t>string report_id</w:t>
        <w:br/>
      </w:r>
      <w:r>
        <w:rPr>
          <w:rFonts w:ascii="Noto Sans Mono CJK KR" w:hAnsi="Noto Sans Mono CJK KR" w:eastAsia="Noto Sans Mono CJK KR"/>
          <w:sz w:val="17"/>
        </w:rPr>
        <w:t>string report_path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space="0" w:color="B7B7B7"/>
          <w:left w:val="single" w:sz="4" w:space="0" w:color="B7B7B7"/>
          <w:bottom w:val="single" w:sz="4" w:space="0" w:color="B7B7B7"/>
          <w:right w:val="single" w:sz="4" w:space="0" w:color="B7B7B7"/>
          <w:insideH w:val="single" w:sz="4" w:space="0" w:color="B7B7B7"/>
          <w:insideV w:val="single" w:sz="4" w:space="0" w:color="B7B7B7"/>
        </w:tblBorders>
      </w:tblPr>
      <w:tblGrid>
        <w:gridCol w:w="5103"/>
        <w:gridCol w:w="5103"/>
      </w:tblGrid>
      <w:tr>
        <w:trPr>
          <w:tblHeader w:val="true"/>
        </w:trPr>
        <w:tc>
          <w:tcPr>
            <w:tcW w:type="dxa" w:w="3402"/>
            <w:shd w:fill="1F4E78"/>
            <w:tcMar>
              <w:top w:w="80" w:type="dxa"/>
              <w:start w:w="70" w:type="dxa"/>
              <w:bottom w:w="80" w:type="dxa"/>
              <w:end w:w="7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Noto Sans CJK KR" w:hAnsi="Noto Sans CJK KR" w:eastAsia="Noto Sans CJK KR"/>
                <w:b/>
                <w:color w:val="FFFFFF"/>
                <w:sz w:val="16"/>
              </w:rPr>
              <w:t>report_type 값</w:t>
            </w:r>
          </w:p>
        </w:tc>
        <w:tc>
          <w:tcPr>
            <w:tcW w:type="dxa" w:w="6237"/>
            <w:shd w:fill="1F4E78"/>
            <w:tcMar>
              <w:top w:w="80" w:type="dxa"/>
              <w:start w:w="70" w:type="dxa"/>
              <w:bottom w:w="80" w:type="dxa"/>
              <w:end w:w="7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Noto Sans CJK KR" w:hAnsi="Noto Sans CJK KR" w:eastAsia="Noto Sans CJK KR"/>
                <w:b/>
                <w:color w:val="FFFFFF"/>
                <w:sz w:val="16"/>
              </w:rPr>
              <w:t>설명</w:t>
            </w:r>
          </w:p>
        </w:tc>
      </w:tr>
      <w:tr>
        <w:tc>
          <w:tcPr>
            <w:tcW w:type="dxa" w:w="3402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8"/>
              </w:rPr>
              <w:t>DAILY</w:t>
            </w:r>
          </w:p>
        </w:tc>
        <w:tc>
          <w:tcPr>
            <w:tcW w:type="dxa" w:w="6237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8"/>
              </w:rPr>
              <w:t>일일 보고서</w:t>
            </w:r>
          </w:p>
        </w:tc>
      </w:tr>
      <w:tr>
        <w:tc>
          <w:tcPr>
            <w:tcW w:type="dxa" w:w="3402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  <w:shd w:fill="F8FBFD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8"/>
              </w:rPr>
              <w:t>NIGHT_PATROL</w:t>
            </w:r>
          </w:p>
        </w:tc>
        <w:tc>
          <w:tcPr>
            <w:tcW w:type="dxa" w:w="6237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  <w:shd w:fill="F8FBFD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8"/>
              </w:rPr>
              <w:t>야간 순찰 보고서</w:t>
            </w:r>
          </w:p>
        </w:tc>
      </w:tr>
      <w:tr>
        <w:tc>
          <w:tcPr>
            <w:tcW w:type="dxa" w:w="3402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8"/>
              </w:rPr>
              <w:t>ANOMALY</w:t>
            </w:r>
          </w:p>
        </w:tc>
        <w:tc>
          <w:tcPr>
            <w:tcW w:type="dxa" w:w="6237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8"/>
              </w:rPr>
              <w:t>이상 상황 보고서</w:t>
            </w:r>
          </w:p>
        </w:tc>
      </w:tr>
      <w:tr>
        <w:tc>
          <w:tcPr>
            <w:tcW w:type="dxa" w:w="3402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  <w:shd w:fill="F8FBFD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8"/>
              </w:rPr>
              <w:t>VISITOR</w:t>
            </w:r>
          </w:p>
        </w:tc>
        <w:tc>
          <w:tcPr>
            <w:tcW w:type="dxa" w:w="6237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  <w:shd w:fill="F8FBFD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8"/>
              </w:rPr>
              <w:t>방문자 보고서</w:t>
            </w:r>
          </w:p>
        </w:tc>
      </w:tr>
      <w:tr>
        <w:tc>
          <w:tcPr>
            <w:tcW w:type="dxa" w:w="3402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8"/>
              </w:rPr>
              <w:t>SYSTEM</w:t>
            </w:r>
          </w:p>
        </w:tc>
        <w:tc>
          <w:tcPr>
            <w:tcW w:type="dxa" w:w="6237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8"/>
              </w:rPr>
              <w:t>시스템 상태 보고서</w:t>
            </w:r>
          </w:p>
        </w:tc>
      </w:tr>
    </w:tbl>
    <w:p>
      <w:pPr>
        <w:spacing w:after="0"/>
      </w:pPr>
    </w:p>
    <w:p>
      <w:pPr>
        <w:pStyle w:val="Heading1"/>
        <w:keepNext/>
        <w:pBdr>
          <w:bottom w:val="single" w:sz="8" w:space="3" w:color="1F4E78"/>
        </w:pBdr>
      </w:pPr>
      <w:r>
        <w:t>31. 좌표계 명세</w:t>
      </w:r>
    </w:p>
    <w:p>
      <w:pPr>
        <w:pStyle w:val="Heading2"/>
        <w:keepNext/>
      </w:pPr>
      <w:r>
        <w:t>31.1 표준 좌표계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space="0" w:color="B7B7B7"/>
          <w:left w:val="single" w:sz="4" w:space="0" w:color="B7B7B7"/>
          <w:bottom w:val="single" w:sz="4" w:space="0" w:color="B7B7B7"/>
          <w:right w:val="single" w:sz="4" w:space="0" w:color="B7B7B7"/>
          <w:insideH w:val="single" w:sz="4" w:space="0" w:color="B7B7B7"/>
          <w:insideV w:val="single" w:sz="4" w:space="0" w:color="B7B7B7"/>
        </w:tblBorders>
      </w:tblPr>
      <w:tblGrid>
        <w:gridCol w:w="5103"/>
        <w:gridCol w:w="5103"/>
      </w:tblGrid>
      <w:tr>
        <w:trPr>
          <w:tblHeader w:val="true"/>
        </w:trPr>
        <w:tc>
          <w:tcPr>
            <w:tcW w:type="dxa" w:w="2835"/>
            <w:shd w:fill="1F4E78"/>
            <w:tcMar>
              <w:top w:w="80" w:type="dxa"/>
              <w:start w:w="70" w:type="dxa"/>
              <w:bottom w:w="80" w:type="dxa"/>
              <w:end w:w="7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Noto Sans CJK KR" w:hAnsi="Noto Sans CJK KR" w:eastAsia="Noto Sans CJK KR"/>
                <w:b/>
                <w:color w:val="FFFFFF"/>
                <w:sz w:val="16"/>
              </w:rPr>
              <w:t>좌표계</w:t>
            </w:r>
          </w:p>
        </w:tc>
        <w:tc>
          <w:tcPr>
            <w:tcW w:type="dxa" w:w="6804"/>
            <w:shd w:fill="1F4E78"/>
            <w:tcMar>
              <w:top w:w="80" w:type="dxa"/>
              <w:start w:w="70" w:type="dxa"/>
              <w:bottom w:w="80" w:type="dxa"/>
              <w:end w:w="7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Noto Sans CJK KR" w:hAnsi="Noto Sans CJK KR" w:eastAsia="Noto Sans CJK KR"/>
                <w:b/>
                <w:color w:val="FFFFFF"/>
                <w:sz w:val="16"/>
              </w:rPr>
              <w:t>역할</w:t>
            </w:r>
          </w:p>
        </w:tc>
      </w:tr>
      <w:tr>
        <w:tc>
          <w:tcPr>
            <w:tcW w:type="dxa" w:w="2835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8"/>
              </w:rPr>
              <w:t>map</w:t>
            </w:r>
          </w:p>
        </w:tc>
        <w:tc>
          <w:tcPr>
            <w:tcW w:type="dxa" w:w="6804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8"/>
              </w:rPr>
              <w:t>사무실 지도 기준 전역 좌표계</w:t>
            </w:r>
          </w:p>
        </w:tc>
      </w:tr>
      <w:tr>
        <w:tc>
          <w:tcPr>
            <w:tcW w:type="dxa" w:w="2835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  <w:shd w:fill="F8FBFD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8"/>
              </w:rPr>
              <w:t>odom</w:t>
            </w:r>
          </w:p>
        </w:tc>
        <w:tc>
          <w:tcPr>
            <w:tcW w:type="dxa" w:w="6804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  <w:shd w:fill="F8FBFD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8"/>
              </w:rPr>
              <w:t>로봇 이동에 따른 연속 지역 좌표계</w:t>
            </w:r>
          </w:p>
        </w:tc>
      </w:tr>
      <w:tr>
        <w:tc>
          <w:tcPr>
            <w:tcW w:type="dxa" w:w="2835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8"/>
              </w:rPr>
              <w:t>base_footprint</w:t>
            </w:r>
          </w:p>
        </w:tc>
        <w:tc>
          <w:tcPr>
            <w:tcW w:type="dxa" w:w="6804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8"/>
              </w:rPr>
              <w:t>지면에 투영된 로봇 중심 좌표계</w:t>
            </w:r>
          </w:p>
        </w:tc>
      </w:tr>
      <w:tr>
        <w:tc>
          <w:tcPr>
            <w:tcW w:type="dxa" w:w="2835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  <w:shd w:fill="F8FBFD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8"/>
              </w:rPr>
              <w:t>base_link</w:t>
            </w:r>
          </w:p>
        </w:tc>
        <w:tc>
          <w:tcPr>
            <w:tcW w:type="dxa" w:w="6804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  <w:shd w:fill="F8FBFD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8"/>
              </w:rPr>
              <w:t>TurtleBot3 본체 중심 좌표계</w:t>
            </w:r>
          </w:p>
        </w:tc>
      </w:tr>
      <w:tr>
        <w:tc>
          <w:tcPr>
            <w:tcW w:type="dxa" w:w="2835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8"/>
              </w:rPr>
              <w:t>base_scan</w:t>
            </w:r>
          </w:p>
        </w:tc>
        <w:tc>
          <w:tcPr>
            <w:tcW w:type="dxa" w:w="6804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8"/>
              </w:rPr>
              <w:t>라이다 센서 좌표계</w:t>
            </w:r>
          </w:p>
        </w:tc>
      </w:tr>
      <w:tr>
        <w:tc>
          <w:tcPr>
            <w:tcW w:type="dxa" w:w="2835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  <w:shd w:fill="F8FBFD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8"/>
              </w:rPr>
              <w:t>camera_link</w:t>
            </w:r>
          </w:p>
        </w:tc>
        <w:tc>
          <w:tcPr>
            <w:tcW w:type="dxa" w:w="6804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  <w:shd w:fill="F8FBFD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8"/>
              </w:rPr>
              <w:t>카메라 본체 좌표계</w:t>
            </w:r>
          </w:p>
        </w:tc>
      </w:tr>
      <w:tr>
        <w:tc>
          <w:tcPr>
            <w:tcW w:type="dxa" w:w="2835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8"/>
              </w:rPr>
              <w:t>camera_optical_frame</w:t>
            </w:r>
          </w:p>
        </w:tc>
        <w:tc>
          <w:tcPr>
            <w:tcW w:type="dxa" w:w="6804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8"/>
              </w:rPr>
              <w:t>영상 처리용 카메라 좌표계</w:t>
            </w:r>
          </w:p>
        </w:tc>
      </w:tr>
    </w:tbl>
    <w:p>
      <w:pPr>
        <w:spacing w:after="0"/>
      </w:pPr>
    </w:p>
    <w:p>
      <w:pPr>
        <w:pStyle w:val="Heading2"/>
        <w:keepNext/>
      </w:pPr>
      <w:r>
        <w:t>31.2 TF 연결 구조</w:t>
      </w:r>
    </w:p>
    <w:p>
      <w:pPr>
        <w:spacing w:before="40" w:after="100" w:line="240" w:lineRule="auto"/>
        <w:ind w:left="283" w:right="283"/>
        <w:shd w:fill="F2F2F2"/>
      </w:pPr>
      <w:r>
        <w:rPr>
          <w:rFonts w:ascii="Noto Sans Mono CJK KR" w:hAnsi="Noto Sans Mono CJK KR" w:eastAsia="Noto Sans Mono CJK KR"/>
          <w:sz w:val="17"/>
        </w:rPr>
        <w:t>map</w:t>
        <w:br/>
      </w:r>
      <w:r>
        <w:rPr>
          <w:rFonts w:ascii="Noto Sans Mono CJK KR" w:hAnsi="Noto Sans Mono CJK KR" w:eastAsia="Noto Sans Mono CJK KR"/>
          <w:sz w:val="17"/>
        </w:rPr>
        <w:t>└── odom</w:t>
        <w:br/>
      </w:r>
      <w:r>
        <w:rPr>
          <w:rFonts w:ascii="Noto Sans Mono CJK KR" w:hAnsi="Noto Sans Mono CJK KR" w:eastAsia="Noto Sans Mono CJK KR"/>
          <w:sz w:val="17"/>
        </w:rPr>
        <w:t xml:space="preserve">    └── base_footprint</w:t>
        <w:br/>
      </w:r>
      <w:r>
        <w:rPr>
          <w:rFonts w:ascii="Noto Sans Mono CJK KR" w:hAnsi="Noto Sans Mono CJK KR" w:eastAsia="Noto Sans Mono CJK KR"/>
          <w:sz w:val="17"/>
        </w:rPr>
        <w:t xml:space="preserve">        └── base_link</w:t>
        <w:br/>
      </w:r>
      <w:r>
        <w:rPr>
          <w:rFonts w:ascii="Noto Sans Mono CJK KR" w:hAnsi="Noto Sans Mono CJK KR" w:eastAsia="Noto Sans Mono CJK KR"/>
          <w:sz w:val="17"/>
        </w:rPr>
        <w:t xml:space="preserve">            ├── base_scan</w:t>
        <w:br/>
      </w:r>
      <w:r>
        <w:rPr>
          <w:rFonts w:ascii="Noto Sans Mono CJK KR" w:hAnsi="Noto Sans Mono CJK KR" w:eastAsia="Noto Sans Mono CJK KR"/>
          <w:sz w:val="17"/>
        </w:rPr>
        <w:t xml:space="preserve">            ├── camera_link</w:t>
        <w:br/>
      </w:r>
      <w:r>
        <w:rPr>
          <w:rFonts w:ascii="Noto Sans Mono CJK KR" w:hAnsi="Noto Sans Mono CJK KR" w:eastAsia="Noto Sans Mono CJK KR"/>
          <w:sz w:val="17"/>
        </w:rPr>
        <w:t xml:space="preserve">            │   └── camera_optical_frame</w:t>
        <w:br/>
      </w:r>
      <w:r>
        <w:rPr>
          <w:rFonts w:ascii="Noto Sans Mono CJK KR" w:hAnsi="Noto Sans Mono CJK KR" w:eastAsia="Noto Sans Mono CJK KR"/>
          <w:sz w:val="17"/>
        </w:rPr>
        <w:t xml:space="preserve">            ├── wheel_left_link</w:t>
        <w:br/>
      </w:r>
      <w:r>
        <w:rPr>
          <w:rFonts w:ascii="Noto Sans Mono CJK KR" w:hAnsi="Noto Sans Mono CJK KR" w:eastAsia="Noto Sans Mono CJK KR"/>
          <w:sz w:val="17"/>
        </w:rPr>
        <w:t xml:space="preserve">            └── wheel_right_link</w:t>
      </w:r>
    </w:p>
    <w:p>
      <w:pPr>
        <w:pStyle w:val="Heading2"/>
        <w:keepNext/>
      </w:pPr>
      <w:r>
        <w:t>31.3 위치 기준</w:t>
      </w:r>
    </w:p>
    <w:p>
      <w:pPr>
        <w:pStyle w:val="ListBullet"/>
        <w:spacing w:after="60" w:line="288" w:lineRule="auto"/>
        <w:ind w:left="340" w:hanging="142"/>
      </w:pPr>
      <w:r>
        <w:rPr>
          <w:rFonts w:ascii="Noto Sans CJK KR" w:hAnsi="Noto Sans CJK KR" w:eastAsia="Noto Sans CJK KR"/>
          <w:sz w:val="19"/>
        </w:rPr>
        <w:t>지도 기반 목적지, 순찰 지점, 이상 상황 위치는 모두 map 좌표계를 사용한다.</w:t>
      </w:r>
    </w:p>
    <w:p>
      <w:pPr>
        <w:pStyle w:val="ListBullet"/>
        <w:spacing w:after="60" w:line="288" w:lineRule="auto"/>
        <w:ind w:left="340" w:hanging="142"/>
      </w:pPr>
      <w:r>
        <w:rPr>
          <w:rFonts w:ascii="Noto Sans CJK KR" w:hAnsi="Noto Sans CJK KR" w:eastAsia="Noto Sans CJK KR"/>
          <w:sz w:val="19"/>
        </w:rPr>
        <w:t>로봇 기준 장애물 위치 또는 센서 측정값은 센서 좌표계 또는 base_link 좌표계를 사용할 수 있다.</w:t>
      </w:r>
    </w:p>
    <w:p>
      <w:pPr>
        <w:pStyle w:val="ListBullet"/>
        <w:spacing w:after="60" w:line="288" w:lineRule="auto"/>
        <w:ind w:left="340" w:hanging="142"/>
      </w:pPr>
      <w:r>
        <w:rPr>
          <w:rFonts w:ascii="Noto Sans CJK KR" w:hAnsi="Noto Sans CJK KR" w:eastAsia="Noto Sans CJK KR"/>
          <w:sz w:val="19"/>
        </w:rPr>
        <w:t>관리자 GUI에 표시되는 위치는 map 좌표계로 변환한 후 사용한다.</w:t>
      </w:r>
    </w:p>
    <w:p>
      <w:pPr>
        <w:pStyle w:val="Heading1"/>
        <w:keepNext/>
        <w:pBdr>
          <w:bottom w:val="single" w:sz="8" w:space="3" w:color="1F4E78"/>
        </w:pBdr>
      </w:pPr>
      <w:r>
        <w:t>32. 좌표축 방향</w:t>
      </w:r>
    </w:p>
    <w:p>
      <w:pPr>
        <w:spacing w:before="0" w:after="80" w:line="312" w:lineRule="auto"/>
      </w:pPr>
      <w:r>
        <w:rPr>
          <w:rFonts w:ascii="Noto Sans CJK KR" w:hAnsi="Noto Sans CJK KR" w:eastAsia="Noto Sans CJK KR"/>
          <w:b w:val="0"/>
          <w:i w:val="0"/>
          <w:sz w:val="20"/>
        </w:rPr>
        <w:t>ROS REP-103 기준을 사용한다.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space="0" w:color="B7B7B7"/>
          <w:left w:val="single" w:sz="4" w:space="0" w:color="B7B7B7"/>
          <w:bottom w:val="single" w:sz="4" w:space="0" w:color="B7B7B7"/>
          <w:right w:val="single" w:sz="4" w:space="0" w:color="B7B7B7"/>
          <w:insideH w:val="single" w:sz="4" w:space="0" w:color="B7B7B7"/>
          <w:insideV w:val="single" w:sz="4" w:space="0" w:color="B7B7B7"/>
        </w:tblBorders>
      </w:tblPr>
      <w:tblGrid>
        <w:gridCol w:w="5103"/>
        <w:gridCol w:w="5103"/>
      </w:tblGrid>
      <w:tr>
        <w:trPr>
          <w:tblHeader w:val="true"/>
        </w:trPr>
        <w:tc>
          <w:tcPr>
            <w:tcW w:type="dxa" w:w="2835"/>
            <w:shd w:fill="1F4E78"/>
            <w:tcMar>
              <w:top w:w="80" w:type="dxa"/>
              <w:start w:w="70" w:type="dxa"/>
              <w:bottom w:w="80" w:type="dxa"/>
              <w:end w:w="7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Noto Sans CJK KR" w:hAnsi="Noto Sans CJK KR" w:eastAsia="Noto Sans CJK KR"/>
                <w:b/>
                <w:color w:val="FFFFFF"/>
                <w:sz w:val="16"/>
              </w:rPr>
              <w:t>축</w:t>
            </w:r>
          </w:p>
        </w:tc>
        <w:tc>
          <w:tcPr>
            <w:tcW w:type="dxa" w:w="6804"/>
            <w:shd w:fill="1F4E78"/>
            <w:tcMar>
              <w:top w:w="80" w:type="dxa"/>
              <w:start w:w="70" w:type="dxa"/>
              <w:bottom w:w="80" w:type="dxa"/>
              <w:end w:w="7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Noto Sans CJK KR" w:hAnsi="Noto Sans CJK KR" w:eastAsia="Noto Sans CJK KR"/>
                <w:b/>
                <w:color w:val="FFFFFF"/>
                <w:sz w:val="16"/>
              </w:rPr>
              <w:t>방향</w:t>
            </w:r>
          </w:p>
        </w:tc>
      </w:tr>
      <w:tr>
        <w:tc>
          <w:tcPr>
            <w:tcW w:type="dxa" w:w="2835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8"/>
              </w:rPr>
              <w:t>X축</w:t>
            </w:r>
          </w:p>
        </w:tc>
        <w:tc>
          <w:tcPr>
            <w:tcW w:type="dxa" w:w="6804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8"/>
              </w:rPr>
              <w:t>로봇 전방</w:t>
            </w:r>
          </w:p>
        </w:tc>
      </w:tr>
      <w:tr>
        <w:tc>
          <w:tcPr>
            <w:tcW w:type="dxa" w:w="2835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  <w:shd w:fill="F8FBFD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8"/>
              </w:rPr>
              <w:t>Y축</w:t>
            </w:r>
          </w:p>
        </w:tc>
        <w:tc>
          <w:tcPr>
            <w:tcW w:type="dxa" w:w="6804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  <w:shd w:fill="F8FBFD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8"/>
              </w:rPr>
              <w:t>로봇 좌측</w:t>
            </w:r>
          </w:p>
        </w:tc>
      </w:tr>
      <w:tr>
        <w:tc>
          <w:tcPr>
            <w:tcW w:type="dxa" w:w="2835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8"/>
              </w:rPr>
              <w:t>Z축</w:t>
            </w:r>
          </w:p>
        </w:tc>
        <w:tc>
          <w:tcPr>
            <w:tcW w:type="dxa" w:w="6804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8"/>
              </w:rPr>
              <w:t>로봇 위쪽</w:t>
            </w:r>
          </w:p>
        </w:tc>
      </w:tr>
    </w:tbl>
    <w:p>
      <w:pPr>
        <w:spacing w:after="0"/>
      </w:pPr>
    </w:p>
    <w:p>
      <w:pPr>
        <w:pStyle w:val="ListBullet"/>
        <w:spacing w:after="60" w:line="288" w:lineRule="auto"/>
        <w:ind w:left="340" w:hanging="142"/>
      </w:pPr>
      <w:r>
        <w:rPr>
          <w:rFonts w:ascii="Noto Sans CJK KR" w:hAnsi="Noto Sans CJK KR" w:eastAsia="Noto Sans CJK KR"/>
          <w:sz w:val="19"/>
        </w:rPr>
        <w:t>회전 방향은 오른손 법칙을 사용한다.</w:t>
      </w:r>
    </w:p>
    <w:p>
      <w:pPr>
        <w:pStyle w:val="ListBullet"/>
        <w:spacing w:after="60" w:line="288" w:lineRule="auto"/>
        <w:ind w:left="340" w:hanging="142"/>
      </w:pPr>
      <w:r>
        <w:rPr>
          <w:rFonts w:ascii="Noto Sans CJK KR" w:hAnsi="Noto Sans CJK KR" w:eastAsia="Noto Sans CJK KR"/>
          <w:sz w:val="19"/>
        </w:rPr>
        <w:t>평면 주행 시 회전은 Z축 기준 Yaw 값을 사용한다.</w:t>
      </w:r>
    </w:p>
    <w:p>
      <w:pPr>
        <w:pStyle w:val="ListBullet"/>
        <w:spacing w:after="60" w:line="288" w:lineRule="auto"/>
        <w:ind w:left="340" w:hanging="142"/>
      </w:pPr>
      <w:r>
        <w:rPr>
          <w:rFonts w:ascii="Noto Sans CJK KR" w:hAnsi="Noto Sans CJK KR" w:eastAsia="Noto Sans CJK KR"/>
          <w:sz w:val="19"/>
        </w:rPr>
        <w:t>양의 Yaw는 반시계 방향, 음의 Yaw는 시계 방향 회전을 의미한다.</w:t>
      </w:r>
    </w:p>
    <w:p>
      <w:pPr>
        <w:pStyle w:val="Heading1"/>
        <w:keepNext/>
        <w:pBdr>
          <w:bottom w:val="single" w:sz="8" w:space="3" w:color="1F4E78"/>
        </w:pBdr>
      </w:pPr>
      <w:r>
        <w:t>33. 단위 명세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space="0" w:color="B7B7B7"/>
          <w:left w:val="single" w:sz="4" w:space="0" w:color="B7B7B7"/>
          <w:bottom w:val="single" w:sz="4" w:space="0" w:color="B7B7B7"/>
          <w:right w:val="single" w:sz="4" w:space="0" w:color="B7B7B7"/>
          <w:insideH w:val="single" w:sz="4" w:space="0" w:color="B7B7B7"/>
          <w:insideV w:val="single" w:sz="4" w:space="0" w:color="B7B7B7"/>
        </w:tblBorders>
      </w:tblPr>
      <w:tblGrid>
        <w:gridCol w:w="5103"/>
        <w:gridCol w:w="5103"/>
      </w:tblGrid>
      <w:tr>
        <w:trPr>
          <w:tblHeader w:val="true"/>
        </w:trPr>
        <w:tc>
          <w:tcPr>
            <w:tcW w:type="dxa" w:w="3402"/>
            <w:shd w:fill="1F4E78"/>
            <w:tcMar>
              <w:top w:w="80" w:type="dxa"/>
              <w:start w:w="70" w:type="dxa"/>
              <w:bottom w:w="80" w:type="dxa"/>
              <w:end w:w="7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Noto Sans CJK KR" w:hAnsi="Noto Sans CJK KR" w:eastAsia="Noto Sans CJK KR"/>
                <w:b/>
                <w:color w:val="FFFFFF"/>
                <w:sz w:val="16"/>
              </w:rPr>
              <w:t>항목</w:t>
            </w:r>
          </w:p>
        </w:tc>
        <w:tc>
          <w:tcPr>
            <w:tcW w:type="dxa" w:w="6237"/>
            <w:shd w:fill="1F4E78"/>
            <w:tcMar>
              <w:top w:w="80" w:type="dxa"/>
              <w:start w:w="70" w:type="dxa"/>
              <w:bottom w:w="80" w:type="dxa"/>
              <w:end w:w="7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Noto Sans CJK KR" w:hAnsi="Noto Sans CJK KR" w:eastAsia="Noto Sans CJK KR"/>
                <w:b/>
                <w:color w:val="FFFFFF"/>
                <w:sz w:val="16"/>
              </w:rPr>
              <w:t>기준 단위</w:t>
            </w:r>
          </w:p>
        </w:tc>
      </w:tr>
      <w:tr>
        <w:tc>
          <w:tcPr>
            <w:tcW w:type="dxa" w:w="3402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8"/>
              </w:rPr>
              <w:t>위치 좌표</w:t>
            </w:r>
          </w:p>
        </w:tc>
        <w:tc>
          <w:tcPr>
            <w:tcW w:type="dxa" w:w="6237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8"/>
              </w:rPr>
              <w:t>미터 m</w:t>
            </w:r>
          </w:p>
        </w:tc>
      </w:tr>
      <w:tr>
        <w:tc>
          <w:tcPr>
            <w:tcW w:type="dxa" w:w="3402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  <w:shd w:fill="F8FBFD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8"/>
              </w:rPr>
              <w:t>거리</w:t>
            </w:r>
          </w:p>
        </w:tc>
        <w:tc>
          <w:tcPr>
            <w:tcW w:type="dxa" w:w="6237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  <w:shd w:fill="F8FBFD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8"/>
              </w:rPr>
              <w:t>미터 m</w:t>
            </w:r>
          </w:p>
        </w:tc>
      </w:tr>
      <w:tr>
        <w:tc>
          <w:tcPr>
            <w:tcW w:type="dxa" w:w="3402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8"/>
              </w:rPr>
              <w:t>선속도</w:t>
            </w:r>
          </w:p>
        </w:tc>
        <w:tc>
          <w:tcPr>
            <w:tcW w:type="dxa" w:w="6237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8"/>
              </w:rPr>
              <w:t>미터/초 m/s</w:t>
            </w:r>
          </w:p>
        </w:tc>
      </w:tr>
      <w:tr>
        <w:tc>
          <w:tcPr>
            <w:tcW w:type="dxa" w:w="3402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  <w:shd w:fill="F8FBFD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8"/>
              </w:rPr>
              <w:t>가속도</w:t>
            </w:r>
          </w:p>
        </w:tc>
        <w:tc>
          <w:tcPr>
            <w:tcW w:type="dxa" w:w="6237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  <w:shd w:fill="F8FBFD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8"/>
              </w:rPr>
              <w:t>미터/초² m/s²</w:t>
            </w:r>
          </w:p>
        </w:tc>
      </w:tr>
      <w:tr>
        <w:tc>
          <w:tcPr>
            <w:tcW w:type="dxa" w:w="3402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8"/>
              </w:rPr>
              <w:t>각도</w:t>
            </w:r>
          </w:p>
        </w:tc>
        <w:tc>
          <w:tcPr>
            <w:tcW w:type="dxa" w:w="6237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8"/>
              </w:rPr>
              <w:t>라디안 rad</w:t>
            </w:r>
          </w:p>
        </w:tc>
      </w:tr>
      <w:tr>
        <w:tc>
          <w:tcPr>
            <w:tcW w:type="dxa" w:w="3402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  <w:shd w:fill="F8FBFD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8"/>
              </w:rPr>
              <w:t>각속도</w:t>
            </w:r>
          </w:p>
        </w:tc>
        <w:tc>
          <w:tcPr>
            <w:tcW w:type="dxa" w:w="6237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  <w:shd w:fill="F8FBFD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8"/>
              </w:rPr>
              <w:t>라디안/초 rad/s</w:t>
            </w:r>
          </w:p>
        </w:tc>
      </w:tr>
      <w:tr>
        <w:tc>
          <w:tcPr>
            <w:tcW w:type="dxa" w:w="3402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8"/>
              </w:rPr>
              <w:t>시간</w:t>
            </w:r>
          </w:p>
        </w:tc>
        <w:tc>
          <w:tcPr>
            <w:tcW w:type="dxa" w:w="6237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8"/>
              </w:rPr>
              <w:t>ROS 2 Time</w:t>
            </w:r>
          </w:p>
        </w:tc>
      </w:tr>
      <w:tr>
        <w:tc>
          <w:tcPr>
            <w:tcW w:type="dxa" w:w="3402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  <w:shd w:fill="F8FBFD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8"/>
              </w:rPr>
              <w:t>제한 시간</w:t>
            </w:r>
          </w:p>
        </w:tc>
        <w:tc>
          <w:tcPr>
            <w:tcW w:type="dxa" w:w="6237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  <w:shd w:fill="F8FBFD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8"/>
              </w:rPr>
              <w:t>초 s</w:t>
            </w:r>
          </w:p>
        </w:tc>
      </w:tr>
      <w:tr>
        <w:tc>
          <w:tcPr>
            <w:tcW w:type="dxa" w:w="3402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8"/>
              </w:rPr>
              <w:t>온도</w:t>
            </w:r>
          </w:p>
        </w:tc>
        <w:tc>
          <w:tcPr>
            <w:tcW w:type="dxa" w:w="6237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8"/>
              </w:rPr>
              <w:t>섭씨 °C</w:t>
            </w:r>
          </w:p>
        </w:tc>
      </w:tr>
      <w:tr>
        <w:tc>
          <w:tcPr>
            <w:tcW w:type="dxa" w:w="3402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  <w:shd w:fill="F8FBFD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8"/>
              </w:rPr>
              <w:t>배터리 전압</w:t>
            </w:r>
          </w:p>
        </w:tc>
        <w:tc>
          <w:tcPr>
            <w:tcW w:type="dxa" w:w="6237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  <w:shd w:fill="F8FBFD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8"/>
              </w:rPr>
              <w:t>볼트 V</w:t>
            </w:r>
          </w:p>
        </w:tc>
      </w:tr>
      <w:tr>
        <w:tc>
          <w:tcPr>
            <w:tcW w:type="dxa" w:w="3402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8"/>
              </w:rPr>
              <w:t>배터리 잔량</w:t>
            </w:r>
          </w:p>
        </w:tc>
        <w:tc>
          <w:tcPr>
            <w:tcW w:type="dxa" w:w="6237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8"/>
              </w:rPr>
              <w:t>0.0~1.0</w:t>
            </w:r>
          </w:p>
        </w:tc>
      </w:tr>
      <w:tr>
        <w:tc>
          <w:tcPr>
            <w:tcW w:type="dxa" w:w="3402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  <w:shd w:fill="F8FBFD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8"/>
              </w:rPr>
              <w:t>신뢰도</w:t>
            </w:r>
          </w:p>
        </w:tc>
        <w:tc>
          <w:tcPr>
            <w:tcW w:type="dxa" w:w="6237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  <w:shd w:fill="F8FBFD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8"/>
              </w:rPr>
              <w:t>0.0~1.0</w:t>
            </w:r>
          </w:p>
        </w:tc>
      </w:tr>
      <w:tr>
        <w:tc>
          <w:tcPr>
            <w:tcW w:type="dxa" w:w="3402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8"/>
              </w:rPr>
              <w:t>진행률</w:t>
            </w:r>
          </w:p>
        </w:tc>
        <w:tc>
          <w:tcPr>
            <w:tcW w:type="dxa" w:w="6237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8"/>
              </w:rPr>
              <w:t>0.0~1.0</w:t>
            </w:r>
          </w:p>
        </w:tc>
      </w:tr>
    </w:tbl>
    <w:p>
      <w:pPr>
        <w:spacing w:after="0"/>
      </w:pPr>
    </w:p>
    <w:p>
      <w:pPr>
        <w:spacing w:before="40" w:after="100" w:line="240" w:lineRule="auto"/>
        <w:ind w:left="283" w:right="283"/>
        <w:shd w:fill="F2F2F2"/>
      </w:pPr>
      <w:r>
        <w:rPr>
          <w:rFonts w:ascii="Noto Sans Mono CJK KR" w:hAnsi="Noto Sans Mono CJK KR" w:eastAsia="Noto Sans Mono CJK KR"/>
          <w:sz w:val="17"/>
        </w:rPr>
        <w:t>화면 표시값(%) = percentage × 100</w:t>
      </w:r>
    </w:p>
    <w:p>
      <w:pPr>
        <w:pStyle w:val="Heading1"/>
        <w:keepNext/>
        <w:pBdr>
          <w:bottom w:val="single" w:sz="8" w:space="3" w:color="1F4E78"/>
        </w:pBdr>
      </w:pPr>
      <w:r>
        <w:t>34. TurtleBot3 Burger 속도 제한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space="0" w:color="7F8C8D"/>
          <w:left w:val="single" w:sz="4" w:space="0" w:color="7F8C8D"/>
          <w:bottom w:val="single" w:sz="4" w:space="0" w:color="7F8C8D"/>
          <w:right w:val="single" w:sz="4" w:space="0" w:color="7F8C8D"/>
          <w:insideH w:val="single" w:sz="4" w:space="0" w:color="7F8C8D"/>
          <w:insideV w:val="single" w:sz="4" w:space="0" w:color="7F8C8D"/>
        </w:tblBorders>
      </w:tblPr>
      <w:tblGrid>
        <w:gridCol w:w="2551"/>
        <w:gridCol w:w="2551"/>
        <w:gridCol w:w="2551"/>
        <w:gridCol w:w="2551"/>
      </w:tblGrid>
      <w:tr>
        <w:trPr>
          <w:cantSplit/>
        </w:trPr>
        <w:tc>
          <w:tcPr>
            <w:tcW w:type="dxa" w:w="1360"/>
            <w:tcMar>
              <w:top w:w="85" w:type="dxa"/>
              <w:start w:w="80" w:type="dxa"/>
              <w:bottom w:w="85" w:type="dxa"/>
              <w:end w:w="80" w:type="dxa"/>
            </w:tcMar>
            <w:vAlign w:val="center"/>
            <w:shd w:fill="D9EAF7"/>
          </w:tcPr>
          <w:p>
            <w:pPr>
              <w:spacing w:after="0"/>
              <w:jc w:val="center"/>
            </w:pPr>
            <w:r>
              <w:rPr>
                <w:rFonts w:ascii="Noto Sans CJK KR" w:hAnsi="Noto Sans CJK KR" w:eastAsia="Noto Sans CJK KR"/>
                <w:b/>
                <w:sz w:val="17"/>
              </w:rPr>
              <w:t>HS-OR-SAF-001</w:t>
            </w:r>
          </w:p>
        </w:tc>
        <w:tc>
          <w:tcPr>
            <w:tcW w:type="dxa" w:w="5953"/>
            <w:tcMar>
              <w:top w:w="85" w:type="dxa"/>
              <w:start w:w="80" w:type="dxa"/>
              <w:bottom w:w="85" w:type="dxa"/>
              <w:end w:w="8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Noto Sans CJK KR" w:hAnsi="Noto Sans CJK KR" w:eastAsia="Noto Sans CJK KR"/>
                <w:b w:val="0"/>
                <w:sz w:val="17"/>
              </w:rPr>
              <w:t>최종 속도 명령은 운용 상태별 소프트웨어 속도 제한과 TurtleBot3 Burger의 하드웨어 최대 속도를 초과하지 않아야 한다.</w:t>
            </w:r>
          </w:p>
        </w:tc>
        <w:tc>
          <w:tcPr>
            <w:tcW w:type="dxa" w:w="1020"/>
            <w:tcMar>
              <w:top w:w="85" w:type="dxa"/>
              <w:start w:w="80" w:type="dxa"/>
              <w:bottom w:w="85" w:type="dxa"/>
              <w:end w:w="80" w:type="dxa"/>
            </w:tcMar>
            <w:vAlign w:val="center"/>
            <w:shd w:fill="F5F5F5"/>
          </w:tcPr>
          <w:p>
            <w:pPr>
              <w:spacing w:after="0"/>
              <w:jc w:val="center"/>
            </w:pPr>
            <w:r>
              <w:rPr>
                <w:rFonts w:ascii="Noto Sans CJK KR" w:hAnsi="Noto Sans CJK KR" w:eastAsia="Noto Sans CJK KR"/>
                <w:b w:val="0"/>
                <w:sz w:val="17"/>
              </w:rPr>
              <w:t>필수</w:t>
            </w:r>
          </w:p>
        </w:tc>
        <w:tc>
          <w:tcPr>
            <w:tcW w:type="dxa" w:w="1304"/>
            <w:tcMar>
              <w:top w:w="85" w:type="dxa"/>
              <w:start w:w="80" w:type="dxa"/>
              <w:bottom w:w="85" w:type="dxa"/>
              <w:end w:w="80" w:type="dxa"/>
            </w:tcMar>
            <w:vAlign w:val="center"/>
            <w:shd w:fill="F5F5F5"/>
          </w:tcPr>
          <w:p>
            <w:pPr>
              <w:spacing w:after="0"/>
              <w:jc w:val="center"/>
            </w:pPr>
            <w:r>
              <w:rPr>
                <w:rFonts w:ascii="Noto Sans CJK KR" w:hAnsi="Noto Sans CJK KR" w:eastAsia="Noto Sans CJK KR"/>
                <w:b w:val="0"/>
                <w:sz w:val="17"/>
              </w:rPr>
              <w:t>시험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space="0" w:color="B7B7B7"/>
          <w:left w:val="single" w:sz="4" w:space="0" w:color="B7B7B7"/>
          <w:bottom w:val="single" w:sz="4" w:space="0" w:color="B7B7B7"/>
          <w:right w:val="single" w:sz="4" w:space="0" w:color="B7B7B7"/>
          <w:insideH w:val="single" w:sz="4" w:space="0" w:color="B7B7B7"/>
          <w:insideV w:val="single" w:sz="4" w:space="0" w:color="B7B7B7"/>
        </w:tblBorders>
      </w:tblPr>
      <w:tblGrid>
        <w:gridCol w:w="3402"/>
        <w:gridCol w:w="3402"/>
        <w:gridCol w:w="3402"/>
      </w:tblGrid>
      <w:tr>
        <w:trPr>
          <w:tblHeader w:val="true"/>
        </w:trPr>
        <w:tc>
          <w:tcPr>
            <w:tcW w:type="dxa" w:w="3969"/>
            <w:shd w:fill="1F4E78"/>
            <w:tcMar>
              <w:top w:w="80" w:type="dxa"/>
              <w:start w:w="70" w:type="dxa"/>
              <w:bottom w:w="80" w:type="dxa"/>
              <w:end w:w="7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Noto Sans CJK KR" w:hAnsi="Noto Sans CJK KR" w:eastAsia="Noto Sans CJK KR"/>
                <w:b/>
                <w:color w:val="FFFFFF"/>
                <w:sz w:val="16"/>
              </w:rPr>
              <w:t>운용 상태</w:t>
            </w:r>
          </w:p>
        </w:tc>
        <w:tc>
          <w:tcPr>
            <w:tcW w:type="dxa" w:w="2835"/>
            <w:shd w:fill="1F4E78"/>
            <w:tcMar>
              <w:top w:w="80" w:type="dxa"/>
              <w:start w:w="70" w:type="dxa"/>
              <w:bottom w:w="80" w:type="dxa"/>
              <w:end w:w="7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Noto Sans CJK KR" w:hAnsi="Noto Sans CJK KR" w:eastAsia="Noto Sans CJK KR"/>
                <w:b/>
                <w:color w:val="FFFFFF"/>
                <w:sz w:val="16"/>
              </w:rPr>
              <w:t>최대 선속도</w:t>
            </w:r>
          </w:p>
        </w:tc>
        <w:tc>
          <w:tcPr>
            <w:tcW w:type="dxa" w:w="2835"/>
            <w:shd w:fill="1F4E78"/>
            <w:tcMar>
              <w:top w:w="80" w:type="dxa"/>
              <w:start w:w="70" w:type="dxa"/>
              <w:bottom w:w="80" w:type="dxa"/>
              <w:end w:w="7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Noto Sans CJK KR" w:hAnsi="Noto Sans CJK KR" w:eastAsia="Noto Sans CJK KR"/>
                <w:b/>
                <w:color w:val="FFFFFF"/>
                <w:sz w:val="16"/>
              </w:rPr>
              <w:t>최대 각속도</w:t>
            </w:r>
          </w:p>
        </w:tc>
      </w:tr>
      <w:tr>
        <w:tc>
          <w:tcPr>
            <w:tcW w:type="dxa" w:w="3969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8"/>
              </w:rPr>
              <w:t>자율 순찰</w:t>
            </w:r>
          </w:p>
        </w:tc>
        <w:tc>
          <w:tcPr>
            <w:tcW w:type="dxa" w:w="2835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8"/>
              </w:rPr>
              <w:t>0.18 m/s</w:t>
            </w:r>
          </w:p>
        </w:tc>
        <w:tc>
          <w:tcPr>
            <w:tcW w:type="dxa" w:w="2835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8"/>
              </w:rPr>
              <w:t>1.0 rad/s</w:t>
            </w:r>
          </w:p>
        </w:tc>
      </w:tr>
      <w:tr>
        <w:tc>
          <w:tcPr>
            <w:tcW w:type="dxa" w:w="3969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  <w:shd w:fill="F8FBFD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8"/>
              </w:rPr>
              <w:t>방문자 안내</w:t>
            </w:r>
          </w:p>
        </w:tc>
        <w:tc>
          <w:tcPr>
            <w:tcW w:type="dxa" w:w="2835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  <w:shd w:fill="F8FBFD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8"/>
              </w:rPr>
              <w:t>0.12 m/s</w:t>
            </w:r>
          </w:p>
        </w:tc>
        <w:tc>
          <w:tcPr>
            <w:tcW w:type="dxa" w:w="2835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  <w:shd w:fill="F8FBFD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8"/>
              </w:rPr>
              <w:t>0.8 rad/s</w:t>
            </w:r>
          </w:p>
        </w:tc>
      </w:tr>
      <w:tr>
        <w:tc>
          <w:tcPr>
            <w:tcW w:type="dxa" w:w="3969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8"/>
              </w:rPr>
              <w:t>원격 조종</w:t>
            </w:r>
          </w:p>
        </w:tc>
        <w:tc>
          <w:tcPr>
            <w:tcW w:type="dxa" w:w="2835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8"/>
              </w:rPr>
              <w:t>0.15 m/s</w:t>
            </w:r>
          </w:p>
        </w:tc>
        <w:tc>
          <w:tcPr>
            <w:tcW w:type="dxa" w:w="2835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8"/>
              </w:rPr>
              <w:t>1.0 rad/s</w:t>
            </w:r>
          </w:p>
        </w:tc>
      </w:tr>
      <w:tr>
        <w:tc>
          <w:tcPr>
            <w:tcW w:type="dxa" w:w="3969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  <w:shd w:fill="F8FBFD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8"/>
              </w:rPr>
              <w:t>출입구 근처</w:t>
            </w:r>
          </w:p>
        </w:tc>
        <w:tc>
          <w:tcPr>
            <w:tcW w:type="dxa" w:w="2835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  <w:shd w:fill="F8FBFD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8"/>
              </w:rPr>
              <w:t>0.08 m/s</w:t>
            </w:r>
          </w:p>
        </w:tc>
        <w:tc>
          <w:tcPr>
            <w:tcW w:type="dxa" w:w="2835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  <w:shd w:fill="F8FBFD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8"/>
              </w:rPr>
              <w:t>0.5 rad/s</w:t>
            </w:r>
          </w:p>
        </w:tc>
      </w:tr>
      <w:tr>
        <w:tc>
          <w:tcPr>
            <w:tcW w:type="dxa" w:w="3969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8"/>
              </w:rPr>
              <w:t>이상 상황 접근</w:t>
            </w:r>
          </w:p>
        </w:tc>
        <w:tc>
          <w:tcPr>
            <w:tcW w:type="dxa" w:w="2835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8"/>
              </w:rPr>
              <w:t>0.05 m/s</w:t>
            </w:r>
          </w:p>
        </w:tc>
        <w:tc>
          <w:tcPr>
            <w:tcW w:type="dxa" w:w="2835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8"/>
              </w:rPr>
              <w:t>0.4 rad/s</w:t>
            </w:r>
          </w:p>
        </w:tc>
      </w:tr>
    </w:tbl>
    <w:p>
      <w:pPr>
        <w:spacing w:after="0"/>
      </w:pPr>
    </w:p>
    <w:p>
      <w:pPr>
        <w:pStyle w:val="Heading1"/>
        <w:keepNext/>
        <w:pBdr>
          <w:bottom w:val="single" w:sz="8" w:space="3" w:color="1F4E78"/>
        </w:pBdr>
      </w:pPr>
      <w:r>
        <w:t>35. 원격 조종 명세</w:t>
      </w:r>
    </w:p>
    <w:p>
      <w:pPr>
        <w:spacing w:before="0" w:after="80" w:line="312" w:lineRule="auto"/>
      </w:pPr>
      <w:r>
        <w:rPr>
          <w:rFonts w:ascii="Noto Sans CJK KR" w:hAnsi="Noto Sans CJK KR" w:eastAsia="Noto Sans CJK KR"/>
          <w:b w:val="0"/>
          <w:i w:val="0"/>
          <w:sz w:val="20"/>
        </w:rPr>
        <w:t>원격 PC의 remote_teleop 노드는 /office_robot/cmd_vel/remote 토픽으로 속도 명령을 발행한다. 원격 조종은 운용 모드가 REMOTE일 때만 허용한다.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space="0" w:color="7F8C8D"/>
          <w:left w:val="single" w:sz="4" w:space="0" w:color="7F8C8D"/>
          <w:bottom w:val="single" w:sz="4" w:space="0" w:color="7F8C8D"/>
          <w:right w:val="single" w:sz="4" w:space="0" w:color="7F8C8D"/>
          <w:insideH w:val="single" w:sz="4" w:space="0" w:color="7F8C8D"/>
          <w:insideV w:val="single" w:sz="4" w:space="0" w:color="7F8C8D"/>
        </w:tblBorders>
      </w:tblPr>
      <w:tblGrid>
        <w:gridCol w:w="2551"/>
        <w:gridCol w:w="2551"/>
        <w:gridCol w:w="2551"/>
        <w:gridCol w:w="2551"/>
      </w:tblGrid>
      <w:tr>
        <w:trPr>
          <w:cantSplit/>
        </w:trPr>
        <w:tc>
          <w:tcPr>
            <w:tcW w:type="dxa" w:w="1360"/>
            <w:tcMar>
              <w:top w:w="85" w:type="dxa"/>
              <w:start w:w="80" w:type="dxa"/>
              <w:bottom w:w="85" w:type="dxa"/>
              <w:end w:w="80" w:type="dxa"/>
            </w:tcMar>
            <w:vAlign w:val="center"/>
            <w:shd w:fill="D9EAF7"/>
          </w:tcPr>
          <w:p>
            <w:pPr>
              <w:spacing w:after="0"/>
              <w:jc w:val="center"/>
            </w:pPr>
            <w:r>
              <w:rPr>
                <w:rFonts w:ascii="Noto Sans CJK KR" w:hAnsi="Noto Sans CJK KR" w:eastAsia="Noto Sans CJK KR"/>
                <w:b/>
                <w:sz w:val="17"/>
              </w:rPr>
              <w:t>HS-OR-COM-001</w:t>
            </w:r>
          </w:p>
        </w:tc>
        <w:tc>
          <w:tcPr>
            <w:tcW w:type="dxa" w:w="5953"/>
            <w:tcMar>
              <w:top w:w="85" w:type="dxa"/>
              <w:start w:w="80" w:type="dxa"/>
              <w:bottom w:w="85" w:type="dxa"/>
              <w:end w:w="8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Noto Sans CJK KR" w:hAnsi="Noto Sans CJK KR" w:eastAsia="Noto Sans CJK KR"/>
                <w:b w:val="0"/>
                <w:sz w:val="17"/>
              </w:rPr>
              <w:t>원격 속도 명령이 0.5초 이상 수신되지 않으면 로봇은 선속도와 각속도를 0으로 설정하여 자동 정지하여야 한다.</w:t>
            </w:r>
          </w:p>
        </w:tc>
        <w:tc>
          <w:tcPr>
            <w:tcW w:type="dxa" w:w="1020"/>
            <w:tcMar>
              <w:top w:w="85" w:type="dxa"/>
              <w:start w:w="80" w:type="dxa"/>
              <w:bottom w:w="85" w:type="dxa"/>
              <w:end w:w="80" w:type="dxa"/>
            </w:tcMar>
            <w:vAlign w:val="center"/>
            <w:shd w:fill="F5F5F5"/>
          </w:tcPr>
          <w:p>
            <w:pPr>
              <w:spacing w:after="0"/>
              <w:jc w:val="center"/>
            </w:pPr>
            <w:r>
              <w:rPr>
                <w:rFonts w:ascii="Noto Sans CJK KR" w:hAnsi="Noto Sans CJK KR" w:eastAsia="Noto Sans CJK KR"/>
                <w:b w:val="0"/>
                <w:sz w:val="17"/>
              </w:rPr>
              <w:t>필수</w:t>
            </w:r>
          </w:p>
        </w:tc>
        <w:tc>
          <w:tcPr>
            <w:tcW w:type="dxa" w:w="1304"/>
            <w:tcMar>
              <w:top w:w="85" w:type="dxa"/>
              <w:start w:w="80" w:type="dxa"/>
              <w:bottom w:w="85" w:type="dxa"/>
              <w:end w:w="80" w:type="dxa"/>
            </w:tcMar>
            <w:vAlign w:val="center"/>
            <w:shd w:fill="F5F5F5"/>
          </w:tcPr>
          <w:p>
            <w:pPr>
              <w:spacing w:after="0"/>
              <w:jc w:val="center"/>
            </w:pPr>
            <w:r>
              <w:rPr>
                <w:rFonts w:ascii="Noto Sans CJK KR" w:hAnsi="Noto Sans CJK KR" w:eastAsia="Noto Sans CJK KR"/>
                <w:b w:val="0"/>
                <w:sz w:val="17"/>
              </w:rPr>
              <w:t>시험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space="0" w:color="B7B7B7"/>
          <w:left w:val="single" w:sz="4" w:space="0" w:color="B7B7B7"/>
          <w:bottom w:val="single" w:sz="4" w:space="0" w:color="B7B7B7"/>
          <w:right w:val="single" w:sz="4" w:space="0" w:color="B7B7B7"/>
          <w:insideH w:val="single" w:sz="4" w:space="0" w:color="B7B7B7"/>
          <w:insideV w:val="single" w:sz="4" w:space="0" w:color="B7B7B7"/>
        </w:tblBorders>
      </w:tblPr>
      <w:tblGrid>
        <w:gridCol w:w="5103"/>
        <w:gridCol w:w="5103"/>
      </w:tblGrid>
      <w:tr>
        <w:trPr>
          <w:tblHeader w:val="true"/>
        </w:trPr>
        <w:tc>
          <w:tcPr>
            <w:tcW w:type="dxa" w:w="3402"/>
            <w:shd w:fill="1F4E78"/>
            <w:tcMar>
              <w:top w:w="80" w:type="dxa"/>
              <w:start w:w="70" w:type="dxa"/>
              <w:bottom w:w="80" w:type="dxa"/>
              <w:end w:w="7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Noto Sans CJK KR" w:hAnsi="Noto Sans CJK KR" w:eastAsia="Noto Sans CJK KR"/>
                <w:b/>
                <w:color w:val="FFFFFF"/>
                <w:sz w:val="16"/>
              </w:rPr>
              <w:t>항목</w:t>
            </w:r>
          </w:p>
        </w:tc>
        <w:tc>
          <w:tcPr>
            <w:tcW w:type="dxa" w:w="6237"/>
            <w:shd w:fill="1F4E78"/>
            <w:tcMar>
              <w:top w:w="80" w:type="dxa"/>
              <w:start w:w="70" w:type="dxa"/>
              <w:bottom w:w="80" w:type="dxa"/>
              <w:end w:w="7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Noto Sans CJK KR" w:hAnsi="Noto Sans CJK KR" w:eastAsia="Noto Sans CJK KR"/>
                <w:b/>
                <w:color w:val="FFFFFF"/>
                <w:sz w:val="16"/>
              </w:rPr>
              <w:t>기준</w:t>
            </w:r>
          </w:p>
        </w:tc>
      </w:tr>
      <w:tr>
        <w:tc>
          <w:tcPr>
            <w:tcW w:type="dxa" w:w="3402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8"/>
              </w:rPr>
              <w:t>원격 명령 발행 주기</w:t>
            </w:r>
          </w:p>
        </w:tc>
        <w:tc>
          <w:tcPr>
            <w:tcW w:type="dxa" w:w="6237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8"/>
              </w:rPr>
              <w:t>10 Hz 이상</w:t>
            </w:r>
          </w:p>
        </w:tc>
      </w:tr>
      <w:tr>
        <w:tc>
          <w:tcPr>
            <w:tcW w:type="dxa" w:w="3402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  <w:shd w:fill="F8FBFD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8"/>
              </w:rPr>
              <w:t>명령 타임아웃</w:t>
            </w:r>
          </w:p>
        </w:tc>
        <w:tc>
          <w:tcPr>
            <w:tcW w:type="dxa" w:w="6237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  <w:shd w:fill="F8FBFD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8"/>
              </w:rPr>
              <w:t>0.5초</w:t>
            </w:r>
          </w:p>
        </w:tc>
      </w:tr>
      <w:tr>
        <w:tc>
          <w:tcPr>
            <w:tcW w:type="dxa" w:w="3402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8"/>
              </w:rPr>
              <w:t>타임아웃 발생 시 처리</w:t>
            </w:r>
          </w:p>
        </w:tc>
        <w:tc>
          <w:tcPr>
            <w:tcW w:type="dxa" w:w="6237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8"/>
              </w:rPr>
              <w:t>선속도와 각속도 0으로 설정</w:t>
            </w:r>
          </w:p>
        </w:tc>
      </w:tr>
      <w:tr>
        <w:tc>
          <w:tcPr>
            <w:tcW w:type="dxa" w:w="3402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  <w:shd w:fill="F8FBFD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8"/>
              </w:rPr>
              <w:t>비상정지 우선순위</w:t>
            </w:r>
          </w:p>
        </w:tc>
        <w:tc>
          <w:tcPr>
            <w:tcW w:type="dxa" w:w="6237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  <w:shd w:fill="F8FBFD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8"/>
              </w:rPr>
              <w:t>원격 명령보다 높음</w:t>
            </w:r>
          </w:p>
        </w:tc>
      </w:tr>
      <w:tr>
        <w:tc>
          <w:tcPr>
            <w:tcW w:type="dxa" w:w="3402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8"/>
              </w:rPr>
              <w:t>안전 센서 우선순위</w:t>
            </w:r>
          </w:p>
        </w:tc>
        <w:tc>
          <w:tcPr>
            <w:tcW w:type="dxa" w:w="6237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8"/>
              </w:rPr>
              <w:t>원격 명령보다 높음</w:t>
            </w:r>
          </w:p>
        </w:tc>
      </w:tr>
    </w:tbl>
    <w:p>
      <w:pPr>
        <w:spacing w:after="0"/>
      </w:pPr>
    </w:p>
    <w:p>
      <w:pPr>
        <w:pStyle w:val="Heading1"/>
        <w:keepNext/>
        <w:pBdr>
          <w:bottom w:val="single" w:sz="8" w:space="3" w:color="1F4E78"/>
        </w:pBdr>
      </w:pPr>
      <w:r>
        <w:t>36. 속도 명령 우선순위</w:t>
      </w:r>
    </w:p>
    <w:p>
      <w:pPr>
        <w:spacing w:before="0" w:after="80" w:line="312" w:lineRule="auto"/>
      </w:pPr>
      <w:r>
        <w:rPr>
          <w:rFonts w:ascii="Noto Sans CJK KR" w:hAnsi="Noto Sans CJK KR" w:eastAsia="Noto Sans CJK KR"/>
          <w:b w:val="0"/>
          <w:i w:val="0"/>
          <w:sz w:val="20"/>
        </w:rPr>
        <w:t>cmd_vel_selector 노드는 여러 속도 명령 중 하나를 선택하여 /cmd_vel로 발행한다.</w:t>
      </w:r>
    </w:p>
    <w:p>
      <w:pPr>
        <w:spacing w:after="40" w:line="288" w:lineRule="auto"/>
        <w:ind w:left="454" w:hanging="283"/>
      </w:pPr>
      <w:r>
        <w:rPr>
          <w:rFonts w:ascii="Noto Sans CJK KR" w:hAnsi="Noto Sans CJK KR" w:eastAsia="Noto Sans CJK KR"/>
          <w:sz w:val="19"/>
        </w:rPr>
        <w:t>1. 비상정지</w:t>
      </w:r>
    </w:p>
    <w:p>
      <w:pPr>
        <w:spacing w:after="40" w:line="288" w:lineRule="auto"/>
        <w:ind w:left="454" w:hanging="283"/>
      </w:pPr>
      <w:r>
        <w:rPr>
          <w:rFonts w:ascii="Noto Sans CJK KR" w:hAnsi="Noto Sans CJK KR" w:eastAsia="Noto Sans CJK KR"/>
          <w:sz w:val="19"/>
        </w:rPr>
        <w:t>2. 안전 정지 또는 충돌 방지</w:t>
      </w:r>
    </w:p>
    <w:p>
      <w:pPr>
        <w:spacing w:after="40" w:line="288" w:lineRule="auto"/>
        <w:ind w:left="454" w:hanging="283"/>
      </w:pPr>
      <w:r>
        <w:rPr>
          <w:rFonts w:ascii="Noto Sans CJK KR" w:hAnsi="Noto Sans CJK KR" w:eastAsia="Noto Sans CJK KR"/>
          <w:sz w:val="19"/>
        </w:rPr>
        <w:t>3. 원격 조종</w:t>
      </w:r>
    </w:p>
    <w:p>
      <w:pPr>
        <w:spacing w:after="40" w:line="288" w:lineRule="auto"/>
        <w:ind w:left="454" w:hanging="283"/>
      </w:pPr>
      <w:r>
        <w:rPr>
          <w:rFonts w:ascii="Noto Sans CJK KR" w:hAnsi="Noto Sans CJK KR" w:eastAsia="Noto Sans CJK KR"/>
          <w:sz w:val="19"/>
        </w:rPr>
        <w:t>4. Nav2 자율주행</w:t>
      </w:r>
    </w:p>
    <w:p>
      <w:pPr>
        <w:spacing w:after="40" w:line="288" w:lineRule="auto"/>
        <w:ind w:left="454" w:hanging="283"/>
      </w:pPr>
      <w:r>
        <w:rPr>
          <w:rFonts w:ascii="Noto Sans CJK KR" w:hAnsi="Noto Sans CJK KR" w:eastAsia="Noto Sans CJK KR"/>
          <w:sz w:val="19"/>
        </w:rPr>
        <w:t>5. 정지</w:t>
      </w:r>
    </w:p>
    <w:p>
      <w:pPr>
        <w:pStyle w:val="Heading2"/>
        <w:keepNext/>
      </w:pPr>
      <w:r>
        <w:t>36.1 선택 규칙</w:t>
      </w:r>
    </w:p>
    <w:p>
      <w:pPr>
        <w:pStyle w:val="ListBullet"/>
        <w:spacing w:after="60" w:line="288" w:lineRule="auto"/>
        <w:ind w:left="340" w:hanging="142"/>
      </w:pPr>
      <w:r>
        <w:rPr>
          <w:rFonts w:ascii="Noto Sans CJK KR" w:hAnsi="Noto Sans CJK KR" w:eastAsia="Noto Sans CJK KR"/>
          <w:sz w:val="19"/>
        </w:rPr>
        <w:t>비상정지가 활성화되면 항상 정지 명령을 출력한다.</w:t>
      </w:r>
    </w:p>
    <w:p>
      <w:pPr>
        <w:pStyle w:val="ListBullet"/>
        <w:spacing w:after="60" w:line="288" w:lineRule="auto"/>
        <w:ind w:left="340" w:hanging="142"/>
      </w:pPr>
      <w:r>
        <w:rPr>
          <w:rFonts w:ascii="Noto Sans CJK KR" w:hAnsi="Noto Sans CJK KR" w:eastAsia="Noto Sans CJK KR"/>
          <w:sz w:val="19"/>
        </w:rPr>
        <w:t>근거리 장애물이 감지되면 전진 명령을 차단한다.</w:t>
      </w:r>
    </w:p>
    <w:p>
      <w:pPr>
        <w:pStyle w:val="ListBullet"/>
        <w:spacing w:after="60" w:line="288" w:lineRule="auto"/>
        <w:ind w:left="340" w:hanging="142"/>
      </w:pPr>
      <w:r>
        <w:rPr>
          <w:rFonts w:ascii="Noto Sans CJK KR" w:hAnsi="Noto Sans CJK KR" w:eastAsia="Noto Sans CJK KR"/>
          <w:sz w:val="19"/>
        </w:rPr>
        <w:t>REMOTE 모드에서는 원격 속도 명령을 선택한다.</w:t>
      </w:r>
    </w:p>
    <w:p>
      <w:pPr>
        <w:pStyle w:val="ListBullet"/>
        <w:spacing w:after="60" w:line="288" w:lineRule="auto"/>
        <w:ind w:left="340" w:hanging="142"/>
      </w:pPr>
      <w:r>
        <w:rPr>
          <w:rFonts w:ascii="Noto Sans CJK KR" w:hAnsi="Noto Sans CJK KR" w:eastAsia="Noto Sans CJK KR"/>
          <w:sz w:val="19"/>
        </w:rPr>
        <w:t>DAY, NIGHT, RETURN_TO_CHARGE 모드에서는 Nav2 속도 명령을 선택한다.</w:t>
      </w:r>
    </w:p>
    <w:p>
      <w:pPr>
        <w:pStyle w:val="ListBullet"/>
        <w:spacing w:after="60" w:line="288" w:lineRule="auto"/>
        <w:ind w:left="340" w:hanging="142"/>
      </w:pPr>
      <w:r>
        <w:rPr>
          <w:rFonts w:ascii="Noto Sans CJK KR" w:hAnsi="Noto Sans CJK KR" w:eastAsia="Noto Sans CJK KR"/>
          <w:sz w:val="19"/>
        </w:rPr>
        <w:t>유효한 속도 명령이 없으면 정지 명령을 출력한다.</w:t>
      </w:r>
    </w:p>
    <w:p>
      <w:pPr>
        <w:pStyle w:val="ListBullet"/>
        <w:spacing w:after="60" w:line="288" w:lineRule="auto"/>
        <w:ind w:left="340" w:hanging="142"/>
      </w:pPr>
      <w:r>
        <w:rPr>
          <w:rFonts w:ascii="Noto Sans CJK KR" w:hAnsi="Noto Sans CJK KR" w:eastAsia="Noto Sans CJK KR"/>
          <w:sz w:val="19"/>
        </w:rPr>
        <w:t>출력 명령은 반드시 속도 제한을 적용한 후 발행한다.</w:t>
      </w:r>
    </w:p>
    <w:p>
      <w:pPr>
        <w:pStyle w:val="Heading1"/>
        <w:keepNext/>
        <w:pBdr>
          <w:bottom w:val="single" w:sz="8" w:space="3" w:color="1F4E78"/>
        </w:pBdr>
      </w:pPr>
      <w:r>
        <w:t>37. 논리적 장소 이름 명세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space="0" w:color="B7B7B7"/>
          <w:left w:val="single" w:sz="4" w:space="0" w:color="B7B7B7"/>
          <w:bottom w:val="single" w:sz="4" w:space="0" w:color="B7B7B7"/>
          <w:right w:val="single" w:sz="4" w:space="0" w:color="B7B7B7"/>
          <w:insideH w:val="single" w:sz="4" w:space="0" w:color="B7B7B7"/>
          <w:insideV w:val="single" w:sz="4" w:space="0" w:color="B7B7B7"/>
        </w:tblBorders>
      </w:tblPr>
      <w:tblGrid>
        <w:gridCol w:w="5103"/>
        <w:gridCol w:w="5103"/>
      </w:tblGrid>
      <w:tr>
        <w:trPr>
          <w:tblHeader w:val="true"/>
        </w:trPr>
        <w:tc>
          <w:tcPr>
            <w:tcW w:type="dxa" w:w="3402"/>
            <w:shd w:fill="1F4E78"/>
            <w:tcMar>
              <w:top w:w="80" w:type="dxa"/>
              <w:start w:w="70" w:type="dxa"/>
              <w:bottom w:w="80" w:type="dxa"/>
              <w:end w:w="7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Noto Sans CJK KR" w:hAnsi="Noto Sans CJK KR" w:eastAsia="Noto Sans CJK KR"/>
                <w:b/>
                <w:color w:val="FFFFFF"/>
                <w:sz w:val="16"/>
              </w:rPr>
              <w:t>장소 이름</w:t>
            </w:r>
          </w:p>
        </w:tc>
        <w:tc>
          <w:tcPr>
            <w:tcW w:type="dxa" w:w="6237"/>
            <w:shd w:fill="1F4E78"/>
            <w:tcMar>
              <w:top w:w="80" w:type="dxa"/>
              <w:start w:w="70" w:type="dxa"/>
              <w:bottom w:w="80" w:type="dxa"/>
              <w:end w:w="7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Noto Sans CJK KR" w:hAnsi="Noto Sans CJK KR" w:eastAsia="Noto Sans CJK KR"/>
                <w:b/>
                <w:color w:val="FFFFFF"/>
                <w:sz w:val="16"/>
              </w:rPr>
              <w:t>설명</w:t>
            </w:r>
          </w:p>
        </w:tc>
      </w:tr>
      <w:tr>
        <w:tc>
          <w:tcPr>
            <w:tcW w:type="dxa" w:w="3402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8"/>
              </w:rPr>
              <w:t>home</w:t>
            </w:r>
          </w:p>
        </w:tc>
        <w:tc>
          <w:tcPr>
            <w:tcW w:type="dxa" w:w="6237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8"/>
              </w:rPr>
              <w:t>로봇 시작 위치</w:t>
            </w:r>
          </w:p>
        </w:tc>
      </w:tr>
      <w:tr>
        <w:tc>
          <w:tcPr>
            <w:tcW w:type="dxa" w:w="3402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  <w:shd w:fill="F8FBFD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8"/>
              </w:rPr>
              <w:t>charging_station</w:t>
            </w:r>
          </w:p>
        </w:tc>
        <w:tc>
          <w:tcPr>
            <w:tcW w:type="dxa" w:w="6237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  <w:shd w:fill="F8FBFD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8"/>
              </w:rPr>
              <w:t>충전 위치</w:t>
            </w:r>
          </w:p>
        </w:tc>
      </w:tr>
      <w:tr>
        <w:tc>
          <w:tcPr>
            <w:tcW w:type="dxa" w:w="3402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8"/>
              </w:rPr>
              <w:t>entrance</w:t>
            </w:r>
          </w:p>
        </w:tc>
        <w:tc>
          <w:tcPr>
            <w:tcW w:type="dxa" w:w="6237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8"/>
              </w:rPr>
              <w:t>사무실 출입구</w:t>
            </w:r>
          </w:p>
        </w:tc>
      </w:tr>
      <w:tr>
        <w:tc>
          <w:tcPr>
            <w:tcW w:type="dxa" w:w="3402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  <w:shd w:fill="F8FBFD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8"/>
              </w:rPr>
              <w:t>reception</w:t>
            </w:r>
          </w:p>
        </w:tc>
        <w:tc>
          <w:tcPr>
            <w:tcW w:type="dxa" w:w="6237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  <w:shd w:fill="F8FBFD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8"/>
              </w:rPr>
              <w:t>안내 데스크</w:t>
            </w:r>
          </w:p>
        </w:tc>
      </w:tr>
      <w:tr>
        <w:tc>
          <w:tcPr>
            <w:tcW w:type="dxa" w:w="3402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8"/>
              </w:rPr>
              <w:t>office_center</w:t>
            </w:r>
          </w:p>
        </w:tc>
        <w:tc>
          <w:tcPr>
            <w:tcW w:type="dxa" w:w="6237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8"/>
              </w:rPr>
              <w:t>사무실 중앙</w:t>
            </w:r>
          </w:p>
        </w:tc>
      </w:tr>
      <w:tr>
        <w:tc>
          <w:tcPr>
            <w:tcW w:type="dxa" w:w="3402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  <w:shd w:fill="F8FBFD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8"/>
              </w:rPr>
              <w:t>meeting_room_1</w:t>
            </w:r>
          </w:p>
        </w:tc>
        <w:tc>
          <w:tcPr>
            <w:tcW w:type="dxa" w:w="6237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  <w:shd w:fill="F8FBFD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8"/>
              </w:rPr>
              <w:t>회의실 1</w:t>
            </w:r>
          </w:p>
        </w:tc>
      </w:tr>
      <w:tr>
        <w:tc>
          <w:tcPr>
            <w:tcW w:type="dxa" w:w="3402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8"/>
              </w:rPr>
              <w:t>meeting_room_2</w:t>
            </w:r>
          </w:p>
        </w:tc>
        <w:tc>
          <w:tcPr>
            <w:tcW w:type="dxa" w:w="6237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8"/>
              </w:rPr>
              <w:t>회의실 2</w:t>
            </w:r>
          </w:p>
        </w:tc>
      </w:tr>
      <w:tr>
        <w:tc>
          <w:tcPr>
            <w:tcW w:type="dxa" w:w="3402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  <w:shd w:fill="F8FBFD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8"/>
              </w:rPr>
              <w:t>server_room</w:t>
            </w:r>
          </w:p>
        </w:tc>
        <w:tc>
          <w:tcPr>
            <w:tcW w:type="dxa" w:w="6237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  <w:shd w:fill="F8FBFD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8"/>
              </w:rPr>
              <w:t>서버실</w:t>
            </w:r>
          </w:p>
        </w:tc>
      </w:tr>
      <w:tr>
        <w:tc>
          <w:tcPr>
            <w:tcW w:type="dxa" w:w="3402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8"/>
              </w:rPr>
              <w:t>storage_room</w:t>
            </w:r>
          </w:p>
        </w:tc>
        <w:tc>
          <w:tcPr>
            <w:tcW w:type="dxa" w:w="6237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8"/>
              </w:rPr>
              <w:t>창고</w:t>
            </w:r>
          </w:p>
        </w:tc>
      </w:tr>
      <w:tr>
        <w:tc>
          <w:tcPr>
            <w:tcW w:type="dxa" w:w="3402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  <w:shd w:fill="F8FBFD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8"/>
              </w:rPr>
              <w:t>emergency_exit</w:t>
            </w:r>
          </w:p>
        </w:tc>
        <w:tc>
          <w:tcPr>
            <w:tcW w:type="dxa" w:w="6237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  <w:shd w:fill="F8FBFD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8"/>
              </w:rPr>
              <w:t>비상구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space="0" w:color="7F8C8D"/>
          <w:left w:val="single" w:sz="4" w:space="0" w:color="7F8C8D"/>
          <w:bottom w:val="single" w:sz="4" w:space="0" w:color="7F8C8D"/>
          <w:right w:val="single" w:sz="4" w:space="0" w:color="7F8C8D"/>
          <w:insideH w:val="single" w:sz="4" w:space="0" w:color="7F8C8D"/>
          <w:insideV w:val="single" w:sz="4" w:space="0" w:color="7F8C8D"/>
        </w:tblBorders>
      </w:tblPr>
      <w:tblGrid>
        <w:gridCol w:w="2551"/>
        <w:gridCol w:w="2551"/>
        <w:gridCol w:w="2551"/>
        <w:gridCol w:w="2551"/>
      </w:tblGrid>
      <w:tr>
        <w:trPr>
          <w:cantSplit/>
        </w:trPr>
        <w:tc>
          <w:tcPr>
            <w:tcW w:type="dxa" w:w="1360"/>
            <w:tcMar>
              <w:top w:w="85" w:type="dxa"/>
              <w:start w:w="80" w:type="dxa"/>
              <w:bottom w:w="85" w:type="dxa"/>
              <w:end w:w="80" w:type="dxa"/>
            </w:tcMar>
            <w:vAlign w:val="center"/>
            <w:shd w:fill="D9EAF7"/>
          </w:tcPr>
          <w:p>
            <w:pPr>
              <w:spacing w:after="0"/>
              <w:jc w:val="center"/>
            </w:pPr>
            <w:r>
              <w:rPr>
                <w:rFonts w:ascii="Noto Sans CJK KR" w:hAnsi="Noto Sans CJK KR" w:eastAsia="Noto Sans CJK KR"/>
                <w:b/>
                <w:sz w:val="17"/>
              </w:rPr>
              <w:t>HS-OR-GEN-004</w:t>
            </w:r>
          </w:p>
        </w:tc>
        <w:tc>
          <w:tcPr>
            <w:tcW w:type="dxa" w:w="5953"/>
            <w:tcMar>
              <w:top w:w="85" w:type="dxa"/>
              <w:start w:w="80" w:type="dxa"/>
              <w:bottom w:w="85" w:type="dxa"/>
              <w:end w:w="8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Noto Sans CJK KR" w:hAnsi="Noto Sans CJK KR" w:eastAsia="Noto Sans CJK KR"/>
                <w:b w:val="0"/>
                <w:sz w:val="17"/>
              </w:rPr>
              <w:t>장소 이름은 코드, YAML 파일, GUI 및 보고서에서 동일하게 사용하여야 한다.</w:t>
            </w:r>
          </w:p>
        </w:tc>
        <w:tc>
          <w:tcPr>
            <w:tcW w:type="dxa" w:w="1020"/>
            <w:tcMar>
              <w:top w:w="85" w:type="dxa"/>
              <w:start w:w="80" w:type="dxa"/>
              <w:bottom w:w="85" w:type="dxa"/>
              <w:end w:w="80" w:type="dxa"/>
            </w:tcMar>
            <w:vAlign w:val="center"/>
            <w:shd w:fill="F5F5F5"/>
          </w:tcPr>
          <w:p>
            <w:pPr>
              <w:spacing w:after="0"/>
              <w:jc w:val="center"/>
            </w:pPr>
            <w:r>
              <w:rPr>
                <w:rFonts w:ascii="Noto Sans CJK KR" w:hAnsi="Noto Sans CJK KR" w:eastAsia="Noto Sans CJK KR"/>
                <w:b w:val="0"/>
                <w:sz w:val="17"/>
              </w:rPr>
              <w:t>필수</w:t>
            </w:r>
          </w:p>
        </w:tc>
        <w:tc>
          <w:tcPr>
            <w:tcW w:type="dxa" w:w="1304"/>
            <w:tcMar>
              <w:top w:w="85" w:type="dxa"/>
              <w:start w:w="80" w:type="dxa"/>
              <w:bottom w:w="85" w:type="dxa"/>
              <w:end w:w="80" w:type="dxa"/>
            </w:tcMar>
            <w:vAlign w:val="center"/>
            <w:shd w:fill="F5F5F5"/>
          </w:tcPr>
          <w:p>
            <w:pPr>
              <w:spacing w:after="0"/>
              <w:jc w:val="center"/>
            </w:pPr>
            <w:r>
              <w:rPr>
                <w:rFonts w:ascii="Noto Sans CJK KR" w:hAnsi="Noto Sans CJK KR" w:eastAsia="Noto Sans CJK KR"/>
                <w:b w:val="0"/>
                <w:sz w:val="17"/>
              </w:rPr>
              <w:t>검사</w:t>
            </w:r>
          </w:p>
        </w:tc>
      </w:tr>
    </w:tbl>
    <w:p>
      <w:pPr>
        <w:spacing w:after="0"/>
      </w:pPr>
    </w:p>
    <w:p>
      <w:pPr>
        <w:spacing w:before="40" w:after="100" w:line="240" w:lineRule="auto"/>
        <w:ind w:left="283" w:right="283"/>
        <w:shd w:fill="F2F2F2"/>
      </w:pPr>
      <w:r>
        <w:rPr>
          <w:rFonts w:ascii="Noto Sans Mono CJK KR" w:hAnsi="Noto Sans Mono CJK KR" w:eastAsia="Noto Sans Mono CJK KR"/>
          <w:sz w:val="17"/>
        </w:rPr>
        <w:t>locations:</w:t>
        <w:br/>
      </w:r>
      <w:r>
        <w:rPr>
          <w:rFonts w:ascii="Noto Sans Mono CJK KR" w:hAnsi="Noto Sans Mono CJK KR" w:eastAsia="Noto Sans Mono CJK KR"/>
          <w:sz w:val="17"/>
        </w:rPr>
        <w:t xml:space="preserve">  home:</w:t>
        <w:br/>
      </w:r>
      <w:r>
        <w:rPr>
          <w:rFonts w:ascii="Noto Sans Mono CJK KR" w:hAnsi="Noto Sans Mono CJK KR" w:eastAsia="Noto Sans Mono CJK KR"/>
          <w:sz w:val="17"/>
        </w:rPr>
        <w:t xml:space="preserve">    x: 0.0</w:t>
        <w:br/>
      </w:r>
      <w:r>
        <w:rPr>
          <w:rFonts w:ascii="Noto Sans Mono CJK KR" w:hAnsi="Noto Sans Mono CJK KR" w:eastAsia="Noto Sans Mono CJK KR"/>
          <w:sz w:val="17"/>
        </w:rPr>
        <w:t xml:space="preserve">    y: 0.0</w:t>
        <w:br/>
      </w:r>
      <w:r>
        <w:rPr>
          <w:rFonts w:ascii="Noto Sans Mono CJK KR" w:hAnsi="Noto Sans Mono CJK KR" w:eastAsia="Noto Sans Mono CJK KR"/>
          <w:sz w:val="17"/>
        </w:rPr>
        <w:t xml:space="preserve">    yaw: 0.0</w:t>
        <w:br/>
      </w:r>
      <w:r>
        <w:rPr>
          <w:rFonts w:ascii="Noto Sans Mono CJK KR" w:hAnsi="Noto Sans Mono CJK KR" w:eastAsia="Noto Sans Mono CJK KR"/>
          <w:sz w:val="17"/>
        </w:rPr>
        <w:br/>
      </w:r>
      <w:r>
        <w:rPr>
          <w:rFonts w:ascii="Noto Sans Mono CJK KR" w:hAnsi="Noto Sans Mono CJK KR" w:eastAsia="Noto Sans Mono CJK KR"/>
          <w:sz w:val="17"/>
        </w:rPr>
        <w:t xml:space="preserve">  entrance:</w:t>
        <w:br/>
      </w:r>
      <w:r>
        <w:rPr>
          <w:rFonts w:ascii="Noto Sans Mono CJK KR" w:hAnsi="Noto Sans Mono CJK KR" w:eastAsia="Noto Sans Mono CJK KR"/>
          <w:sz w:val="17"/>
        </w:rPr>
        <w:t xml:space="preserve">    x: 2.5</w:t>
        <w:br/>
      </w:r>
      <w:r>
        <w:rPr>
          <w:rFonts w:ascii="Noto Sans Mono CJK KR" w:hAnsi="Noto Sans Mono CJK KR" w:eastAsia="Noto Sans Mono CJK KR"/>
          <w:sz w:val="17"/>
        </w:rPr>
        <w:t xml:space="preserve">    y: 1.2</w:t>
        <w:br/>
      </w:r>
      <w:r>
        <w:rPr>
          <w:rFonts w:ascii="Noto Sans Mono CJK KR" w:hAnsi="Noto Sans Mono CJK KR" w:eastAsia="Noto Sans Mono CJK KR"/>
          <w:sz w:val="17"/>
        </w:rPr>
        <w:t xml:space="preserve">    yaw: 1.57</w:t>
        <w:br/>
      </w:r>
      <w:r>
        <w:rPr>
          <w:rFonts w:ascii="Noto Sans Mono CJK KR" w:hAnsi="Noto Sans Mono CJK KR" w:eastAsia="Noto Sans Mono CJK KR"/>
          <w:sz w:val="17"/>
        </w:rPr>
        <w:br/>
      </w:r>
      <w:r>
        <w:rPr>
          <w:rFonts w:ascii="Noto Sans Mono CJK KR" w:hAnsi="Noto Sans Mono CJK KR" w:eastAsia="Noto Sans Mono CJK KR"/>
          <w:sz w:val="17"/>
        </w:rPr>
        <w:t xml:space="preserve">  meeting_room_1:</w:t>
        <w:br/>
      </w:r>
      <w:r>
        <w:rPr>
          <w:rFonts w:ascii="Noto Sans Mono CJK KR" w:hAnsi="Noto Sans Mono CJK KR" w:eastAsia="Noto Sans Mono CJK KR"/>
          <w:sz w:val="17"/>
        </w:rPr>
        <w:t xml:space="preserve">    x: 4.8</w:t>
        <w:br/>
      </w:r>
      <w:r>
        <w:rPr>
          <w:rFonts w:ascii="Noto Sans Mono CJK KR" w:hAnsi="Noto Sans Mono CJK KR" w:eastAsia="Noto Sans Mono CJK KR"/>
          <w:sz w:val="17"/>
        </w:rPr>
        <w:t xml:space="preserve">    y: -1.3</w:t>
        <w:br/>
      </w:r>
      <w:r>
        <w:rPr>
          <w:rFonts w:ascii="Noto Sans Mono CJK KR" w:hAnsi="Noto Sans Mono CJK KR" w:eastAsia="Noto Sans Mono CJK KR"/>
          <w:sz w:val="17"/>
        </w:rPr>
        <w:t xml:space="preserve">    yaw: 0.0</w:t>
        <w:br/>
      </w:r>
      <w:r>
        <w:rPr>
          <w:rFonts w:ascii="Noto Sans Mono CJK KR" w:hAnsi="Noto Sans Mono CJK KR" w:eastAsia="Noto Sans Mono CJK KR"/>
          <w:sz w:val="17"/>
        </w:rPr>
        <w:br/>
      </w:r>
      <w:r>
        <w:rPr>
          <w:rFonts w:ascii="Noto Sans Mono CJK KR" w:hAnsi="Noto Sans Mono CJK KR" w:eastAsia="Noto Sans Mono CJK KR"/>
          <w:sz w:val="17"/>
        </w:rPr>
        <w:t xml:space="preserve">  server_room:</w:t>
        <w:br/>
      </w:r>
      <w:r>
        <w:rPr>
          <w:rFonts w:ascii="Noto Sans Mono CJK KR" w:hAnsi="Noto Sans Mono CJK KR" w:eastAsia="Noto Sans Mono CJK KR"/>
          <w:sz w:val="17"/>
        </w:rPr>
        <w:t xml:space="preserve">    x: 7.2</w:t>
        <w:br/>
      </w:r>
      <w:r>
        <w:rPr>
          <w:rFonts w:ascii="Noto Sans Mono CJK KR" w:hAnsi="Noto Sans Mono CJK KR" w:eastAsia="Noto Sans Mono CJK KR"/>
          <w:sz w:val="17"/>
        </w:rPr>
        <w:t xml:space="preserve">    y: 2.1</w:t>
        <w:br/>
      </w:r>
      <w:r>
        <w:rPr>
          <w:rFonts w:ascii="Noto Sans Mono CJK KR" w:hAnsi="Noto Sans Mono CJK KR" w:eastAsia="Noto Sans Mono CJK KR"/>
          <w:sz w:val="17"/>
        </w:rPr>
        <w:t xml:space="preserve">    yaw: 3.14</w:t>
      </w:r>
    </w:p>
    <w:p>
      <w:pPr>
        <w:pStyle w:val="Heading1"/>
        <w:keepNext/>
        <w:pBdr>
          <w:bottom w:val="single" w:sz="8" w:space="3" w:color="1F4E78"/>
        </w:pBdr>
      </w:pPr>
      <w:r>
        <w:t>38. 순찰 경로 명세</w:t>
      </w:r>
    </w:p>
    <w:p>
      <w:pPr>
        <w:spacing w:before="0" w:after="80" w:line="312" w:lineRule="auto"/>
      </w:pPr>
      <w:r>
        <w:rPr>
          <w:rFonts w:ascii="Noto Sans CJK KR" w:hAnsi="Noto Sans CJK KR" w:eastAsia="Noto Sans CJK KR"/>
          <w:b w:val="0"/>
          <w:i w:val="0"/>
          <w:sz w:val="20"/>
        </w:rPr>
        <w:t>순찰 경로는 경로 번호와 장소 이름 배열로 구성한다.</w:t>
      </w:r>
    </w:p>
    <w:p>
      <w:pPr>
        <w:spacing w:before="40" w:after="100" w:line="240" w:lineRule="auto"/>
        <w:ind w:left="283" w:right="283"/>
        <w:shd w:fill="F2F2F2"/>
      </w:pPr>
      <w:r>
        <w:rPr>
          <w:rFonts w:ascii="Noto Sans Mono CJK KR" w:hAnsi="Noto Sans Mono CJK KR" w:eastAsia="Noto Sans Mono CJK KR"/>
          <w:sz w:val="17"/>
        </w:rPr>
        <w:t>patrol_routes:</w:t>
        <w:br/>
      </w:r>
      <w:r>
        <w:rPr>
          <w:rFonts w:ascii="Noto Sans Mono CJK KR" w:hAnsi="Noto Sans Mono CJK KR" w:eastAsia="Noto Sans Mono CJK KR"/>
          <w:sz w:val="17"/>
        </w:rPr>
        <w:t xml:space="preserve">  night_route_01:</w:t>
        <w:br/>
      </w:r>
      <w:r>
        <w:rPr>
          <w:rFonts w:ascii="Noto Sans Mono CJK KR" w:hAnsi="Noto Sans Mono CJK KR" w:eastAsia="Noto Sans Mono CJK KR"/>
          <w:sz w:val="17"/>
        </w:rPr>
        <w:t xml:space="preserve">    route_name: "야간 기본 순찰"</w:t>
        <w:br/>
      </w:r>
      <w:r>
        <w:rPr>
          <w:rFonts w:ascii="Noto Sans Mono CJK KR" w:hAnsi="Noto Sans Mono CJK KR" w:eastAsia="Noto Sans Mono CJK KR"/>
          <w:sz w:val="17"/>
        </w:rPr>
        <w:t xml:space="preserve">    repeat_count: 3</w:t>
        <w:br/>
      </w:r>
      <w:r>
        <w:rPr>
          <w:rFonts w:ascii="Noto Sans Mono CJK KR" w:hAnsi="Noto Sans Mono CJK KR" w:eastAsia="Noto Sans Mono CJK KR"/>
          <w:sz w:val="17"/>
        </w:rPr>
        <w:t xml:space="preserve">    return_to_start: true</w:t>
        <w:br/>
      </w:r>
      <w:r>
        <w:rPr>
          <w:rFonts w:ascii="Noto Sans Mono CJK KR" w:hAnsi="Noto Sans Mono CJK KR" w:eastAsia="Noto Sans Mono CJK KR"/>
          <w:sz w:val="17"/>
        </w:rPr>
        <w:t xml:space="preserve">    points:</w:t>
        <w:br/>
      </w:r>
      <w:r>
        <w:rPr>
          <w:rFonts w:ascii="Noto Sans Mono CJK KR" w:hAnsi="Noto Sans Mono CJK KR" w:eastAsia="Noto Sans Mono CJK KR"/>
          <w:sz w:val="17"/>
        </w:rPr>
        <w:t xml:space="preserve">      - location: entrance</w:t>
        <w:br/>
      </w:r>
      <w:r>
        <w:rPr>
          <w:rFonts w:ascii="Noto Sans Mono CJK KR" w:hAnsi="Noto Sans Mono CJK KR" w:eastAsia="Noto Sans Mono CJK KR"/>
          <w:sz w:val="17"/>
        </w:rPr>
        <w:t xml:space="preserve">        wait_time: 5.0</w:t>
        <w:br/>
      </w:r>
      <w:r>
        <w:rPr>
          <w:rFonts w:ascii="Noto Sans Mono CJK KR" w:hAnsi="Noto Sans Mono CJK KR" w:eastAsia="Noto Sans Mono CJK KR"/>
          <w:sz w:val="17"/>
        </w:rPr>
        <w:t xml:space="preserve">      - location: meeting_room_1</w:t>
        <w:br/>
      </w:r>
      <w:r>
        <w:rPr>
          <w:rFonts w:ascii="Noto Sans Mono CJK KR" w:hAnsi="Noto Sans Mono CJK KR" w:eastAsia="Noto Sans Mono CJK KR"/>
          <w:sz w:val="17"/>
        </w:rPr>
        <w:t xml:space="preserve">        wait_time: 3.0</w:t>
        <w:br/>
      </w:r>
      <w:r>
        <w:rPr>
          <w:rFonts w:ascii="Noto Sans Mono CJK KR" w:hAnsi="Noto Sans Mono CJK KR" w:eastAsia="Noto Sans Mono CJK KR"/>
          <w:sz w:val="17"/>
        </w:rPr>
        <w:t xml:space="preserve">      - location: server_room</w:t>
        <w:br/>
      </w:r>
      <w:r>
        <w:rPr>
          <w:rFonts w:ascii="Noto Sans Mono CJK KR" w:hAnsi="Noto Sans Mono CJK KR" w:eastAsia="Noto Sans Mono CJK KR"/>
          <w:sz w:val="17"/>
        </w:rPr>
        <w:t xml:space="preserve">        wait_time: 10.0</w:t>
        <w:br/>
      </w:r>
      <w:r>
        <w:rPr>
          <w:rFonts w:ascii="Noto Sans Mono CJK KR" w:hAnsi="Noto Sans Mono CJK KR" w:eastAsia="Noto Sans Mono CJK KR"/>
          <w:sz w:val="17"/>
        </w:rPr>
        <w:t xml:space="preserve">      - location: storage_room</w:t>
        <w:br/>
      </w:r>
      <w:r>
        <w:rPr>
          <w:rFonts w:ascii="Noto Sans Mono CJK KR" w:hAnsi="Noto Sans Mono CJK KR" w:eastAsia="Noto Sans Mono CJK KR"/>
          <w:sz w:val="17"/>
        </w:rPr>
        <w:t xml:space="preserve">        wait_time: 5.0</w:t>
        <w:br/>
      </w:r>
      <w:r>
        <w:rPr>
          <w:rFonts w:ascii="Noto Sans Mono CJK KR" w:hAnsi="Noto Sans Mono CJK KR" w:eastAsia="Noto Sans Mono CJK KR"/>
          <w:sz w:val="17"/>
        </w:rPr>
        <w:t xml:space="preserve">      - location: office_center</w:t>
        <w:br/>
      </w:r>
      <w:r>
        <w:rPr>
          <w:rFonts w:ascii="Noto Sans Mono CJK KR" w:hAnsi="Noto Sans Mono CJK KR" w:eastAsia="Noto Sans Mono CJK KR"/>
          <w:sz w:val="17"/>
        </w:rPr>
        <w:t xml:space="preserve">        wait_time: 3.0</w:t>
      </w:r>
    </w:p>
    <w:p>
      <w:pPr>
        <w:spacing w:before="0" w:after="80" w:line="312" w:lineRule="auto"/>
      </w:pPr>
      <w:r>
        <w:rPr>
          <w:rFonts w:ascii="Noto Sans CJK KR" w:hAnsi="Noto Sans CJK KR" w:eastAsia="Noto Sans CJK KR"/>
          <w:b w:val="0"/>
          <w:i w:val="0"/>
          <w:sz w:val="20"/>
        </w:rPr>
        <w:t>경로 번호는 영문 소문자, 숫자 및 밑줄을 사용한다.</w:t>
      </w:r>
    </w:p>
    <w:p>
      <w:pPr>
        <w:spacing w:before="40" w:after="100" w:line="240" w:lineRule="auto"/>
        <w:ind w:left="283" w:right="283"/>
        <w:shd w:fill="F2F2F2"/>
      </w:pPr>
      <w:r>
        <w:rPr>
          <w:rFonts w:ascii="Noto Sans Mono CJK KR" w:hAnsi="Noto Sans Mono CJK KR" w:eastAsia="Noto Sans Mono CJK KR"/>
          <w:sz w:val="17"/>
        </w:rPr>
        <w:t>night_route_01</w:t>
        <w:br/>
      </w:r>
      <w:r>
        <w:rPr>
          <w:rFonts w:ascii="Noto Sans Mono CJK KR" w:hAnsi="Noto Sans Mono CJK KR" w:eastAsia="Noto Sans Mono CJK KR"/>
          <w:sz w:val="17"/>
        </w:rPr>
        <w:t>day_route_01</w:t>
        <w:br/>
      </w:r>
      <w:r>
        <w:rPr>
          <w:rFonts w:ascii="Noto Sans Mono CJK KR" w:hAnsi="Noto Sans Mono CJK KR" w:eastAsia="Noto Sans Mono CJK KR"/>
          <w:sz w:val="17"/>
        </w:rPr>
        <w:t>security_route_02</w:t>
      </w:r>
    </w:p>
    <w:p>
      <w:pPr>
        <w:pStyle w:val="Heading1"/>
        <w:keepNext/>
        <w:pBdr>
          <w:bottom w:val="single" w:sz="8" w:space="3" w:color="1F4E78"/>
        </w:pBdr>
      </w:pPr>
      <w:r>
        <w:t>39. 이벤트 식별자 규칙</w:t>
      </w:r>
    </w:p>
    <w:p>
      <w:pPr>
        <w:spacing w:before="0" w:after="80" w:line="312" w:lineRule="auto"/>
      </w:pPr>
      <w:r>
        <w:rPr>
          <w:rFonts w:ascii="Noto Sans CJK KR" w:hAnsi="Noto Sans CJK KR" w:eastAsia="Noto Sans CJK KR"/>
          <w:b w:val="0"/>
          <w:i w:val="0"/>
          <w:sz w:val="20"/>
        </w:rPr>
        <w:t>이벤트마다 중복되지 않는 식별자를 생성한다.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space="0" w:color="B7B7B7"/>
          <w:left w:val="single" w:sz="4" w:space="0" w:color="B7B7B7"/>
          <w:bottom w:val="single" w:sz="4" w:space="0" w:color="B7B7B7"/>
          <w:right w:val="single" w:sz="4" w:space="0" w:color="B7B7B7"/>
          <w:insideH w:val="single" w:sz="4" w:space="0" w:color="B7B7B7"/>
          <w:insideV w:val="single" w:sz="4" w:space="0" w:color="B7B7B7"/>
        </w:tblBorders>
      </w:tblPr>
      <w:tblGrid>
        <w:gridCol w:w="3402"/>
        <w:gridCol w:w="3402"/>
        <w:gridCol w:w="3402"/>
      </w:tblGrid>
      <w:tr>
        <w:trPr>
          <w:tblHeader w:val="true"/>
        </w:trPr>
        <w:tc>
          <w:tcPr>
            <w:tcW w:type="dxa" w:w="2268"/>
            <w:shd w:fill="1F4E78"/>
            <w:tcMar>
              <w:top w:w="80" w:type="dxa"/>
              <w:start w:w="70" w:type="dxa"/>
              <w:bottom w:w="80" w:type="dxa"/>
              <w:end w:w="7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Noto Sans CJK KR" w:hAnsi="Noto Sans CJK KR" w:eastAsia="Noto Sans CJK KR"/>
                <w:b/>
                <w:color w:val="FFFFFF"/>
                <w:sz w:val="16"/>
              </w:rPr>
              <w:t>이벤트 구분</w:t>
            </w:r>
          </w:p>
        </w:tc>
        <w:tc>
          <w:tcPr>
            <w:tcW w:type="dxa" w:w="3969"/>
            <w:shd w:fill="1F4E78"/>
            <w:tcMar>
              <w:top w:w="80" w:type="dxa"/>
              <w:start w:w="70" w:type="dxa"/>
              <w:bottom w:w="80" w:type="dxa"/>
              <w:end w:w="7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Noto Sans CJK KR" w:hAnsi="Noto Sans CJK KR" w:eastAsia="Noto Sans CJK KR"/>
                <w:b/>
                <w:color w:val="FFFFFF"/>
                <w:sz w:val="16"/>
              </w:rPr>
              <w:t>식별자 형식</w:t>
            </w:r>
          </w:p>
        </w:tc>
        <w:tc>
          <w:tcPr>
            <w:tcW w:type="dxa" w:w="3402"/>
            <w:shd w:fill="1F4E78"/>
            <w:tcMar>
              <w:top w:w="80" w:type="dxa"/>
              <w:start w:w="70" w:type="dxa"/>
              <w:bottom w:w="80" w:type="dxa"/>
              <w:end w:w="7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Noto Sans CJK KR" w:hAnsi="Noto Sans CJK KR" w:eastAsia="Noto Sans CJK KR"/>
                <w:b/>
                <w:color w:val="FFFFFF"/>
                <w:sz w:val="16"/>
              </w:rPr>
              <w:t>예시</w:t>
            </w:r>
          </w:p>
        </w:tc>
      </w:tr>
      <w:tr>
        <w:tc>
          <w:tcPr>
            <w:tcW w:type="dxa" w:w="2268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7"/>
              </w:rPr>
              <w:t>이상 이벤트</w:t>
            </w:r>
          </w:p>
        </w:tc>
        <w:tc>
          <w:tcPr>
            <w:tcW w:type="dxa" w:w="3969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7"/>
              </w:rPr>
              <w:t>ANOMALY_{YYYYMMDD}_{HHMMSS}_{순번}</w:t>
            </w:r>
          </w:p>
        </w:tc>
        <w:tc>
          <w:tcPr>
            <w:tcW w:type="dxa" w:w="3402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7"/>
              </w:rPr>
              <w:t>ANOMALY_20260718_231532_001</w:t>
            </w:r>
          </w:p>
        </w:tc>
      </w:tr>
      <w:tr>
        <w:tc>
          <w:tcPr>
            <w:tcW w:type="dxa" w:w="2268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  <w:shd w:fill="F8FBFD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7"/>
              </w:rPr>
              <w:t>방문자 이벤트</w:t>
            </w:r>
          </w:p>
        </w:tc>
        <w:tc>
          <w:tcPr>
            <w:tcW w:type="dxa" w:w="3969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  <w:shd w:fill="F8FBFD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7"/>
              </w:rPr>
              <w:t>VISITOR_{YYYYMMDD}_{HHMMSS}_{순번}</w:t>
            </w:r>
          </w:p>
        </w:tc>
        <w:tc>
          <w:tcPr>
            <w:tcW w:type="dxa" w:w="3402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  <w:shd w:fill="F8FBFD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7"/>
              </w:rPr>
              <w:t>VISITOR_20260718_143015_001</w:t>
            </w:r>
          </w:p>
        </w:tc>
      </w:tr>
      <w:tr>
        <w:tc>
          <w:tcPr>
            <w:tcW w:type="dxa" w:w="2268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7"/>
              </w:rPr>
              <w:t>순찰 이벤트</w:t>
            </w:r>
          </w:p>
        </w:tc>
        <w:tc>
          <w:tcPr>
            <w:tcW w:type="dxa" w:w="3969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7"/>
              </w:rPr>
              <w:t>PATROL_{YYYYMMDD}_{HHMMSS}_{순번}</w:t>
            </w:r>
          </w:p>
        </w:tc>
        <w:tc>
          <w:tcPr>
            <w:tcW w:type="dxa" w:w="3402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7"/>
              </w:rPr>
              <w:t>PATROL_20260718_220000_001</w:t>
            </w:r>
          </w:p>
        </w:tc>
      </w:tr>
      <w:tr>
        <w:tc>
          <w:tcPr>
            <w:tcW w:type="dxa" w:w="2268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  <w:shd w:fill="F8FBFD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7"/>
              </w:rPr>
              <w:t>오류 이벤트</w:t>
            </w:r>
          </w:p>
        </w:tc>
        <w:tc>
          <w:tcPr>
            <w:tcW w:type="dxa" w:w="3969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  <w:shd w:fill="F8FBFD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7"/>
              </w:rPr>
              <w:t>ERROR_{YYYYMMDD}_{HHMMSS}_{순번}</w:t>
            </w:r>
          </w:p>
        </w:tc>
        <w:tc>
          <w:tcPr>
            <w:tcW w:type="dxa" w:w="3402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  <w:shd w:fill="F8FBFD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7"/>
              </w:rPr>
              <w:t>ERROR_20260718_220101_001</w:t>
            </w:r>
          </w:p>
        </w:tc>
      </w:tr>
    </w:tbl>
    <w:p>
      <w:pPr>
        <w:spacing w:after="0"/>
      </w:pPr>
    </w:p>
    <w:p>
      <w:pPr>
        <w:pStyle w:val="Heading1"/>
        <w:keepNext/>
        <w:pBdr>
          <w:bottom w:val="single" w:sz="8" w:space="3" w:color="1F4E78"/>
        </w:pBdr>
      </w:pPr>
      <w:r>
        <w:t>40. 시간 명세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space="0" w:color="7F8C8D"/>
          <w:left w:val="single" w:sz="4" w:space="0" w:color="7F8C8D"/>
          <w:bottom w:val="single" w:sz="4" w:space="0" w:color="7F8C8D"/>
          <w:right w:val="single" w:sz="4" w:space="0" w:color="7F8C8D"/>
          <w:insideH w:val="single" w:sz="4" w:space="0" w:color="7F8C8D"/>
          <w:insideV w:val="single" w:sz="4" w:space="0" w:color="7F8C8D"/>
        </w:tblBorders>
      </w:tblPr>
      <w:tblGrid>
        <w:gridCol w:w="2551"/>
        <w:gridCol w:w="2551"/>
        <w:gridCol w:w="2551"/>
        <w:gridCol w:w="2551"/>
      </w:tblGrid>
      <w:tr>
        <w:trPr>
          <w:cantSplit/>
        </w:trPr>
        <w:tc>
          <w:tcPr>
            <w:tcW w:type="dxa" w:w="1360"/>
            <w:tcMar>
              <w:top w:w="85" w:type="dxa"/>
              <w:start w:w="80" w:type="dxa"/>
              <w:bottom w:w="85" w:type="dxa"/>
              <w:end w:w="80" w:type="dxa"/>
            </w:tcMar>
            <w:vAlign w:val="center"/>
            <w:shd w:fill="D9EAF7"/>
          </w:tcPr>
          <w:p>
            <w:pPr>
              <w:spacing w:after="0"/>
              <w:jc w:val="center"/>
            </w:pPr>
            <w:r>
              <w:rPr>
                <w:rFonts w:ascii="Noto Sans CJK KR" w:hAnsi="Noto Sans CJK KR" w:eastAsia="Noto Sans CJK KR"/>
                <w:b/>
                <w:sz w:val="17"/>
              </w:rPr>
              <w:t>HS-OR-COM-002</w:t>
            </w:r>
          </w:p>
        </w:tc>
        <w:tc>
          <w:tcPr>
            <w:tcW w:type="dxa" w:w="5953"/>
            <w:tcMar>
              <w:top w:w="85" w:type="dxa"/>
              <w:start w:w="80" w:type="dxa"/>
              <w:bottom w:w="85" w:type="dxa"/>
              <w:end w:w="8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Noto Sans CJK KR" w:hAnsi="Noto Sans CJK KR" w:eastAsia="Noto Sans CJK KR"/>
                <w:b w:val="0"/>
                <w:sz w:val="17"/>
              </w:rPr>
              <w:t>모든 ROS 2 메시지 시간은 builtin_interfaces/msg/Time을 사용하고, 로봇 PC와 원격 PC의 시스템 시간을 NTP 또는 Chrony로 동기화하여야 한다.</w:t>
            </w:r>
          </w:p>
        </w:tc>
        <w:tc>
          <w:tcPr>
            <w:tcW w:type="dxa" w:w="1020"/>
            <w:tcMar>
              <w:top w:w="85" w:type="dxa"/>
              <w:start w:w="80" w:type="dxa"/>
              <w:bottom w:w="85" w:type="dxa"/>
              <w:end w:w="80" w:type="dxa"/>
            </w:tcMar>
            <w:vAlign w:val="center"/>
            <w:shd w:fill="F5F5F5"/>
          </w:tcPr>
          <w:p>
            <w:pPr>
              <w:spacing w:after="0"/>
              <w:jc w:val="center"/>
            </w:pPr>
            <w:r>
              <w:rPr>
                <w:rFonts w:ascii="Noto Sans CJK KR" w:hAnsi="Noto Sans CJK KR" w:eastAsia="Noto Sans CJK KR"/>
                <w:b w:val="0"/>
                <w:sz w:val="17"/>
              </w:rPr>
              <w:t>필수</w:t>
            </w:r>
          </w:p>
        </w:tc>
        <w:tc>
          <w:tcPr>
            <w:tcW w:type="dxa" w:w="1304"/>
            <w:tcMar>
              <w:top w:w="85" w:type="dxa"/>
              <w:start w:w="80" w:type="dxa"/>
              <w:bottom w:w="85" w:type="dxa"/>
              <w:end w:w="80" w:type="dxa"/>
            </w:tcMar>
            <w:vAlign w:val="center"/>
            <w:shd w:fill="F5F5F5"/>
          </w:tcPr>
          <w:p>
            <w:pPr>
              <w:spacing w:after="0"/>
              <w:jc w:val="center"/>
            </w:pPr>
            <w:r>
              <w:rPr>
                <w:rFonts w:ascii="Noto Sans CJK KR" w:hAnsi="Noto Sans CJK KR" w:eastAsia="Noto Sans CJK KR"/>
                <w:b w:val="0"/>
                <w:sz w:val="17"/>
              </w:rPr>
              <w:t>시험</w:t>
            </w:r>
          </w:p>
        </w:tc>
      </w:tr>
    </w:tbl>
    <w:p>
      <w:pPr>
        <w:spacing w:after="0"/>
      </w:pPr>
    </w:p>
    <w:p>
      <w:pPr>
        <w:spacing w:before="0" w:after="80" w:line="312" w:lineRule="auto"/>
      </w:pPr>
      <w:r>
        <w:rPr>
          <w:rFonts w:ascii="Noto Sans CJK KR" w:hAnsi="Noto Sans CJK KR" w:eastAsia="Noto Sans CJK KR"/>
          <w:b w:val="0"/>
          <w:i w:val="0"/>
          <w:sz w:val="20"/>
        </w:rPr>
        <w:t>로그와 보고서의 시간 문자열 형식은 YYYY-MM-DD HH:MM:SS를 사용한다.</w:t>
      </w:r>
    </w:p>
    <w:p>
      <w:pPr>
        <w:spacing w:before="40" w:after="100" w:line="240" w:lineRule="auto"/>
        <w:ind w:left="283" w:right="283"/>
        <w:shd w:fill="F2F2F2"/>
      </w:pPr>
      <w:r>
        <w:rPr>
          <w:rFonts w:ascii="Noto Sans Mono CJK KR" w:hAnsi="Noto Sans Mono CJK KR" w:eastAsia="Noto Sans Mono CJK KR"/>
          <w:sz w:val="17"/>
        </w:rPr>
        <w:t>2026-07-18 23:15:32</w:t>
      </w:r>
    </w:p>
    <w:p>
      <w:pPr>
        <w:pStyle w:val="Heading1"/>
        <w:pageBreakBefore/>
        <w:keepNext/>
        <w:pBdr>
          <w:bottom w:val="single" w:sz="8" w:space="3" w:color="1F4E78"/>
        </w:pBdr>
      </w:pPr>
      <w:r>
        <w:t>41. 원격 PC 통신 조건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space="0" w:color="7F8C8D"/>
          <w:left w:val="single" w:sz="4" w:space="0" w:color="7F8C8D"/>
          <w:bottom w:val="single" w:sz="4" w:space="0" w:color="7F8C8D"/>
          <w:right w:val="single" w:sz="4" w:space="0" w:color="7F8C8D"/>
          <w:insideH w:val="single" w:sz="4" w:space="0" w:color="7F8C8D"/>
          <w:insideV w:val="single" w:sz="4" w:space="0" w:color="7F8C8D"/>
        </w:tblBorders>
      </w:tblPr>
      <w:tblGrid>
        <w:gridCol w:w="2551"/>
        <w:gridCol w:w="2551"/>
        <w:gridCol w:w="2551"/>
        <w:gridCol w:w="2551"/>
      </w:tblGrid>
      <w:tr>
        <w:trPr>
          <w:cantSplit/>
        </w:trPr>
        <w:tc>
          <w:tcPr>
            <w:tcW w:type="dxa" w:w="1360"/>
            <w:tcMar>
              <w:top w:w="85" w:type="dxa"/>
              <w:start w:w="80" w:type="dxa"/>
              <w:bottom w:w="85" w:type="dxa"/>
              <w:end w:w="80" w:type="dxa"/>
            </w:tcMar>
            <w:vAlign w:val="center"/>
            <w:shd w:fill="D9EAF7"/>
          </w:tcPr>
          <w:p>
            <w:pPr>
              <w:spacing w:after="0"/>
              <w:jc w:val="center"/>
            </w:pPr>
            <w:r>
              <w:rPr>
                <w:rFonts w:ascii="Noto Sans CJK KR" w:hAnsi="Noto Sans CJK KR" w:eastAsia="Noto Sans CJK KR"/>
                <w:b/>
                <w:sz w:val="17"/>
              </w:rPr>
              <w:t>HS-OR-COM-003</w:t>
            </w:r>
          </w:p>
        </w:tc>
        <w:tc>
          <w:tcPr>
            <w:tcW w:type="dxa" w:w="5953"/>
            <w:tcMar>
              <w:top w:w="85" w:type="dxa"/>
              <w:start w:w="80" w:type="dxa"/>
              <w:bottom w:w="85" w:type="dxa"/>
              <w:end w:w="8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Noto Sans CJK KR" w:hAnsi="Noto Sans CJK KR" w:eastAsia="Noto Sans CJK KR"/>
                <w:b w:val="0"/>
                <w:sz w:val="17"/>
              </w:rPr>
              <w:t>로봇 PC와 원격 PC는 동일한 ROS_DOMAIN_ID를 사용하고 ROS_LOCALHOST_ONLY=0으로 설정하여야 한다.</w:t>
            </w:r>
          </w:p>
        </w:tc>
        <w:tc>
          <w:tcPr>
            <w:tcW w:type="dxa" w:w="1020"/>
            <w:tcMar>
              <w:top w:w="85" w:type="dxa"/>
              <w:start w:w="80" w:type="dxa"/>
              <w:bottom w:w="85" w:type="dxa"/>
              <w:end w:w="80" w:type="dxa"/>
            </w:tcMar>
            <w:vAlign w:val="center"/>
            <w:shd w:fill="F5F5F5"/>
          </w:tcPr>
          <w:p>
            <w:pPr>
              <w:spacing w:after="0"/>
              <w:jc w:val="center"/>
            </w:pPr>
            <w:r>
              <w:rPr>
                <w:rFonts w:ascii="Noto Sans CJK KR" w:hAnsi="Noto Sans CJK KR" w:eastAsia="Noto Sans CJK KR"/>
                <w:b w:val="0"/>
                <w:sz w:val="17"/>
              </w:rPr>
              <w:t>필수</w:t>
            </w:r>
          </w:p>
        </w:tc>
        <w:tc>
          <w:tcPr>
            <w:tcW w:type="dxa" w:w="1304"/>
            <w:tcMar>
              <w:top w:w="85" w:type="dxa"/>
              <w:start w:w="80" w:type="dxa"/>
              <w:bottom w:w="85" w:type="dxa"/>
              <w:end w:w="80" w:type="dxa"/>
            </w:tcMar>
            <w:vAlign w:val="center"/>
            <w:shd w:fill="F5F5F5"/>
          </w:tcPr>
          <w:p>
            <w:pPr>
              <w:spacing w:after="0"/>
              <w:jc w:val="center"/>
            </w:pPr>
            <w:r>
              <w:rPr>
                <w:rFonts w:ascii="Noto Sans CJK KR" w:hAnsi="Noto Sans CJK KR" w:eastAsia="Noto Sans CJK KR"/>
                <w:b w:val="0"/>
                <w:sz w:val="17"/>
              </w:rPr>
              <w:t>시험</w:t>
            </w:r>
          </w:p>
        </w:tc>
      </w:tr>
    </w:tbl>
    <w:p>
      <w:pPr>
        <w:spacing w:after="0"/>
      </w:pPr>
    </w:p>
    <w:p>
      <w:pPr>
        <w:spacing w:before="0" w:after="80" w:line="312" w:lineRule="auto"/>
      </w:pPr>
      <w:r>
        <w:rPr>
          <w:rFonts w:ascii="Noto Sans CJK KR" w:hAnsi="Noto Sans CJK KR" w:eastAsia="Noto Sans CJK KR"/>
          <w:b w:val="0"/>
          <w:i w:val="0"/>
          <w:sz w:val="20"/>
        </w:rPr>
        <w:t>로봇 PC 설정 예시</w:t>
      </w:r>
    </w:p>
    <w:p>
      <w:pPr>
        <w:spacing w:before="40" w:after="100" w:line="240" w:lineRule="auto"/>
        <w:ind w:left="283" w:right="283"/>
        <w:shd w:fill="F2F2F2"/>
      </w:pPr>
      <w:r>
        <w:rPr>
          <w:rFonts w:ascii="Noto Sans Mono CJK KR" w:hAnsi="Noto Sans Mono CJK KR" w:eastAsia="Noto Sans Mono CJK KR"/>
          <w:sz w:val="17"/>
        </w:rPr>
        <w:t>export ROS_DOMAIN_ID=30</w:t>
        <w:br/>
      </w:r>
      <w:r>
        <w:rPr>
          <w:rFonts w:ascii="Noto Sans Mono CJK KR" w:hAnsi="Noto Sans Mono CJK KR" w:eastAsia="Noto Sans Mono CJK KR"/>
          <w:sz w:val="17"/>
        </w:rPr>
        <w:t>export TURTLEBOT3_MODEL=burger</w:t>
        <w:br/>
      </w:r>
      <w:r>
        <w:rPr>
          <w:rFonts w:ascii="Noto Sans Mono CJK KR" w:hAnsi="Noto Sans Mono CJK KR" w:eastAsia="Noto Sans Mono CJK KR"/>
          <w:sz w:val="17"/>
        </w:rPr>
        <w:t>export ROS_LOCALHOST_ONLY=0</w:t>
      </w:r>
    </w:p>
    <w:p>
      <w:pPr>
        <w:spacing w:before="0" w:after="80" w:line="312" w:lineRule="auto"/>
      </w:pPr>
      <w:r>
        <w:rPr>
          <w:rFonts w:ascii="Noto Sans CJK KR" w:hAnsi="Noto Sans CJK KR" w:eastAsia="Noto Sans CJK KR"/>
          <w:b w:val="0"/>
          <w:i w:val="0"/>
          <w:sz w:val="20"/>
        </w:rPr>
        <w:t>원격 PC 설정 예시</w:t>
      </w:r>
    </w:p>
    <w:p>
      <w:pPr>
        <w:spacing w:before="40" w:after="100" w:line="240" w:lineRule="auto"/>
        <w:ind w:left="283" w:right="283"/>
        <w:shd w:fill="F2F2F2"/>
      </w:pPr>
      <w:r>
        <w:rPr>
          <w:rFonts w:ascii="Noto Sans Mono CJK KR" w:hAnsi="Noto Sans Mono CJK KR" w:eastAsia="Noto Sans Mono CJK KR"/>
          <w:sz w:val="17"/>
        </w:rPr>
        <w:t>export ROS_DOMAIN_ID=30</w:t>
        <w:br/>
      </w:r>
      <w:r>
        <w:rPr>
          <w:rFonts w:ascii="Noto Sans Mono CJK KR" w:hAnsi="Noto Sans Mono CJK KR" w:eastAsia="Noto Sans Mono CJK KR"/>
          <w:sz w:val="17"/>
        </w:rPr>
        <w:t>export TURTLEBOT3_MODEL=burger</w:t>
        <w:br/>
      </w:r>
      <w:r>
        <w:rPr>
          <w:rFonts w:ascii="Noto Sans Mono CJK KR" w:hAnsi="Noto Sans Mono CJK KR" w:eastAsia="Noto Sans Mono CJK KR"/>
          <w:sz w:val="17"/>
        </w:rPr>
        <w:t>export ROS_LOCALHOST_ONLY=0</w:t>
      </w:r>
    </w:p>
    <w:p>
      <w:pPr>
        <w:pStyle w:val="Heading1"/>
        <w:keepNext/>
        <w:pBdr>
          <w:bottom w:val="single" w:sz="8" w:space="3" w:color="1F4E78"/>
        </w:pBdr>
      </w:pPr>
      <w:r>
        <w:t>42. 원격 GUI 표시 항목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space="0" w:color="B7B7B7"/>
          <w:left w:val="single" w:sz="4" w:space="0" w:color="B7B7B7"/>
          <w:bottom w:val="single" w:sz="4" w:space="0" w:color="B7B7B7"/>
          <w:right w:val="single" w:sz="4" w:space="0" w:color="B7B7B7"/>
          <w:insideH w:val="single" w:sz="4" w:space="0" w:color="B7B7B7"/>
          <w:insideV w:val="single" w:sz="4" w:space="0" w:color="B7B7B7"/>
        </w:tblBorders>
      </w:tblPr>
      <w:tblGrid>
        <w:gridCol w:w="5103"/>
        <w:gridCol w:w="5103"/>
      </w:tblGrid>
      <w:tr>
        <w:trPr>
          <w:tblHeader w:val="true"/>
        </w:trPr>
        <w:tc>
          <w:tcPr>
            <w:tcW w:type="dxa" w:w="2268"/>
            <w:shd w:fill="1F4E78"/>
            <w:tcMar>
              <w:top w:w="80" w:type="dxa"/>
              <w:start w:w="70" w:type="dxa"/>
              <w:bottom w:w="80" w:type="dxa"/>
              <w:end w:w="7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Noto Sans CJK KR" w:hAnsi="Noto Sans CJK KR" w:eastAsia="Noto Sans CJK KR"/>
                <w:b/>
                <w:color w:val="FFFFFF"/>
                <w:sz w:val="16"/>
              </w:rPr>
              <w:t>화면 영역</w:t>
            </w:r>
          </w:p>
        </w:tc>
        <w:tc>
          <w:tcPr>
            <w:tcW w:type="dxa" w:w="7371"/>
            <w:shd w:fill="1F4E78"/>
            <w:tcMar>
              <w:top w:w="80" w:type="dxa"/>
              <w:start w:w="70" w:type="dxa"/>
              <w:bottom w:w="80" w:type="dxa"/>
              <w:end w:w="7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Noto Sans CJK KR" w:hAnsi="Noto Sans CJK KR" w:eastAsia="Noto Sans CJK KR"/>
                <w:b/>
                <w:color w:val="FFFFFF"/>
                <w:sz w:val="16"/>
              </w:rPr>
              <w:t>표시 내용</w:t>
            </w:r>
          </w:p>
        </w:tc>
      </w:tr>
      <w:tr>
        <w:tc>
          <w:tcPr>
            <w:tcW w:type="dxa" w:w="2268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/>
                <w:sz w:val="17"/>
              </w:rPr>
              <w:t>로봇 상태</w:t>
            </w:r>
          </w:p>
        </w:tc>
        <w:tc>
          <w:tcPr>
            <w:tcW w:type="dxa" w:w="7371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7"/>
              </w:rPr>
              <w:t>운용 모드, 시스템 상태, 현재 임무</w:t>
            </w:r>
          </w:p>
        </w:tc>
      </w:tr>
      <w:tr>
        <w:tc>
          <w:tcPr>
            <w:tcW w:type="dxa" w:w="2268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  <w:shd w:fill="F8FBFD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/>
                <w:sz w:val="17"/>
              </w:rPr>
              <w:t>지도</w:t>
            </w:r>
          </w:p>
        </w:tc>
        <w:tc>
          <w:tcPr>
            <w:tcW w:type="dxa" w:w="7371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  <w:shd w:fill="F8FBFD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7"/>
              </w:rPr>
              <w:t>사무실 지도, 로봇 위치, 순찰 경로</w:t>
            </w:r>
          </w:p>
        </w:tc>
      </w:tr>
      <w:tr>
        <w:tc>
          <w:tcPr>
            <w:tcW w:type="dxa" w:w="2268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/>
                <w:sz w:val="17"/>
              </w:rPr>
              <w:t>배터리</w:t>
            </w:r>
          </w:p>
        </w:tc>
        <w:tc>
          <w:tcPr>
            <w:tcW w:type="dxa" w:w="7371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7"/>
              </w:rPr>
              <w:t>전압, 잔량, 충전 상태</w:t>
            </w:r>
          </w:p>
        </w:tc>
      </w:tr>
      <w:tr>
        <w:tc>
          <w:tcPr>
            <w:tcW w:type="dxa" w:w="2268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  <w:shd w:fill="F8FBFD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/>
                <w:sz w:val="17"/>
              </w:rPr>
              <w:t>카메라</w:t>
            </w:r>
          </w:p>
        </w:tc>
        <w:tc>
          <w:tcPr>
            <w:tcW w:type="dxa" w:w="7371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  <w:shd w:fill="F8FBFD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7"/>
              </w:rPr>
              <w:t>실시간 압축 영상</w:t>
            </w:r>
          </w:p>
        </w:tc>
      </w:tr>
      <w:tr>
        <w:tc>
          <w:tcPr>
            <w:tcW w:type="dxa" w:w="2268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/>
                <w:sz w:val="17"/>
              </w:rPr>
              <w:t>순찰</w:t>
            </w:r>
          </w:p>
        </w:tc>
        <w:tc>
          <w:tcPr>
            <w:tcW w:type="dxa" w:w="7371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7"/>
              </w:rPr>
              <w:t>현재 위치, 목표 위치, 진행률, 순찰 횟수</w:t>
            </w:r>
          </w:p>
        </w:tc>
      </w:tr>
      <w:tr>
        <w:tc>
          <w:tcPr>
            <w:tcW w:type="dxa" w:w="2268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  <w:shd w:fill="F8FBFD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/>
                <w:sz w:val="17"/>
              </w:rPr>
              <w:t>방문자</w:t>
            </w:r>
          </w:p>
        </w:tc>
        <w:tc>
          <w:tcPr>
            <w:tcW w:type="dxa" w:w="7371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  <w:shd w:fill="F8FBFD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7"/>
              </w:rPr>
              <w:t>감지 인원, 방문자 이벤트, 메모</w:t>
            </w:r>
          </w:p>
        </w:tc>
      </w:tr>
      <w:tr>
        <w:tc>
          <w:tcPr>
            <w:tcW w:type="dxa" w:w="2268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/>
                <w:sz w:val="17"/>
              </w:rPr>
              <w:t>이상 상황</w:t>
            </w:r>
          </w:p>
        </w:tc>
        <w:tc>
          <w:tcPr>
            <w:tcW w:type="dxa" w:w="7371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7"/>
              </w:rPr>
              <w:t>이벤트 유형, 위치, 신뢰도, 증거 이미지</w:t>
            </w:r>
          </w:p>
        </w:tc>
      </w:tr>
      <w:tr>
        <w:tc>
          <w:tcPr>
            <w:tcW w:type="dxa" w:w="2268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  <w:shd w:fill="F8FBFD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/>
                <w:sz w:val="17"/>
              </w:rPr>
              <w:t>관리자 판단</w:t>
            </w:r>
          </w:p>
        </w:tc>
        <w:tc>
          <w:tcPr>
            <w:tcW w:type="dxa" w:w="7371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  <w:shd w:fill="F8FBFD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7"/>
              </w:rPr>
              <w:t>승인, 오탐, 경비 호출, 재확인</w:t>
            </w:r>
          </w:p>
        </w:tc>
      </w:tr>
      <w:tr>
        <w:tc>
          <w:tcPr>
            <w:tcW w:type="dxa" w:w="2268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/>
                <w:sz w:val="17"/>
              </w:rPr>
              <w:t>원격 조종</w:t>
            </w:r>
          </w:p>
        </w:tc>
        <w:tc>
          <w:tcPr>
            <w:tcW w:type="dxa" w:w="7371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7"/>
              </w:rPr>
              <w:t>전진, 후진, 좌회전, 우회전, 정지</w:t>
            </w:r>
          </w:p>
        </w:tc>
      </w:tr>
      <w:tr>
        <w:tc>
          <w:tcPr>
            <w:tcW w:type="dxa" w:w="2268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  <w:shd w:fill="F8FBFD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/>
                <w:sz w:val="17"/>
              </w:rPr>
              <w:t>안전</w:t>
            </w:r>
          </w:p>
        </w:tc>
        <w:tc>
          <w:tcPr>
            <w:tcW w:type="dxa" w:w="7371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  <w:shd w:fill="F8FBFD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7"/>
              </w:rPr>
              <w:t>비상정지, 장애물 경고, 통신 상태</w:t>
            </w:r>
          </w:p>
        </w:tc>
      </w:tr>
      <w:tr>
        <w:tc>
          <w:tcPr>
            <w:tcW w:type="dxa" w:w="2268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/>
                <w:sz w:val="17"/>
              </w:rPr>
              <w:t>보고서</w:t>
            </w:r>
          </w:p>
        </w:tc>
        <w:tc>
          <w:tcPr>
            <w:tcW w:type="dxa" w:w="7371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7"/>
              </w:rPr>
              <w:t>최근 순찰 및 이상 상황 보고서</w:t>
            </w:r>
          </w:p>
        </w:tc>
      </w:tr>
    </w:tbl>
    <w:p>
      <w:pPr>
        <w:spacing w:after="0"/>
      </w:pPr>
    </w:p>
    <w:p>
      <w:pPr>
        <w:pStyle w:val="Heading1"/>
        <w:keepNext/>
        <w:pBdr>
          <w:bottom w:val="single" w:sz="8" w:space="3" w:color="1F4E78"/>
        </w:pBdr>
      </w:pPr>
      <w:r>
        <w:t>43. 원격 GUI 명령 제한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space="0" w:color="7F8C8D"/>
          <w:left w:val="single" w:sz="4" w:space="0" w:color="7F8C8D"/>
          <w:bottom w:val="single" w:sz="4" w:space="0" w:color="7F8C8D"/>
          <w:right w:val="single" w:sz="4" w:space="0" w:color="7F8C8D"/>
          <w:insideH w:val="single" w:sz="4" w:space="0" w:color="7F8C8D"/>
          <w:insideV w:val="single" w:sz="4" w:space="0" w:color="7F8C8D"/>
        </w:tblBorders>
      </w:tblPr>
      <w:tblGrid>
        <w:gridCol w:w="2551"/>
        <w:gridCol w:w="2551"/>
        <w:gridCol w:w="2551"/>
        <w:gridCol w:w="2551"/>
      </w:tblGrid>
      <w:tr>
        <w:trPr>
          <w:cantSplit/>
        </w:trPr>
        <w:tc>
          <w:tcPr>
            <w:tcW w:type="dxa" w:w="1360"/>
            <w:tcMar>
              <w:top w:w="85" w:type="dxa"/>
              <w:start w:w="80" w:type="dxa"/>
              <w:bottom w:w="85" w:type="dxa"/>
              <w:end w:w="80" w:type="dxa"/>
            </w:tcMar>
            <w:vAlign w:val="center"/>
            <w:shd w:fill="D9EAF7"/>
          </w:tcPr>
          <w:p>
            <w:pPr>
              <w:spacing w:after="0"/>
              <w:jc w:val="center"/>
            </w:pPr>
            <w:r>
              <w:rPr>
                <w:rFonts w:ascii="Noto Sans CJK KR" w:hAnsi="Noto Sans CJK KR" w:eastAsia="Noto Sans CJK KR"/>
                <w:b/>
                <w:sz w:val="17"/>
              </w:rPr>
              <w:t>HS-OR-SAF-002</w:t>
            </w:r>
          </w:p>
        </w:tc>
        <w:tc>
          <w:tcPr>
            <w:tcW w:type="dxa" w:w="5953"/>
            <w:tcMar>
              <w:top w:w="85" w:type="dxa"/>
              <w:start w:w="80" w:type="dxa"/>
              <w:bottom w:w="85" w:type="dxa"/>
              <w:end w:w="8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Noto Sans CJK KR" w:hAnsi="Noto Sans CJK KR" w:eastAsia="Noto Sans CJK KR"/>
                <w:b w:val="0"/>
                <w:sz w:val="17"/>
              </w:rPr>
              <w:t>GUI 버튼은 로봇 상태와 안전 조건에 따라 활성화 또는 비활성화되어야 한다.</w:t>
            </w:r>
          </w:p>
        </w:tc>
        <w:tc>
          <w:tcPr>
            <w:tcW w:type="dxa" w:w="1020"/>
            <w:tcMar>
              <w:top w:w="85" w:type="dxa"/>
              <w:start w:w="80" w:type="dxa"/>
              <w:bottom w:w="85" w:type="dxa"/>
              <w:end w:w="80" w:type="dxa"/>
            </w:tcMar>
            <w:vAlign w:val="center"/>
            <w:shd w:fill="F5F5F5"/>
          </w:tcPr>
          <w:p>
            <w:pPr>
              <w:spacing w:after="0"/>
              <w:jc w:val="center"/>
            </w:pPr>
            <w:r>
              <w:rPr>
                <w:rFonts w:ascii="Noto Sans CJK KR" w:hAnsi="Noto Sans CJK KR" w:eastAsia="Noto Sans CJK KR"/>
                <w:b w:val="0"/>
                <w:sz w:val="17"/>
              </w:rPr>
              <w:t>필수</w:t>
            </w:r>
          </w:p>
        </w:tc>
        <w:tc>
          <w:tcPr>
            <w:tcW w:type="dxa" w:w="1304"/>
            <w:tcMar>
              <w:top w:w="85" w:type="dxa"/>
              <w:start w:w="80" w:type="dxa"/>
              <w:bottom w:w="85" w:type="dxa"/>
              <w:end w:w="80" w:type="dxa"/>
            </w:tcMar>
            <w:vAlign w:val="center"/>
            <w:shd w:fill="F5F5F5"/>
          </w:tcPr>
          <w:p>
            <w:pPr>
              <w:spacing w:after="0"/>
              <w:jc w:val="center"/>
            </w:pPr>
            <w:r>
              <w:rPr>
                <w:rFonts w:ascii="Noto Sans CJK KR" w:hAnsi="Noto Sans CJK KR" w:eastAsia="Noto Sans CJK KR"/>
                <w:b w:val="0"/>
                <w:sz w:val="17"/>
              </w:rPr>
              <w:t>시험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space="0" w:color="B7B7B7"/>
          <w:left w:val="single" w:sz="4" w:space="0" w:color="B7B7B7"/>
          <w:bottom w:val="single" w:sz="4" w:space="0" w:color="B7B7B7"/>
          <w:right w:val="single" w:sz="4" w:space="0" w:color="B7B7B7"/>
          <w:insideH w:val="single" w:sz="4" w:space="0" w:color="B7B7B7"/>
          <w:insideV w:val="single" w:sz="4" w:space="0" w:color="B7B7B7"/>
        </w:tblBorders>
      </w:tblPr>
      <w:tblGrid>
        <w:gridCol w:w="5103"/>
        <w:gridCol w:w="5103"/>
      </w:tblGrid>
      <w:tr>
        <w:trPr>
          <w:tblHeader w:val="true"/>
        </w:trPr>
        <w:tc>
          <w:tcPr>
            <w:tcW w:type="dxa" w:w="2835"/>
            <w:shd w:fill="1F4E78"/>
            <w:tcMar>
              <w:top w:w="80" w:type="dxa"/>
              <w:start w:w="70" w:type="dxa"/>
              <w:bottom w:w="80" w:type="dxa"/>
              <w:end w:w="7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Noto Sans CJK KR" w:hAnsi="Noto Sans CJK KR" w:eastAsia="Noto Sans CJK KR"/>
                <w:b/>
                <w:color w:val="FFFFFF"/>
                <w:sz w:val="16"/>
              </w:rPr>
              <w:t>버튼</w:t>
            </w:r>
          </w:p>
        </w:tc>
        <w:tc>
          <w:tcPr>
            <w:tcW w:type="dxa" w:w="6804"/>
            <w:shd w:fill="1F4E78"/>
            <w:tcMar>
              <w:top w:w="80" w:type="dxa"/>
              <w:start w:w="70" w:type="dxa"/>
              <w:bottom w:w="80" w:type="dxa"/>
              <w:end w:w="7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Noto Sans CJK KR" w:hAnsi="Noto Sans CJK KR" w:eastAsia="Noto Sans CJK KR"/>
                <w:b/>
                <w:color w:val="FFFFFF"/>
                <w:sz w:val="16"/>
              </w:rPr>
              <w:t>활성화 조건</w:t>
            </w:r>
          </w:p>
        </w:tc>
      </w:tr>
      <w:tr>
        <w:tc>
          <w:tcPr>
            <w:tcW w:type="dxa" w:w="2835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7"/>
              </w:rPr>
              <w:t>주간 모드</w:t>
            </w:r>
          </w:p>
        </w:tc>
        <w:tc>
          <w:tcPr>
            <w:tcW w:type="dxa" w:w="6804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7"/>
              </w:rPr>
              <w:t>비상정지 해제 상태</w:t>
            </w:r>
          </w:p>
        </w:tc>
      </w:tr>
      <w:tr>
        <w:tc>
          <w:tcPr>
            <w:tcW w:type="dxa" w:w="2835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  <w:shd w:fill="F8FBFD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7"/>
              </w:rPr>
              <w:t>야간 모드</w:t>
            </w:r>
          </w:p>
        </w:tc>
        <w:tc>
          <w:tcPr>
            <w:tcW w:type="dxa" w:w="6804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  <w:shd w:fill="F8FBFD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7"/>
              </w:rPr>
              <w:t>비상정지 해제 및 Nav2 준비 상태</w:t>
            </w:r>
          </w:p>
        </w:tc>
      </w:tr>
      <w:tr>
        <w:tc>
          <w:tcPr>
            <w:tcW w:type="dxa" w:w="2835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7"/>
              </w:rPr>
              <w:t>원격 모드</w:t>
            </w:r>
          </w:p>
        </w:tc>
        <w:tc>
          <w:tcPr>
            <w:tcW w:type="dxa" w:w="6804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7"/>
              </w:rPr>
              <w:t>비상정지 해제 상태</w:t>
            </w:r>
          </w:p>
        </w:tc>
      </w:tr>
      <w:tr>
        <w:tc>
          <w:tcPr>
            <w:tcW w:type="dxa" w:w="2835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  <w:shd w:fill="F8FBFD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7"/>
              </w:rPr>
              <w:t>순찰 시작</w:t>
            </w:r>
          </w:p>
        </w:tc>
        <w:tc>
          <w:tcPr>
            <w:tcW w:type="dxa" w:w="6804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  <w:shd w:fill="F8FBFD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7"/>
              </w:rPr>
              <w:t>야간 모드, 배터리 정상, Nav2 준비</w:t>
            </w:r>
          </w:p>
        </w:tc>
      </w:tr>
      <w:tr>
        <w:tc>
          <w:tcPr>
            <w:tcW w:type="dxa" w:w="2835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7"/>
              </w:rPr>
              <w:t>순찰 중지</w:t>
            </w:r>
          </w:p>
        </w:tc>
        <w:tc>
          <w:tcPr>
            <w:tcW w:type="dxa" w:w="6804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7"/>
              </w:rPr>
              <w:t>순찰 실행 중</w:t>
            </w:r>
          </w:p>
        </w:tc>
      </w:tr>
      <w:tr>
        <w:tc>
          <w:tcPr>
            <w:tcW w:type="dxa" w:w="2835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  <w:shd w:fill="F8FBFD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7"/>
              </w:rPr>
              <w:t>원격 조종</w:t>
            </w:r>
          </w:p>
        </w:tc>
        <w:tc>
          <w:tcPr>
            <w:tcW w:type="dxa" w:w="6804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  <w:shd w:fill="F8FBFD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7"/>
              </w:rPr>
              <w:t>원격 모드</w:t>
            </w:r>
          </w:p>
        </w:tc>
      </w:tr>
      <w:tr>
        <w:tc>
          <w:tcPr>
            <w:tcW w:type="dxa" w:w="2835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7"/>
              </w:rPr>
              <w:t>증거 촬영</w:t>
            </w:r>
          </w:p>
        </w:tc>
        <w:tc>
          <w:tcPr>
            <w:tcW w:type="dxa" w:w="6804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7"/>
              </w:rPr>
              <w:t>카메라 정상 상태</w:t>
            </w:r>
          </w:p>
        </w:tc>
      </w:tr>
      <w:tr>
        <w:tc>
          <w:tcPr>
            <w:tcW w:type="dxa" w:w="2835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  <w:shd w:fill="F8FBFD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7"/>
              </w:rPr>
              <w:t>보고서 생성</w:t>
            </w:r>
          </w:p>
        </w:tc>
        <w:tc>
          <w:tcPr>
            <w:tcW w:type="dxa" w:w="6804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  <w:shd w:fill="F8FBFD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7"/>
              </w:rPr>
              <w:t>이벤트 또는 순찰 기록 존재</w:t>
            </w:r>
          </w:p>
        </w:tc>
      </w:tr>
      <w:tr>
        <w:tc>
          <w:tcPr>
            <w:tcW w:type="dxa" w:w="2835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7"/>
              </w:rPr>
              <w:t>비상정지</w:t>
            </w:r>
          </w:p>
        </w:tc>
        <w:tc>
          <w:tcPr>
            <w:tcW w:type="dxa" w:w="6804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7"/>
              </w:rPr>
              <w:t>항상 활성화</w:t>
            </w:r>
          </w:p>
        </w:tc>
      </w:tr>
      <w:tr>
        <w:tc>
          <w:tcPr>
            <w:tcW w:type="dxa" w:w="2835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  <w:shd w:fill="F8FBFD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7"/>
              </w:rPr>
              <w:t>비상정지 해제</w:t>
            </w:r>
          </w:p>
        </w:tc>
        <w:tc>
          <w:tcPr>
            <w:tcW w:type="dxa" w:w="6804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  <w:shd w:fill="F8FBFD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7"/>
              </w:rPr>
              <w:t>로봇 주변 안전 확인 후 활성화</w:t>
            </w:r>
          </w:p>
        </w:tc>
      </w:tr>
    </w:tbl>
    <w:p>
      <w:pPr>
        <w:spacing w:after="0"/>
      </w:pPr>
    </w:p>
    <w:p>
      <w:pPr>
        <w:pStyle w:val="Heading1"/>
        <w:keepNext/>
        <w:pBdr>
          <w:bottom w:val="single" w:sz="8" w:space="3" w:color="1F4E78"/>
        </w:pBdr>
      </w:pPr>
      <w:r>
        <w:t>44. 통신 끊김 처리</w:t>
      </w:r>
    </w:p>
    <w:p>
      <w:pPr>
        <w:pStyle w:val="Heading2"/>
        <w:keepNext/>
      </w:pPr>
      <w:r>
        <w:t>44.1 원격 조종 중 통신 끊김</w:t>
      </w:r>
    </w:p>
    <w:p>
      <w:pPr>
        <w:pStyle w:val="ListBullet"/>
        <w:spacing w:after="60" w:line="288" w:lineRule="auto"/>
        <w:ind w:left="340" w:hanging="142"/>
      </w:pPr>
      <w:r>
        <w:rPr>
          <w:rFonts w:ascii="Noto Sans CJK KR" w:hAnsi="Noto Sans CJK KR" w:eastAsia="Noto Sans CJK KR"/>
          <w:sz w:val="19"/>
        </w:rPr>
        <w:t>원격 속도 명령 수신이 0.5초 이상 중단되면 즉시 정지한다.</w:t>
      </w:r>
    </w:p>
    <w:p>
      <w:pPr>
        <w:pStyle w:val="ListBullet"/>
        <w:spacing w:after="60" w:line="288" w:lineRule="auto"/>
        <w:ind w:left="340" w:hanging="142"/>
      </w:pPr>
      <w:r>
        <w:rPr>
          <w:rFonts w:ascii="Noto Sans CJK KR" w:hAnsi="Noto Sans CJK KR" w:eastAsia="Noto Sans CJK KR"/>
          <w:sz w:val="19"/>
        </w:rPr>
        <w:t>운용 모드를 IDLE로 변경한다.</w:t>
      </w:r>
    </w:p>
    <w:p>
      <w:pPr>
        <w:pStyle w:val="ListBullet"/>
        <w:spacing w:after="60" w:line="288" w:lineRule="auto"/>
        <w:ind w:left="340" w:hanging="142"/>
      </w:pPr>
      <w:r>
        <w:rPr>
          <w:rFonts w:ascii="Noto Sans CJK KR" w:hAnsi="Noto Sans CJK KR" w:eastAsia="Noto Sans CJK KR"/>
          <w:sz w:val="19"/>
        </w:rPr>
        <w:t>통신 끊김 이벤트를 기록한다.</w:t>
      </w:r>
    </w:p>
    <w:p>
      <w:pPr>
        <w:pStyle w:val="Heading2"/>
        <w:keepNext/>
      </w:pPr>
      <w:r>
        <w:t>44.2 자율 순찰 중 GUI 통신 끊김</w:t>
      </w:r>
    </w:p>
    <w:p>
      <w:pPr>
        <w:pStyle w:val="ListBullet"/>
        <w:spacing w:after="60" w:line="288" w:lineRule="auto"/>
        <w:ind w:left="340" w:hanging="142"/>
      </w:pPr>
      <w:r>
        <w:rPr>
          <w:rFonts w:ascii="Noto Sans CJK KR" w:hAnsi="Noto Sans CJK KR" w:eastAsia="Noto Sans CJK KR"/>
          <w:sz w:val="19"/>
        </w:rPr>
        <w:t>순찰은 설정에 따라 계속 수행할 수 있다.</w:t>
      </w:r>
    </w:p>
    <w:p>
      <w:pPr>
        <w:pStyle w:val="ListBullet"/>
        <w:spacing w:after="60" w:line="288" w:lineRule="auto"/>
        <w:ind w:left="340" w:hanging="142"/>
      </w:pPr>
      <w:r>
        <w:rPr>
          <w:rFonts w:ascii="Noto Sans CJK KR" w:hAnsi="Noto Sans CJK KR" w:eastAsia="Noto Sans CJK KR"/>
          <w:sz w:val="19"/>
        </w:rPr>
        <w:t>관리자 승인이 필요한 이상 이벤트가 발생하면 로봇은 안전 위치에서 정지한다.</w:t>
      </w:r>
    </w:p>
    <w:p>
      <w:pPr>
        <w:pStyle w:val="ListBullet"/>
        <w:spacing w:after="60" w:line="288" w:lineRule="auto"/>
        <w:ind w:left="340" w:hanging="142"/>
      </w:pPr>
      <w:r>
        <w:rPr>
          <w:rFonts w:ascii="Noto Sans CJK KR" w:hAnsi="Noto Sans CJK KR" w:eastAsia="Noto Sans CJK KR"/>
          <w:sz w:val="19"/>
        </w:rPr>
        <w:t>GUI 재연결 후 이벤트를 다시 전송한다.</w:t>
      </w:r>
    </w:p>
    <w:p>
      <w:pPr>
        <w:pStyle w:val="Heading2"/>
        <w:keepNext/>
      </w:pPr>
      <w:r>
        <w:t>44.3 heartbeat 기준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space="0" w:color="7F8C8D"/>
          <w:left w:val="single" w:sz="4" w:space="0" w:color="7F8C8D"/>
          <w:bottom w:val="single" w:sz="4" w:space="0" w:color="7F8C8D"/>
          <w:right w:val="single" w:sz="4" w:space="0" w:color="7F8C8D"/>
          <w:insideH w:val="single" w:sz="4" w:space="0" w:color="7F8C8D"/>
          <w:insideV w:val="single" w:sz="4" w:space="0" w:color="7F8C8D"/>
        </w:tblBorders>
      </w:tblPr>
      <w:tblGrid>
        <w:gridCol w:w="2551"/>
        <w:gridCol w:w="2551"/>
        <w:gridCol w:w="2551"/>
        <w:gridCol w:w="2551"/>
      </w:tblGrid>
      <w:tr>
        <w:trPr>
          <w:cantSplit/>
        </w:trPr>
        <w:tc>
          <w:tcPr>
            <w:tcW w:type="dxa" w:w="1360"/>
            <w:tcMar>
              <w:top w:w="85" w:type="dxa"/>
              <w:start w:w="80" w:type="dxa"/>
              <w:bottom w:w="85" w:type="dxa"/>
              <w:end w:w="80" w:type="dxa"/>
            </w:tcMar>
            <w:vAlign w:val="center"/>
            <w:shd w:fill="D9EAF7"/>
          </w:tcPr>
          <w:p>
            <w:pPr>
              <w:spacing w:after="0"/>
              <w:jc w:val="center"/>
            </w:pPr>
            <w:r>
              <w:rPr>
                <w:rFonts w:ascii="Noto Sans CJK KR" w:hAnsi="Noto Sans CJK KR" w:eastAsia="Noto Sans CJK KR"/>
                <w:b/>
                <w:sz w:val="17"/>
              </w:rPr>
              <w:t>HS-OR-COM-004</w:t>
            </w:r>
          </w:p>
        </w:tc>
        <w:tc>
          <w:tcPr>
            <w:tcW w:type="dxa" w:w="5953"/>
            <w:tcMar>
              <w:top w:w="85" w:type="dxa"/>
              <w:start w:w="80" w:type="dxa"/>
              <w:bottom w:w="85" w:type="dxa"/>
              <w:end w:w="8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Noto Sans CJK KR" w:hAnsi="Noto Sans CJK KR" w:eastAsia="Noto Sans CJK KR"/>
                <w:b w:val="0"/>
                <w:sz w:val="17"/>
              </w:rPr>
              <w:t>/office_robot/heartbeat는 1 Hz 이상으로 발행하고, 원격 GUI는 3초 이상 수신되지 않으면 통신 끊김으로 판단하여야 한다.</w:t>
            </w:r>
          </w:p>
        </w:tc>
        <w:tc>
          <w:tcPr>
            <w:tcW w:type="dxa" w:w="1020"/>
            <w:tcMar>
              <w:top w:w="85" w:type="dxa"/>
              <w:start w:w="80" w:type="dxa"/>
              <w:bottom w:w="85" w:type="dxa"/>
              <w:end w:w="80" w:type="dxa"/>
            </w:tcMar>
            <w:vAlign w:val="center"/>
            <w:shd w:fill="F5F5F5"/>
          </w:tcPr>
          <w:p>
            <w:pPr>
              <w:spacing w:after="0"/>
              <w:jc w:val="center"/>
            </w:pPr>
            <w:r>
              <w:rPr>
                <w:rFonts w:ascii="Noto Sans CJK KR" w:hAnsi="Noto Sans CJK KR" w:eastAsia="Noto Sans CJK KR"/>
                <w:b w:val="0"/>
                <w:sz w:val="17"/>
              </w:rPr>
              <w:t>필수</w:t>
            </w:r>
          </w:p>
        </w:tc>
        <w:tc>
          <w:tcPr>
            <w:tcW w:type="dxa" w:w="1304"/>
            <w:tcMar>
              <w:top w:w="85" w:type="dxa"/>
              <w:start w:w="80" w:type="dxa"/>
              <w:bottom w:w="85" w:type="dxa"/>
              <w:end w:w="80" w:type="dxa"/>
            </w:tcMar>
            <w:vAlign w:val="center"/>
            <w:shd w:fill="F5F5F5"/>
          </w:tcPr>
          <w:p>
            <w:pPr>
              <w:spacing w:after="0"/>
              <w:jc w:val="center"/>
            </w:pPr>
            <w:r>
              <w:rPr>
                <w:rFonts w:ascii="Noto Sans CJK KR" w:hAnsi="Noto Sans CJK KR" w:eastAsia="Noto Sans CJK KR"/>
                <w:b w:val="0"/>
                <w:sz w:val="17"/>
              </w:rPr>
              <w:t>시험</w:t>
            </w:r>
          </w:p>
        </w:tc>
      </w:tr>
    </w:tbl>
    <w:p>
      <w:pPr>
        <w:spacing w:after="0"/>
      </w:pPr>
    </w:p>
    <w:p>
      <w:pPr>
        <w:pStyle w:val="Heading1"/>
        <w:keepNext/>
        <w:pBdr>
          <w:bottom w:val="single" w:sz="8" w:space="3" w:color="1F4E78"/>
        </w:pBdr>
      </w:pPr>
      <w:r>
        <w:t>45. 비상정지 처리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space="0" w:color="7F8C8D"/>
          <w:left w:val="single" w:sz="4" w:space="0" w:color="7F8C8D"/>
          <w:bottom w:val="single" w:sz="4" w:space="0" w:color="7F8C8D"/>
          <w:right w:val="single" w:sz="4" w:space="0" w:color="7F8C8D"/>
          <w:insideH w:val="single" w:sz="4" w:space="0" w:color="7F8C8D"/>
          <w:insideV w:val="single" w:sz="4" w:space="0" w:color="7F8C8D"/>
        </w:tblBorders>
      </w:tblPr>
      <w:tblGrid>
        <w:gridCol w:w="2551"/>
        <w:gridCol w:w="2551"/>
        <w:gridCol w:w="2551"/>
        <w:gridCol w:w="2551"/>
      </w:tblGrid>
      <w:tr>
        <w:trPr>
          <w:cantSplit/>
        </w:trPr>
        <w:tc>
          <w:tcPr>
            <w:tcW w:type="dxa" w:w="1360"/>
            <w:tcMar>
              <w:top w:w="85" w:type="dxa"/>
              <w:start w:w="80" w:type="dxa"/>
              <w:bottom w:w="85" w:type="dxa"/>
              <w:end w:w="80" w:type="dxa"/>
            </w:tcMar>
            <w:vAlign w:val="center"/>
            <w:shd w:fill="D9EAF7"/>
          </w:tcPr>
          <w:p>
            <w:pPr>
              <w:spacing w:after="0"/>
              <w:jc w:val="center"/>
            </w:pPr>
            <w:r>
              <w:rPr>
                <w:rFonts w:ascii="Noto Sans CJK KR" w:hAnsi="Noto Sans CJK KR" w:eastAsia="Noto Sans CJK KR"/>
                <w:b/>
                <w:sz w:val="17"/>
              </w:rPr>
              <w:t>HS-OR-SAF-003</w:t>
            </w:r>
          </w:p>
        </w:tc>
        <w:tc>
          <w:tcPr>
            <w:tcW w:type="dxa" w:w="5953"/>
            <w:tcMar>
              <w:top w:w="85" w:type="dxa"/>
              <w:start w:w="80" w:type="dxa"/>
              <w:bottom w:w="85" w:type="dxa"/>
              <w:end w:w="8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Noto Sans CJK KR" w:hAnsi="Noto Sans CJK KR" w:eastAsia="Noto Sans CJK KR"/>
                <w:b w:val="0"/>
                <w:sz w:val="17"/>
              </w:rPr>
              <w:t>비상정지 요청 시 모든 이동 목표와 순찰 액션을 취소하고 /cmd_vel에 정지 명령을 반복 발행하여야 한다.</w:t>
            </w:r>
          </w:p>
        </w:tc>
        <w:tc>
          <w:tcPr>
            <w:tcW w:type="dxa" w:w="1020"/>
            <w:tcMar>
              <w:top w:w="85" w:type="dxa"/>
              <w:start w:w="80" w:type="dxa"/>
              <w:bottom w:w="85" w:type="dxa"/>
              <w:end w:w="80" w:type="dxa"/>
            </w:tcMar>
            <w:vAlign w:val="center"/>
            <w:shd w:fill="F5F5F5"/>
          </w:tcPr>
          <w:p>
            <w:pPr>
              <w:spacing w:after="0"/>
              <w:jc w:val="center"/>
            </w:pPr>
            <w:r>
              <w:rPr>
                <w:rFonts w:ascii="Noto Sans CJK KR" w:hAnsi="Noto Sans CJK KR" w:eastAsia="Noto Sans CJK KR"/>
                <w:b w:val="0"/>
                <w:sz w:val="17"/>
              </w:rPr>
              <w:t>필수</w:t>
            </w:r>
          </w:p>
        </w:tc>
        <w:tc>
          <w:tcPr>
            <w:tcW w:type="dxa" w:w="1304"/>
            <w:tcMar>
              <w:top w:w="85" w:type="dxa"/>
              <w:start w:w="80" w:type="dxa"/>
              <w:bottom w:w="85" w:type="dxa"/>
              <w:end w:w="80" w:type="dxa"/>
            </w:tcMar>
            <w:vAlign w:val="center"/>
            <w:shd w:fill="F5F5F5"/>
          </w:tcPr>
          <w:p>
            <w:pPr>
              <w:spacing w:after="0"/>
              <w:jc w:val="center"/>
            </w:pPr>
            <w:r>
              <w:rPr>
                <w:rFonts w:ascii="Noto Sans CJK KR" w:hAnsi="Noto Sans CJK KR" w:eastAsia="Noto Sans CJK KR"/>
                <w:b w:val="0"/>
                <w:sz w:val="17"/>
              </w:rPr>
              <w:t>시험</w:t>
            </w:r>
          </w:p>
        </w:tc>
      </w:tr>
    </w:tbl>
    <w:p>
      <w:pPr>
        <w:spacing w:after="0"/>
      </w:pPr>
    </w:p>
    <w:p>
      <w:pPr>
        <w:spacing w:after="40" w:line="288" w:lineRule="auto"/>
        <w:ind w:left="454" w:hanging="283"/>
      </w:pPr>
      <w:r>
        <w:rPr>
          <w:rFonts w:ascii="Noto Sans CJK KR" w:hAnsi="Noto Sans CJK KR" w:eastAsia="Noto Sans CJK KR"/>
          <w:sz w:val="19"/>
        </w:rPr>
        <w:t>1. /office_robot/emergency_stop 서비스 요청 수신</w:t>
      </w:r>
    </w:p>
    <w:p>
      <w:pPr>
        <w:spacing w:after="40" w:line="288" w:lineRule="auto"/>
        <w:ind w:left="454" w:hanging="283"/>
      </w:pPr>
      <w:r>
        <w:rPr>
          <w:rFonts w:ascii="Noto Sans CJK KR" w:hAnsi="Noto Sans CJK KR" w:eastAsia="Noto Sans CJK KR"/>
          <w:sz w:val="19"/>
        </w:rPr>
        <w:t>2. safety_manager의 비상정지 상태 활성화</w:t>
      </w:r>
    </w:p>
    <w:p>
      <w:pPr>
        <w:spacing w:after="40" w:line="288" w:lineRule="auto"/>
        <w:ind w:left="454" w:hanging="283"/>
      </w:pPr>
      <w:r>
        <w:rPr>
          <w:rFonts w:ascii="Noto Sans CJK KR" w:hAnsi="Noto Sans CJK KR" w:eastAsia="Noto Sans CJK KR"/>
          <w:sz w:val="19"/>
        </w:rPr>
        <w:t>3. 모든 Nav2 이동 목표 취소</w:t>
      </w:r>
    </w:p>
    <w:p>
      <w:pPr>
        <w:spacing w:after="40" w:line="288" w:lineRule="auto"/>
        <w:ind w:left="454" w:hanging="283"/>
      </w:pPr>
      <w:r>
        <w:rPr>
          <w:rFonts w:ascii="Noto Sans CJK KR" w:hAnsi="Noto Sans CJK KR" w:eastAsia="Noto Sans CJK KR"/>
          <w:sz w:val="19"/>
        </w:rPr>
        <w:t>4. 실행 중인 순찰 액션 취소</w:t>
      </w:r>
    </w:p>
    <w:p>
      <w:pPr>
        <w:spacing w:after="40" w:line="288" w:lineRule="auto"/>
        <w:ind w:left="454" w:hanging="283"/>
      </w:pPr>
      <w:r>
        <w:rPr>
          <w:rFonts w:ascii="Noto Sans CJK KR" w:hAnsi="Noto Sans CJK KR" w:eastAsia="Noto Sans CJK KR"/>
          <w:sz w:val="19"/>
        </w:rPr>
        <w:t>5. /cmd_vel에 정지 명령 반복 발행</w:t>
      </w:r>
    </w:p>
    <w:p>
      <w:pPr>
        <w:spacing w:after="40" w:line="288" w:lineRule="auto"/>
        <w:ind w:left="454" w:hanging="283"/>
      </w:pPr>
      <w:r>
        <w:rPr>
          <w:rFonts w:ascii="Noto Sans CJK KR" w:hAnsi="Noto Sans CJK KR" w:eastAsia="Noto Sans CJK KR"/>
          <w:sz w:val="19"/>
        </w:rPr>
        <w:t>6. /office_robot/emergency_stop/status를 true로 발행</w:t>
      </w:r>
    </w:p>
    <w:p>
      <w:pPr>
        <w:spacing w:after="40" w:line="288" w:lineRule="auto"/>
        <w:ind w:left="454" w:hanging="283"/>
      </w:pPr>
      <w:r>
        <w:rPr>
          <w:rFonts w:ascii="Noto Sans CJK KR" w:hAnsi="Noto Sans CJK KR" w:eastAsia="Noto Sans CJK KR"/>
          <w:sz w:val="19"/>
        </w:rPr>
        <w:t>7. 관리자 GUI에 비상정지 상태 표시</w:t>
      </w:r>
    </w:p>
    <w:p>
      <w:pPr>
        <w:spacing w:after="40" w:line="288" w:lineRule="auto"/>
        <w:ind w:left="454" w:hanging="283"/>
      </w:pPr>
      <w:r>
        <w:rPr>
          <w:rFonts w:ascii="Noto Sans CJK KR" w:hAnsi="Noto Sans CJK KR" w:eastAsia="Noto Sans CJK KR"/>
          <w:sz w:val="19"/>
        </w:rPr>
        <w:t>8. 비상정지 발생 시간과 원인 기록</w:t>
      </w:r>
    </w:p>
    <w:p>
      <w:pPr>
        <w:spacing w:before="40" w:after="100" w:line="240" w:lineRule="auto"/>
        <w:ind w:left="283" w:right="283"/>
        <w:shd w:fill="F2F2F2"/>
      </w:pPr>
      <w:r>
        <w:rPr>
          <w:rFonts w:ascii="Noto Sans Mono CJK KR" w:hAnsi="Noto Sans Mono CJK KR" w:eastAsia="Noto Sans Mono CJK KR"/>
          <w:sz w:val="17"/>
        </w:rPr>
        <w:t>linear.x = 0.0</w:t>
        <w:br/>
      </w:r>
      <w:r>
        <w:rPr>
          <w:rFonts w:ascii="Noto Sans Mono CJK KR" w:hAnsi="Noto Sans Mono CJK KR" w:eastAsia="Noto Sans Mono CJK KR"/>
          <w:sz w:val="17"/>
        </w:rPr>
        <w:t>linear.y = 0.0</w:t>
        <w:br/>
      </w:r>
      <w:r>
        <w:rPr>
          <w:rFonts w:ascii="Noto Sans Mono CJK KR" w:hAnsi="Noto Sans Mono CJK KR" w:eastAsia="Noto Sans Mono CJK KR"/>
          <w:sz w:val="17"/>
        </w:rPr>
        <w:t>linear.z = 0.0</w:t>
        <w:br/>
      </w:r>
      <w:r>
        <w:rPr>
          <w:rFonts w:ascii="Noto Sans Mono CJK KR" w:hAnsi="Noto Sans Mono CJK KR" w:eastAsia="Noto Sans Mono CJK KR"/>
          <w:sz w:val="17"/>
        </w:rPr>
        <w:t>angular.x = 0.0</w:t>
        <w:br/>
      </w:r>
      <w:r>
        <w:rPr>
          <w:rFonts w:ascii="Noto Sans Mono CJK KR" w:hAnsi="Noto Sans Mono CJK KR" w:eastAsia="Noto Sans Mono CJK KR"/>
          <w:sz w:val="17"/>
        </w:rPr>
        <w:t>angular.y = 0.0</w:t>
        <w:br/>
      </w:r>
      <w:r>
        <w:rPr>
          <w:rFonts w:ascii="Noto Sans Mono CJK KR" w:hAnsi="Noto Sans Mono CJK KR" w:eastAsia="Noto Sans Mono CJK KR"/>
          <w:sz w:val="17"/>
        </w:rPr>
        <w:t>angular.z = 0.0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space="0" w:color="9EADBA"/>
          <w:left w:val="single" w:sz="4" w:space="0" w:color="9EADBA"/>
          <w:bottom w:val="single" w:sz="4" w:space="0" w:color="9EADBA"/>
          <w:right w:val="single" w:sz="4" w:space="0" w:color="9EADBA"/>
          <w:insideH w:val="single" w:sz="4" w:space="0" w:color="9EADBA"/>
          <w:insideV w:val="single" w:sz="4" w:space="0" w:color="9EADBA"/>
        </w:tblBorders>
      </w:tblPr>
      <w:tblGrid>
        <w:gridCol w:w="5103"/>
        <w:gridCol w:w="5103"/>
      </w:tblGrid>
      <w:tr>
        <w:tc>
          <w:tcPr>
            <w:tcW w:type="dxa" w:w="1247"/>
            <w:shd w:fill="FCE4D6"/>
            <w:tcMar>
              <w:top w:w="100" w:type="dxa"/>
              <w:start w:w="100" w:type="dxa"/>
              <w:bottom w:w="100" w:type="dxa"/>
              <w:end w:w="100" w:type="dxa"/>
            </w:tcMar>
            <w:vAlign w:val="center"/>
          </w:tcPr>
          <w:p>
            <w:pPr>
              <w:jc w:val="center"/>
            </w:pPr>
            <w:r>
              <w:rPr>
                <w:rFonts w:ascii="Noto Sans CJK KR" w:hAnsi="Noto Sans CJK KR" w:eastAsia="Noto Sans CJK KR"/>
                <w:b/>
                <w:color w:val="C00000"/>
                <w:sz w:val="18"/>
              </w:rPr>
              <w:t>해제 원칙</w:t>
            </w:r>
          </w:p>
        </w:tc>
        <w:tc>
          <w:tcPr>
            <w:tcW w:type="dxa" w:w="8391"/>
            <w:shd w:fill="FFFFFF"/>
            <w:tcMar>
              <w:top w:w="100" w:type="dxa"/>
              <w:start w:w="100" w:type="dxa"/>
              <w:bottom w:w="100" w:type="dxa"/>
              <w:end w:w="100" w:type="dxa"/>
            </w:tcMar>
            <w:vAlign w:val="center"/>
          </w:tcPr>
          <w:p>
            <w:r>
              <w:rPr>
                <w:rFonts w:ascii="Noto Sans CJK KR" w:hAnsi="Noto Sans CJK KR" w:eastAsia="Noto Sans CJK KR"/>
                <w:sz w:val="18"/>
              </w:rPr>
              <w:t>비상정지는 관리자가 로봇 주변의 안전을 확인한 후 명시적으로 해제하여야 한다.</w:t>
            </w:r>
          </w:p>
        </w:tc>
      </w:tr>
    </w:tbl>
    <w:p>
      <w:pPr>
        <w:spacing w:after="0"/>
      </w:pPr>
    </w:p>
    <w:p>
      <w:pPr>
        <w:pStyle w:val="Heading1"/>
        <w:keepNext/>
        <w:pBdr>
          <w:bottom w:val="single" w:sz="8" w:space="3" w:color="1F4E78"/>
        </w:pBdr>
      </w:pPr>
      <w:r>
        <w:t>46. 배터리 부족 처리</w:t>
      </w:r>
    </w:p>
    <w:p>
      <w:pPr>
        <w:pStyle w:val="Heading2"/>
        <w:keepNext/>
      </w:pPr>
      <w:r>
        <w:t>46.1 낮은 배터리</w:t>
      </w:r>
    </w:p>
    <w:p>
      <w:pPr>
        <w:pStyle w:val="ListBullet"/>
        <w:spacing w:after="60" w:line="288" w:lineRule="auto"/>
        <w:ind w:left="340" w:hanging="142"/>
      </w:pPr>
      <w:r>
        <w:rPr>
          <w:rFonts w:ascii="Noto Sans CJK KR" w:hAnsi="Noto Sans CJK KR" w:eastAsia="Noto Sans CJK KR"/>
          <w:sz w:val="19"/>
        </w:rPr>
        <w:t>배터리 잔량이 30% 이하이면 GUI에 경고를 표시한다.</w:t>
      </w:r>
    </w:p>
    <w:p>
      <w:pPr>
        <w:pStyle w:val="ListBullet"/>
        <w:spacing w:after="60" w:line="288" w:lineRule="auto"/>
        <w:ind w:left="340" w:hanging="142"/>
      </w:pPr>
      <w:r>
        <w:rPr>
          <w:rFonts w:ascii="Noto Sans CJK KR" w:hAnsi="Noto Sans CJK KR" w:eastAsia="Noto Sans CJK KR"/>
          <w:sz w:val="19"/>
        </w:rPr>
        <w:t>새로운 장거리 임무 시작을 제한할 수 있다.</w:t>
      </w:r>
    </w:p>
    <w:p>
      <w:pPr>
        <w:pStyle w:val="ListBullet"/>
        <w:spacing w:after="60" w:line="288" w:lineRule="auto"/>
        <w:ind w:left="340" w:hanging="142"/>
      </w:pPr>
      <w:r>
        <w:rPr>
          <w:rFonts w:ascii="Noto Sans CJK KR" w:hAnsi="Noto Sans CJK KR" w:eastAsia="Noto Sans CJK KR"/>
          <w:sz w:val="19"/>
        </w:rPr>
        <w:t>현재 순찰을 마친 후 충전 위치 복귀를 준비한다.</w:t>
      </w:r>
    </w:p>
    <w:p>
      <w:pPr>
        <w:pStyle w:val="Heading2"/>
        <w:keepNext/>
      </w:pPr>
      <w:r>
        <w:t>46.2 위험 배터리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space="0" w:color="7F8C8D"/>
          <w:left w:val="single" w:sz="4" w:space="0" w:color="7F8C8D"/>
          <w:bottom w:val="single" w:sz="4" w:space="0" w:color="7F8C8D"/>
          <w:right w:val="single" w:sz="4" w:space="0" w:color="7F8C8D"/>
          <w:insideH w:val="single" w:sz="4" w:space="0" w:color="7F8C8D"/>
          <w:insideV w:val="single" w:sz="4" w:space="0" w:color="7F8C8D"/>
        </w:tblBorders>
      </w:tblPr>
      <w:tblGrid>
        <w:gridCol w:w="2551"/>
        <w:gridCol w:w="2551"/>
        <w:gridCol w:w="2551"/>
        <w:gridCol w:w="2551"/>
      </w:tblGrid>
      <w:tr>
        <w:trPr>
          <w:cantSplit/>
        </w:trPr>
        <w:tc>
          <w:tcPr>
            <w:tcW w:type="dxa" w:w="1360"/>
            <w:tcMar>
              <w:top w:w="85" w:type="dxa"/>
              <w:start w:w="80" w:type="dxa"/>
              <w:bottom w:w="85" w:type="dxa"/>
              <w:end w:w="80" w:type="dxa"/>
            </w:tcMar>
            <w:vAlign w:val="center"/>
            <w:shd w:fill="D9EAF7"/>
          </w:tcPr>
          <w:p>
            <w:pPr>
              <w:spacing w:after="0"/>
              <w:jc w:val="center"/>
            </w:pPr>
            <w:r>
              <w:rPr>
                <w:rFonts w:ascii="Noto Sans CJK KR" w:hAnsi="Noto Sans CJK KR" w:eastAsia="Noto Sans CJK KR"/>
                <w:b/>
                <w:sz w:val="17"/>
              </w:rPr>
              <w:t>HS-OR-BAT-001</w:t>
            </w:r>
          </w:p>
        </w:tc>
        <w:tc>
          <w:tcPr>
            <w:tcW w:type="dxa" w:w="5953"/>
            <w:tcMar>
              <w:top w:w="85" w:type="dxa"/>
              <w:start w:w="80" w:type="dxa"/>
              <w:bottom w:w="85" w:type="dxa"/>
              <w:end w:w="8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Noto Sans CJK KR" w:hAnsi="Noto Sans CJK KR" w:eastAsia="Noto Sans CJK KR"/>
                <w:b w:val="0"/>
                <w:sz w:val="17"/>
              </w:rPr>
              <w:t>배터리 잔량이 15% 이하이면 새로운 순찰을 거부하고, 실행 중인 순찰을 중지한 뒤 RETURN_TO_CHARGE 모드로 전환하여야 한다.</w:t>
            </w:r>
          </w:p>
        </w:tc>
        <w:tc>
          <w:tcPr>
            <w:tcW w:type="dxa" w:w="1020"/>
            <w:tcMar>
              <w:top w:w="85" w:type="dxa"/>
              <w:start w:w="80" w:type="dxa"/>
              <w:bottom w:w="85" w:type="dxa"/>
              <w:end w:w="80" w:type="dxa"/>
            </w:tcMar>
            <w:vAlign w:val="center"/>
            <w:shd w:fill="F5F5F5"/>
          </w:tcPr>
          <w:p>
            <w:pPr>
              <w:spacing w:after="0"/>
              <w:jc w:val="center"/>
            </w:pPr>
            <w:r>
              <w:rPr>
                <w:rFonts w:ascii="Noto Sans CJK KR" w:hAnsi="Noto Sans CJK KR" w:eastAsia="Noto Sans CJK KR"/>
                <w:b w:val="0"/>
                <w:sz w:val="17"/>
              </w:rPr>
              <w:t>필수</w:t>
            </w:r>
          </w:p>
        </w:tc>
        <w:tc>
          <w:tcPr>
            <w:tcW w:type="dxa" w:w="1304"/>
            <w:tcMar>
              <w:top w:w="85" w:type="dxa"/>
              <w:start w:w="80" w:type="dxa"/>
              <w:bottom w:w="85" w:type="dxa"/>
              <w:end w:w="80" w:type="dxa"/>
            </w:tcMar>
            <w:vAlign w:val="center"/>
            <w:shd w:fill="F5F5F5"/>
          </w:tcPr>
          <w:p>
            <w:pPr>
              <w:spacing w:after="0"/>
              <w:jc w:val="center"/>
            </w:pPr>
            <w:r>
              <w:rPr>
                <w:rFonts w:ascii="Noto Sans CJK KR" w:hAnsi="Noto Sans CJK KR" w:eastAsia="Noto Sans CJK KR"/>
                <w:b w:val="0"/>
                <w:sz w:val="17"/>
              </w:rPr>
              <w:t>시험</w:t>
            </w:r>
          </w:p>
        </w:tc>
      </w:tr>
    </w:tbl>
    <w:p>
      <w:pPr>
        <w:spacing w:after="0"/>
      </w:pPr>
    </w:p>
    <w:p>
      <w:pPr>
        <w:pStyle w:val="ListBullet"/>
        <w:spacing w:after="60" w:line="288" w:lineRule="auto"/>
        <w:ind w:left="340" w:hanging="142"/>
      </w:pPr>
      <w:r>
        <w:rPr>
          <w:rFonts w:ascii="Noto Sans CJK KR" w:hAnsi="Noto Sans CJK KR" w:eastAsia="Noto Sans CJK KR"/>
          <w:sz w:val="19"/>
        </w:rPr>
        <w:t>charging_station으로 이동한다.</w:t>
      </w:r>
    </w:p>
    <w:p>
      <w:pPr>
        <w:pStyle w:val="ListBullet"/>
        <w:spacing w:after="60" w:line="288" w:lineRule="auto"/>
        <w:ind w:left="340" w:hanging="142"/>
      </w:pPr>
      <w:r>
        <w:rPr>
          <w:rFonts w:ascii="Noto Sans CJK KR" w:hAnsi="Noto Sans CJK KR" w:eastAsia="Noto Sans CJK KR"/>
          <w:sz w:val="19"/>
        </w:rPr>
        <w:t>충전 위치 이동 실패 시 안전한 위치에 정지한다.</w:t>
      </w:r>
    </w:p>
    <w:p>
      <w:pPr>
        <w:pStyle w:val="Heading1"/>
        <w:keepNext/>
        <w:pBdr>
          <w:bottom w:val="single" w:sz="8" w:space="3" w:color="1F4E78"/>
        </w:pBdr>
      </w:pPr>
      <w:r>
        <w:t>47. 이상 상황 처리 절차</w:t>
      </w:r>
    </w:p>
    <w:p>
      <w:pPr>
        <w:spacing w:after="40" w:line="288" w:lineRule="auto"/>
        <w:ind w:left="454" w:hanging="283"/>
      </w:pPr>
      <w:r>
        <w:rPr>
          <w:rFonts w:ascii="Noto Sans CJK KR" w:hAnsi="Noto Sans CJK KR" w:eastAsia="Noto Sans CJK KR"/>
          <w:sz w:val="19"/>
        </w:rPr>
        <w:t>1. anomaly_monitor가 이상 상황 감지</w:t>
      </w:r>
    </w:p>
    <w:p>
      <w:pPr>
        <w:spacing w:after="40" w:line="288" w:lineRule="auto"/>
        <w:ind w:left="454" w:hanging="283"/>
      </w:pPr>
      <w:r>
        <w:rPr>
          <w:rFonts w:ascii="Noto Sans CJK KR" w:hAnsi="Noto Sans CJK KR" w:eastAsia="Noto Sans CJK KR"/>
          <w:sz w:val="19"/>
        </w:rPr>
        <w:t>2. 이벤트 번호 생성</w:t>
      </w:r>
    </w:p>
    <w:p>
      <w:pPr>
        <w:spacing w:after="40" w:line="288" w:lineRule="auto"/>
        <w:ind w:left="454" w:hanging="283"/>
      </w:pPr>
      <w:r>
        <w:rPr>
          <w:rFonts w:ascii="Noto Sans CJK KR" w:hAnsi="Noto Sans CJK KR" w:eastAsia="Noto Sans CJK KR"/>
          <w:sz w:val="19"/>
        </w:rPr>
        <w:t>3. 현재 위치와 감지 시간 기록</w:t>
      </w:r>
    </w:p>
    <w:p>
      <w:pPr>
        <w:spacing w:after="40" w:line="288" w:lineRule="auto"/>
        <w:ind w:left="454" w:hanging="283"/>
      </w:pPr>
      <w:r>
        <w:rPr>
          <w:rFonts w:ascii="Noto Sans CJK KR" w:hAnsi="Noto Sans CJK KR" w:eastAsia="Noto Sans CJK KR"/>
          <w:sz w:val="19"/>
        </w:rPr>
        <w:t>4. evidence_manager에 이미지 저장 요청</w:t>
      </w:r>
    </w:p>
    <w:p>
      <w:pPr>
        <w:spacing w:after="40" w:line="288" w:lineRule="auto"/>
        <w:ind w:left="454" w:hanging="283"/>
      </w:pPr>
      <w:r>
        <w:rPr>
          <w:rFonts w:ascii="Noto Sans CJK KR" w:hAnsi="Noto Sans CJK KR" w:eastAsia="Noto Sans CJK KR"/>
          <w:sz w:val="19"/>
        </w:rPr>
        <w:t>5. /office_robot/anomaly/event 발행</w:t>
      </w:r>
    </w:p>
    <w:p>
      <w:pPr>
        <w:spacing w:after="40" w:line="288" w:lineRule="auto"/>
        <w:ind w:left="454" w:hanging="283"/>
      </w:pPr>
      <w:r>
        <w:rPr>
          <w:rFonts w:ascii="Noto Sans CJK KR" w:hAnsi="Noto Sans CJK KR" w:eastAsia="Noto Sans CJK KR"/>
          <w:sz w:val="19"/>
        </w:rPr>
        <w:t>6. 관리자 확인이 필요하면 안전 위치 정지</w:t>
      </w:r>
    </w:p>
    <w:p>
      <w:pPr>
        <w:spacing w:after="40" w:line="288" w:lineRule="auto"/>
        <w:ind w:left="454" w:hanging="283"/>
      </w:pPr>
      <w:r>
        <w:rPr>
          <w:rFonts w:ascii="Noto Sans CJK KR" w:hAnsi="Noto Sans CJK KR" w:eastAsia="Noto Sans CJK KR"/>
          <w:sz w:val="19"/>
        </w:rPr>
        <w:t>7. 원격 GUI에 이벤트 정보와 증거 이미지 표시</w:t>
      </w:r>
    </w:p>
    <w:p>
      <w:pPr>
        <w:spacing w:after="40" w:line="288" w:lineRule="auto"/>
        <w:ind w:left="454" w:hanging="283"/>
      </w:pPr>
      <w:r>
        <w:rPr>
          <w:rFonts w:ascii="Noto Sans CJK KR" w:hAnsi="Noto Sans CJK KR" w:eastAsia="Noto Sans CJK KR"/>
          <w:sz w:val="19"/>
        </w:rPr>
        <w:t>8. 관리자가 판단 결과 입력</w:t>
      </w:r>
    </w:p>
    <w:p>
      <w:pPr>
        <w:spacing w:after="40" w:line="288" w:lineRule="auto"/>
        <w:ind w:left="454" w:hanging="283"/>
      </w:pPr>
      <w:r>
        <w:rPr>
          <w:rFonts w:ascii="Noto Sans CJK KR" w:hAnsi="Noto Sans CJK KR" w:eastAsia="Noto Sans CJK KR"/>
          <w:sz w:val="19"/>
        </w:rPr>
        <w:t>9. /office_robot/admin/decision 발행</w:t>
      </w:r>
    </w:p>
    <w:p>
      <w:pPr>
        <w:spacing w:after="40" w:line="288" w:lineRule="auto"/>
        <w:ind w:left="454" w:hanging="283"/>
      </w:pPr>
      <w:r>
        <w:rPr>
          <w:rFonts w:ascii="Noto Sans CJK KR" w:hAnsi="Noto Sans CJK KR" w:eastAsia="Noto Sans CJK KR"/>
          <w:sz w:val="19"/>
        </w:rPr>
        <w:t>10. 판단 결과에 따라 순찰 계속·경고·재확인·임무 중지 수행</w:t>
      </w:r>
    </w:p>
    <w:p>
      <w:pPr>
        <w:spacing w:after="40" w:line="288" w:lineRule="auto"/>
        <w:ind w:left="454" w:hanging="283"/>
      </w:pPr>
      <w:r>
        <w:rPr>
          <w:rFonts w:ascii="Noto Sans CJK KR" w:hAnsi="Noto Sans CJK KR" w:eastAsia="Noto Sans CJK KR"/>
          <w:sz w:val="19"/>
        </w:rPr>
        <w:t>11. 모든 결과를 보고서에 기록</w:t>
      </w:r>
    </w:p>
    <w:p>
      <w:pPr>
        <w:pStyle w:val="Heading1"/>
        <w:keepNext/>
        <w:pBdr>
          <w:bottom w:val="single" w:sz="8" w:space="3" w:color="1F4E78"/>
        </w:pBdr>
      </w:pPr>
      <w:r>
        <w:t>48. 관리자 판단 처리 기준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space="0" w:color="B7B7B7"/>
          <w:left w:val="single" w:sz="4" w:space="0" w:color="B7B7B7"/>
          <w:bottom w:val="single" w:sz="4" w:space="0" w:color="B7B7B7"/>
          <w:right w:val="single" w:sz="4" w:space="0" w:color="B7B7B7"/>
          <w:insideH w:val="single" w:sz="4" w:space="0" w:color="B7B7B7"/>
          <w:insideV w:val="single" w:sz="4" w:space="0" w:color="B7B7B7"/>
        </w:tblBorders>
      </w:tblPr>
      <w:tblGrid>
        <w:gridCol w:w="5103"/>
        <w:gridCol w:w="5103"/>
      </w:tblGrid>
      <w:tr>
        <w:trPr>
          <w:tblHeader w:val="true"/>
        </w:trPr>
        <w:tc>
          <w:tcPr>
            <w:tcW w:type="dxa" w:w="3402"/>
            <w:shd w:fill="1F4E78"/>
            <w:tcMar>
              <w:top w:w="80" w:type="dxa"/>
              <w:start w:w="70" w:type="dxa"/>
              <w:bottom w:w="80" w:type="dxa"/>
              <w:end w:w="7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Noto Sans CJK KR" w:hAnsi="Noto Sans CJK KR" w:eastAsia="Noto Sans CJK KR"/>
                <w:b/>
                <w:color w:val="FFFFFF"/>
                <w:sz w:val="16"/>
              </w:rPr>
              <w:t>판단값</w:t>
            </w:r>
          </w:p>
        </w:tc>
        <w:tc>
          <w:tcPr>
            <w:tcW w:type="dxa" w:w="6237"/>
            <w:shd w:fill="1F4E78"/>
            <w:tcMar>
              <w:top w:w="80" w:type="dxa"/>
              <w:start w:w="70" w:type="dxa"/>
              <w:bottom w:w="80" w:type="dxa"/>
              <w:end w:w="7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Noto Sans CJK KR" w:hAnsi="Noto Sans CJK KR" w:eastAsia="Noto Sans CJK KR"/>
                <w:b/>
                <w:color w:val="FFFFFF"/>
                <w:sz w:val="16"/>
              </w:rPr>
              <w:t>로봇 처리</w:t>
            </w:r>
          </w:p>
        </w:tc>
      </w:tr>
      <w:tr>
        <w:tc>
          <w:tcPr>
            <w:tcW w:type="dxa" w:w="3402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8"/>
              </w:rPr>
              <w:t>CONFIRMED</w:t>
            </w:r>
          </w:p>
        </w:tc>
        <w:tc>
          <w:tcPr>
            <w:tcW w:type="dxa" w:w="6237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8"/>
              </w:rPr>
              <w:t>이상 상황 확정, 이벤트 기록 유지</w:t>
            </w:r>
          </w:p>
        </w:tc>
      </w:tr>
      <w:tr>
        <w:tc>
          <w:tcPr>
            <w:tcW w:type="dxa" w:w="3402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  <w:shd w:fill="F8FBFD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8"/>
              </w:rPr>
              <w:t>FALSE_ALARM</w:t>
            </w:r>
          </w:p>
        </w:tc>
        <w:tc>
          <w:tcPr>
            <w:tcW w:type="dxa" w:w="6237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  <w:shd w:fill="F8FBFD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8"/>
              </w:rPr>
              <w:t>오탐 처리 후 순찰 계속</w:t>
            </w:r>
          </w:p>
        </w:tc>
      </w:tr>
      <w:tr>
        <w:tc>
          <w:tcPr>
            <w:tcW w:type="dxa" w:w="3402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8"/>
              </w:rPr>
              <w:t>IGNORE</w:t>
            </w:r>
          </w:p>
        </w:tc>
        <w:tc>
          <w:tcPr>
            <w:tcW w:type="dxa" w:w="6237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8"/>
              </w:rPr>
              <w:t>추가 동작 없이 이벤트 종료</w:t>
            </w:r>
          </w:p>
        </w:tc>
      </w:tr>
      <w:tr>
        <w:tc>
          <w:tcPr>
            <w:tcW w:type="dxa" w:w="3402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  <w:shd w:fill="F8FBFD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8"/>
              </w:rPr>
              <w:t>CALL_SECURITY</w:t>
            </w:r>
          </w:p>
        </w:tc>
        <w:tc>
          <w:tcPr>
            <w:tcW w:type="dxa" w:w="6237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  <w:shd w:fill="F8FBFD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8"/>
              </w:rPr>
              <w:t>경비 호출 상태 표시 후 대기</w:t>
            </w:r>
          </w:p>
        </w:tc>
      </w:tr>
      <w:tr>
        <w:tc>
          <w:tcPr>
            <w:tcW w:type="dxa" w:w="3402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8"/>
              </w:rPr>
              <w:t>CALL_EMERGENCY</w:t>
            </w:r>
          </w:p>
        </w:tc>
        <w:tc>
          <w:tcPr>
            <w:tcW w:type="dxa" w:w="6237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8"/>
              </w:rPr>
              <w:t>긴급 상황 상태로 전환 후 대기</w:t>
            </w:r>
          </w:p>
        </w:tc>
      </w:tr>
      <w:tr>
        <w:tc>
          <w:tcPr>
            <w:tcW w:type="dxa" w:w="3402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  <w:shd w:fill="F8FBFD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8"/>
              </w:rPr>
              <w:t>RECHECK</w:t>
            </w:r>
          </w:p>
        </w:tc>
        <w:tc>
          <w:tcPr>
            <w:tcW w:type="dxa" w:w="6237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  <w:shd w:fill="F8FBFD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8"/>
              </w:rPr>
              <w:t>동일 장소 재촬영 또는 재탐색</w:t>
            </w:r>
          </w:p>
        </w:tc>
      </w:tr>
    </w:tbl>
    <w:p>
      <w:pPr>
        <w:spacing w:after="0"/>
      </w:pPr>
    </w:p>
    <w:p>
      <w:pPr>
        <w:pStyle w:val="Heading1"/>
        <w:keepNext/>
        <w:pBdr>
          <w:bottom w:val="single" w:sz="8" w:space="3" w:color="1F4E78"/>
        </w:pBdr>
      </w:pPr>
      <w:r>
        <w:t>49. 순찰 이동 실패 처리</w:t>
      </w:r>
    </w:p>
    <w:p>
      <w:pPr>
        <w:spacing w:before="0" w:after="80" w:line="312" w:lineRule="auto"/>
      </w:pPr>
      <w:r>
        <w:rPr>
          <w:rFonts w:ascii="Noto Sans CJK KR" w:hAnsi="Noto Sans CJK KR" w:eastAsia="Noto Sans CJK KR"/>
          <w:b w:val="0"/>
          <w:i w:val="0"/>
          <w:sz w:val="20"/>
        </w:rPr>
        <w:t>Nav2 이동 실패 시 patrol_manager는 다음 순서로 복구를 시도한다.</w:t>
      </w:r>
    </w:p>
    <w:p>
      <w:pPr>
        <w:spacing w:after="40" w:line="288" w:lineRule="auto"/>
        <w:ind w:left="454" w:hanging="283"/>
      </w:pPr>
      <w:r>
        <w:rPr>
          <w:rFonts w:ascii="Noto Sans CJK KR" w:hAnsi="Noto Sans CJK KR" w:eastAsia="Noto Sans CJK KR"/>
          <w:sz w:val="19"/>
        </w:rPr>
        <w:t>1. 현재 이동 목표 취소</w:t>
      </w:r>
    </w:p>
    <w:p>
      <w:pPr>
        <w:spacing w:after="40" w:line="288" w:lineRule="auto"/>
        <w:ind w:left="454" w:hanging="283"/>
      </w:pPr>
      <w:r>
        <w:rPr>
          <w:rFonts w:ascii="Noto Sans CJK KR" w:hAnsi="Noto Sans CJK KR" w:eastAsia="Noto Sans CJK KR"/>
          <w:sz w:val="19"/>
        </w:rPr>
        <w:t>2. 로봇 정지</w:t>
      </w:r>
    </w:p>
    <w:p>
      <w:pPr>
        <w:spacing w:after="40" w:line="288" w:lineRule="auto"/>
        <w:ind w:left="454" w:hanging="283"/>
      </w:pPr>
      <w:r>
        <w:rPr>
          <w:rFonts w:ascii="Noto Sans CJK KR" w:hAnsi="Noto Sans CJK KR" w:eastAsia="Noto Sans CJK KR"/>
          <w:sz w:val="19"/>
        </w:rPr>
        <w:t>3. 장애물 제거 대기</w:t>
      </w:r>
    </w:p>
    <w:p>
      <w:pPr>
        <w:spacing w:after="40" w:line="288" w:lineRule="auto"/>
        <w:ind w:left="454" w:hanging="283"/>
      </w:pPr>
      <w:r>
        <w:rPr>
          <w:rFonts w:ascii="Noto Sans CJK KR" w:hAnsi="Noto Sans CJK KR" w:eastAsia="Noto Sans CJK KR"/>
          <w:sz w:val="19"/>
        </w:rPr>
        <w:t>4. 제자리 회전</w:t>
      </w:r>
    </w:p>
    <w:p>
      <w:pPr>
        <w:spacing w:after="40" w:line="288" w:lineRule="auto"/>
        <w:ind w:left="454" w:hanging="283"/>
      </w:pPr>
      <w:r>
        <w:rPr>
          <w:rFonts w:ascii="Noto Sans CJK KR" w:hAnsi="Noto Sans CJK KR" w:eastAsia="Noto Sans CJK KR"/>
          <w:sz w:val="19"/>
        </w:rPr>
        <w:t>5. 비용지도 초기화</w:t>
      </w:r>
    </w:p>
    <w:p>
      <w:pPr>
        <w:spacing w:after="40" w:line="288" w:lineRule="auto"/>
        <w:ind w:left="454" w:hanging="283"/>
      </w:pPr>
      <w:r>
        <w:rPr>
          <w:rFonts w:ascii="Noto Sans CJK KR" w:hAnsi="Noto Sans CJK KR" w:eastAsia="Noto Sans CJK KR"/>
          <w:sz w:val="19"/>
        </w:rPr>
        <w:t>6. 동일 목표 재요청</w:t>
      </w:r>
    </w:p>
    <w:p>
      <w:pPr>
        <w:spacing w:after="40" w:line="288" w:lineRule="auto"/>
        <w:ind w:left="454" w:hanging="283"/>
      </w:pPr>
      <w:r>
        <w:rPr>
          <w:rFonts w:ascii="Noto Sans CJK KR" w:hAnsi="Noto Sans CJK KR" w:eastAsia="Noto Sans CJK KR"/>
          <w:sz w:val="19"/>
        </w:rPr>
        <w:t>7. 재시도 횟수 초과 시 다음 순찰 지점으로 이동하거나 순찰 실패 처리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space="0" w:color="B7B7B7"/>
          <w:left w:val="single" w:sz="4" w:space="0" w:color="B7B7B7"/>
          <w:bottom w:val="single" w:sz="4" w:space="0" w:color="B7B7B7"/>
          <w:right w:val="single" w:sz="4" w:space="0" w:color="B7B7B7"/>
          <w:insideH w:val="single" w:sz="4" w:space="0" w:color="B7B7B7"/>
          <w:insideV w:val="single" w:sz="4" w:space="0" w:color="B7B7B7"/>
        </w:tblBorders>
      </w:tblPr>
      <w:tblGrid>
        <w:gridCol w:w="5103"/>
        <w:gridCol w:w="5103"/>
      </w:tblGrid>
      <w:tr>
        <w:trPr>
          <w:tblHeader w:val="true"/>
        </w:trPr>
        <w:tc>
          <w:tcPr>
            <w:tcW w:type="dxa" w:w="2835"/>
            <w:shd w:fill="1F4E78"/>
            <w:tcMar>
              <w:top w:w="80" w:type="dxa"/>
              <w:start w:w="70" w:type="dxa"/>
              <w:bottom w:w="80" w:type="dxa"/>
              <w:end w:w="7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Noto Sans CJK KR" w:hAnsi="Noto Sans CJK KR" w:eastAsia="Noto Sans CJK KR"/>
                <w:b/>
                <w:color w:val="FFFFFF"/>
                <w:sz w:val="16"/>
              </w:rPr>
              <w:t>실패 횟수</w:t>
            </w:r>
          </w:p>
        </w:tc>
        <w:tc>
          <w:tcPr>
            <w:tcW w:type="dxa" w:w="6804"/>
            <w:shd w:fill="1F4E78"/>
            <w:tcMar>
              <w:top w:w="80" w:type="dxa"/>
              <w:start w:w="70" w:type="dxa"/>
              <w:bottom w:w="80" w:type="dxa"/>
              <w:end w:w="7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Noto Sans CJK KR" w:hAnsi="Noto Sans CJK KR" w:eastAsia="Noto Sans CJK KR"/>
                <w:b/>
                <w:color w:val="FFFFFF"/>
                <w:sz w:val="16"/>
              </w:rPr>
              <w:t>처리</w:t>
            </w:r>
          </w:p>
        </w:tc>
      </w:tr>
      <w:tr>
        <w:tc>
          <w:tcPr>
            <w:tcW w:type="dxa" w:w="2835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8"/>
              </w:rPr>
              <w:t>1회 실패</w:t>
            </w:r>
          </w:p>
        </w:tc>
        <w:tc>
          <w:tcPr>
            <w:tcW w:type="dxa" w:w="6804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8"/>
              </w:rPr>
              <w:t>동일 목표 재시도</w:t>
            </w:r>
          </w:p>
        </w:tc>
      </w:tr>
      <w:tr>
        <w:tc>
          <w:tcPr>
            <w:tcW w:type="dxa" w:w="2835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  <w:shd w:fill="F8FBFD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8"/>
              </w:rPr>
              <w:t>2회 실패</w:t>
            </w:r>
          </w:p>
        </w:tc>
        <w:tc>
          <w:tcPr>
            <w:tcW w:type="dxa" w:w="6804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  <w:shd w:fill="F8FBFD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8"/>
              </w:rPr>
              <w:t>비용지도 초기화 후 재시도</w:t>
            </w:r>
          </w:p>
        </w:tc>
      </w:tr>
      <w:tr>
        <w:tc>
          <w:tcPr>
            <w:tcW w:type="dxa" w:w="2835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8"/>
              </w:rPr>
              <w:t>3회 실패</w:t>
            </w:r>
          </w:p>
        </w:tc>
        <w:tc>
          <w:tcPr>
            <w:tcW w:type="dxa" w:w="6804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8"/>
              </w:rPr>
              <w:t>순찰 실패 또는 해당 지점 건너뛰기</w:t>
            </w:r>
          </w:p>
        </w:tc>
      </w:tr>
    </w:tbl>
    <w:p>
      <w:pPr>
        <w:spacing w:after="0"/>
      </w:pPr>
    </w:p>
    <w:p>
      <w:pPr>
        <w:spacing w:before="0" w:after="80" w:line="312" w:lineRule="auto"/>
      </w:pPr>
      <w:r>
        <w:rPr>
          <w:rFonts w:ascii="Noto Sans CJK KR" w:hAnsi="Noto Sans CJK KR" w:eastAsia="Noto Sans CJK KR"/>
          <w:b w:val="0"/>
          <w:i w:val="0"/>
          <w:sz w:val="20"/>
        </w:rPr>
        <w:t>기본 재시도 횟수는 3회로 한다.</w:t>
      </w:r>
    </w:p>
    <w:p>
      <w:pPr>
        <w:pStyle w:val="Heading1"/>
        <w:keepNext/>
        <w:pBdr>
          <w:bottom w:val="single" w:sz="8" w:space="3" w:color="1F4E78"/>
        </w:pBdr>
      </w:pPr>
      <w:r>
        <w:t>50. 로그 및 보고서 기록 항목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space="0" w:color="7F8C8D"/>
          <w:left w:val="single" w:sz="4" w:space="0" w:color="7F8C8D"/>
          <w:bottom w:val="single" w:sz="4" w:space="0" w:color="7F8C8D"/>
          <w:right w:val="single" w:sz="4" w:space="0" w:color="7F8C8D"/>
          <w:insideH w:val="single" w:sz="4" w:space="0" w:color="7F8C8D"/>
          <w:insideV w:val="single" w:sz="4" w:space="0" w:color="7F8C8D"/>
        </w:tblBorders>
      </w:tblPr>
      <w:tblGrid>
        <w:gridCol w:w="2551"/>
        <w:gridCol w:w="2551"/>
        <w:gridCol w:w="2551"/>
        <w:gridCol w:w="2551"/>
      </w:tblGrid>
      <w:tr>
        <w:trPr>
          <w:cantSplit/>
        </w:trPr>
        <w:tc>
          <w:tcPr>
            <w:tcW w:type="dxa" w:w="1360"/>
            <w:tcMar>
              <w:top w:w="85" w:type="dxa"/>
              <w:start w:w="80" w:type="dxa"/>
              <w:bottom w:w="85" w:type="dxa"/>
              <w:end w:w="80" w:type="dxa"/>
            </w:tcMar>
            <w:vAlign w:val="center"/>
            <w:shd w:fill="D9EAF7"/>
          </w:tcPr>
          <w:p>
            <w:pPr>
              <w:spacing w:after="0"/>
              <w:jc w:val="center"/>
            </w:pPr>
            <w:r>
              <w:rPr>
                <w:rFonts w:ascii="Noto Sans CJK KR" w:hAnsi="Noto Sans CJK KR" w:eastAsia="Noto Sans CJK KR"/>
                <w:b/>
                <w:sz w:val="17"/>
              </w:rPr>
              <w:t>HS-OR-LOG-001</w:t>
            </w:r>
          </w:p>
        </w:tc>
        <w:tc>
          <w:tcPr>
            <w:tcW w:type="dxa" w:w="5953"/>
            <w:tcMar>
              <w:top w:w="85" w:type="dxa"/>
              <w:start w:w="80" w:type="dxa"/>
              <w:bottom w:w="85" w:type="dxa"/>
              <w:end w:w="8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Noto Sans CJK KR" w:hAnsi="Noto Sans CJK KR" w:eastAsia="Noto Sans CJK KR"/>
                <w:b w:val="0"/>
                <w:sz w:val="17"/>
              </w:rPr>
              <w:t>시스템은 다음 운용·안전·이벤트 정보를 파일 또는 데이터베이스에 기록하여야 한다.</w:t>
            </w:r>
          </w:p>
        </w:tc>
        <w:tc>
          <w:tcPr>
            <w:tcW w:type="dxa" w:w="1020"/>
            <w:tcMar>
              <w:top w:w="85" w:type="dxa"/>
              <w:start w:w="80" w:type="dxa"/>
              <w:bottom w:w="85" w:type="dxa"/>
              <w:end w:w="80" w:type="dxa"/>
            </w:tcMar>
            <w:vAlign w:val="center"/>
            <w:shd w:fill="F5F5F5"/>
          </w:tcPr>
          <w:p>
            <w:pPr>
              <w:spacing w:after="0"/>
              <w:jc w:val="center"/>
            </w:pPr>
            <w:r>
              <w:rPr>
                <w:rFonts w:ascii="Noto Sans CJK KR" w:hAnsi="Noto Sans CJK KR" w:eastAsia="Noto Sans CJK KR"/>
                <w:b w:val="0"/>
                <w:sz w:val="17"/>
              </w:rPr>
              <w:t>필수</w:t>
            </w:r>
          </w:p>
        </w:tc>
        <w:tc>
          <w:tcPr>
            <w:tcW w:type="dxa" w:w="1304"/>
            <w:tcMar>
              <w:top w:w="85" w:type="dxa"/>
              <w:start w:w="80" w:type="dxa"/>
              <w:bottom w:w="85" w:type="dxa"/>
              <w:end w:w="80" w:type="dxa"/>
            </w:tcMar>
            <w:vAlign w:val="center"/>
            <w:shd w:fill="F5F5F5"/>
          </w:tcPr>
          <w:p>
            <w:pPr>
              <w:spacing w:after="0"/>
              <w:jc w:val="center"/>
            </w:pPr>
            <w:r>
              <w:rPr>
                <w:rFonts w:ascii="Noto Sans CJK KR" w:hAnsi="Noto Sans CJK KR" w:eastAsia="Noto Sans CJK KR"/>
                <w:b w:val="0"/>
                <w:sz w:val="17"/>
              </w:rPr>
              <w:t>검사/시험</w:t>
            </w:r>
          </w:p>
        </w:tc>
      </w:tr>
    </w:tbl>
    <w:p>
      <w:pPr>
        <w:spacing w:after="0"/>
      </w:pPr>
    </w:p>
    <w:p>
      <w:pPr>
        <w:pStyle w:val="ListBullet"/>
        <w:spacing w:after="60" w:line="288" w:lineRule="auto"/>
        <w:ind w:left="340" w:hanging="142"/>
      </w:pPr>
      <w:r>
        <w:rPr>
          <w:rFonts w:ascii="Noto Sans CJK KR" w:hAnsi="Noto Sans CJK KR" w:eastAsia="Noto Sans CJK KR"/>
          <w:sz w:val="19"/>
        </w:rPr>
        <w:t>시스템 시작 및 종료 시간</w:t>
      </w:r>
    </w:p>
    <w:p>
      <w:pPr>
        <w:pStyle w:val="ListBullet"/>
        <w:spacing w:after="60" w:line="288" w:lineRule="auto"/>
        <w:ind w:left="340" w:hanging="142"/>
      </w:pPr>
      <w:r>
        <w:rPr>
          <w:rFonts w:ascii="Noto Sans CJK KR" w:hAnsi="Noto Sans CJK KR" w:eastAsia="Noto Sans CJK KR"/>
          <w:sz w:val="19"/>
        </w:rPr>
        <w:t>운용 모드 변경 기록</w:t>
      </w:r>
    </w:p>
    <w:p>
      <w:pPr>
        <w:pStyle w:val="ListBullet"/>
        <w:spacing w:after="60" w:line="288" w:lineRule="auto"/>
        <w:ind w:left="340" w:hanging="142"/>
      </w:pPr>
      <w:r>
        <w:rPr>
          <w:rFonts w:ascii="Noto Sans CJK KR" w:hAnsi="Noto Sans CJK KR" w:eastAsia="Noto Sans CJK KR"/>
          <w:sz w:val="19"/>
        </w:rPr>
        <w:t>순찰 시작 및 종료 시간</w:t>
      </w:r>
    </w:p>
    <w:p>
      <w:pPr>
        <w:pStyle w:val="ListBullet"/>
        <w:spacing w:after="60" w:line="288" w:lineRule="auto"/>
        <w:ind w:left="340" w:hanging="142"/>
      </w:pPr>
      <w:r>
        <w:rPr>
          <w:rFonts w:ascii="Noto Sans CJK KR" w:hAnsi="Noto Sans CJK KR" w:eastAsia="Noto Sans CJK KR"/>
          <w:sz w:val="19"/>
        </w:rPr>
        <w:t>순찰 경로</w:t>
      </w:r>
    </w:p>
    <w:p>
      <w:pPr>
        <w:pStyle w:val="ListBullet"/>
        <w:spacing w:after="60" w:line="288" w:lineRule="auto"/>
        <w:ind w:left="340" w:hanging="142"/>
      </w:pPr>
      <w:r>
        <w:rPr>
          <w:rFonts w:ascii="Noto Sans CJK KR" w:hAnsi="Noto Sans CJK KR" w:eastAsia="Noto Sans CJK KR"/>
          <w:sz w:val="19"/>
        </w:rPr>
        <w:t>순찰 지점별 도착 시간</w:t>
      </w:r>
    </w:p>
    <w:p>
      <w:pPr>
        <w:pStyle w:val="ListBullet"/>
        <w:spacing w:after="60" w:line="288" w:lineRule="auto"/>
        <w:ind w:left="340" w:hanging="142"/>
      </w:pPr>
      <w:r>
        <w:rPr>
          <w:rFonts w:ascii="Noto Sans CJK KR" w:hAnsi="Noto Sans CJK KR" w:eastAsia="Noto Sans CJK KR"/>
          <w:sz w:val="19"/>
        </w:rPr>
        <w:t>이동 실패 및 복구 횟수</w:t>
      </w:r>
    </w:p>
    <w:p>
      <w:pPr>
        <w:pStyle w:val="ListBullet"/>
        <w:spacing w:after="60" w:line="288" w:lineRule="auto"/>
        <w:ind w:left="340" w:hanging="142"/>
      </w:pPr>
      <w:r>
        <w:rPr>
          <w:rFonts w:ascii="Noto Sans CJK KR" w:hAnsi="Noto Sans CJK KR" w:eastAsia="Noto Sans CJK KR"/>
          <w:sz w:val="19"/>
        </w:rPr>
        <w:t>배터리 상태</w:t>
      </w:r>
    </w:p>
    <w:p>
      <w:pPr>
        <w:pStyle w:val="ListBullet"/>
        <w:spacing w:after="60" w:line="288" w:lineRule="auto"/>
        <w:ind w:left="340" w:hanging="142"/>
      </w:pPr>
      <w:r>
        <w:rPr>
          <w:rFonts w:ascii="Noto Sans CJK KR" w:hAnsi="Noto Sans CJK KR" w:eastAsia="Noto Sans CJK KR"/>
          <w:sz w:val="19"/>
        </w:rPr>
        <w:t>방문자 감지 기록</w:t>
      </w:r>
    </w:p>
    <w:p>
      <w:pPr>
        <w:pStyle w:val="ListBullet"/>
        <w:spacing w:after="60" w:line="288" w:lineRule="auto"/>
        <w:ind w:left="340" w:hanging="142"/>
      </w:pPr>
      <w:r>
        <w:rPr>
          <w:rFonts w:ascii="Noto Sans CJK KR" w:hAnsi="Noto Sans CJK KR" w:eastAsia="Noto Sans CJK KR"/>
          <w:sz w:val="19"/>
        </w:rPr>
        <w:t>방문자 메모</w:t>
      </w:r>
    </w:p>
    <w:p>
      <w:pPr>
        <w:pStyle w:val="ListBullet"/>
        <w:spacing w:after="60" w:line="288" w:lineRule="auto"/>
        <w:ind w:left="340" w:hanging="142"/>
      </w:pPr>
      <w:r>
        <w:rPr>
          <w:rFonts w:ascii="Noto Sans CJK KR" w:hAnsi="Noto Sans CJK KR" w:eastAsia="Noto Sans CJK KR"/>
          <w:sz w:val="19"/>
        </w:rPr>
        <w:t>이상 상황 이벤트</w:t>
      </w:r>
    </w:p>
    <w:p>
      <w:pPr>
        <w:pStyle w:val="ListBullet"/>
        <w:spacing w:after="60" w:line="288" w:lineRule="auto"/>
        <w:ind w:left="340" w:hanging="142"/>
      </w:pPr>
      <w:r>
        <w:rPr>
          <w:rFonts w:ascii="Noto Sans CJK KR" w:hAnsi="Noto Sans CJK KR" w:eastAsia="Noto Sans CJK KR"/>
          <w:sz w:val="19"/>
        </w:rPr>
        <w:t>증거 이미지 경로</w:t>
      </w:r>
    </w:p>
    <w:p>
      <w:pPr>
        <w:pStyle w:val="ListBullet"/>
        <w:spacing w:after="60" w:line="288" w:lineRule="auto"/>
        <w:ind w:left="340" w:hanging="142"/>
      </w:pPr>
      <w:r>
        <w:rPr>
          <w:rFonts w:ascii="Noto Sans CJK KR" w:hAnsi="Noto Sans CJK KR" w:eastAsia="Noto Sans CJK KR"/>
          <w:sz w:val="19"/>
        </w:rPr>
        <w:t>관리자 판단 결과</w:t>
      </w:r>
    </w:p>
    <w:p>
      <w:pPr>
        <w:pStyle w:val="ListBullet"/>
        <w:spacing w:after="60" w:line="288" w:lineRule="auto"/>
        <w:ind w:left="340" w:hanging="142"/>
      </w:pPr>
      <w:r>
        <w:rPr>
          <w:rFonts w:ascii="Noto Sans CJK KR" w:hAnsi="Noto Sans CJK KR" w:eastAsia="Noto Sans CJK KR"/>
          <w:sz w:val="19"/>
        </w:rPr>
        <w:t>비상정지 발생 기록</w:t>
      </w:r>
    </w:p>
    <w:p>
      <w:pPr>
        <w:pStyle w:val="ListBullet"/>
        <w:spacing w:after="60" w:line="288" w:lineRule="auto"/>
        <w:ind w:left="340" w:hanging="142"/>
      </w:pPr>
      <w:r>
        <w:rPr>
          <w:rFonts w:ascii="Noto Sans CJK KR" w:hAnsi="Noto Sans CJK KR" w:eastAsia="Noto Sans CJK KR"/>
          <w:sz w:val="19"/>
        </w:rPr>
        <w:t>노드 오류 기록</w:t>
      </w:r>
    </w:p>
    <w:p>
      <w:pPr>
        <w:pStyle w:val="ListBullet"/>
        <w:spacing w:after="60" w:line="288" w:lineRule="auto"/>
        <w:ind w:left="340" w:hanging="142"/>
      </w:pPr>
      <w:r>
        <w:rPr>
          <w:rFonts w:ascii="Noto Sans CJK KR" w:hAnsi="Noto Sans CJK KR" w:eastAsia="Noto Sans CJK KR"/>
          <w:sz w:val="19"/>
        </w:rPr>
        <w:t>원격 GUI 연결 및 해제 기록</w:t>
      </w:r>
    </w:p>
    <w:p>
      <w:pPr>
        <w:pStyle w:val="Heading1"/>
        <w:keepNext/>
        <w:pBdr>
          <w:bottom w:val="single" w:sz="8" w:space="3" w:color="1F4E78"/>
        </w:pBdr>
      </w:pPr>
      <w:r>
        <w:t>51. 파일 저장 경로</w:t>
      </w:r>
    </w:p>
    <w:p>
      <w:pPr>
        <w:spacing w:before="40" w:after="100" w:line="240" w:lineRule="auto"/>
        <w:ind w:left="283" w:right="283"/>
        <w:shd w:fill="F2F2F2"/>
      </w:pPr>
      <w:r>
        <w:rPr>
          <w:rFonts w:ascii="Noto Sans Mono CJK KR" w:hAnsi="Noto Sans Mono CJK KR" w:eastAsia="Noto Sans Mono CJK KR"/>
          <w:sz w:val="17"/>
        </w:rPr>
        <w:t>~/office_robot_data/</w:t>
        <w:br/>
      </w:r>
      <w:r>
        <w:rPr>
          <w:rFonts w:ascii="Noto Sans Mono CJK KR" w:hAnsi="Noto Sans Mono CJK KR" w:eastAsia="Noto Sans Mono CJK KR"/>
          <w:sz w:val="17"/>
        </w:rPr>
        <w:t>├── maps/</w:t>
        <w:br/>
      </w:r>
      <w:r>
        <w:rPr>
          <w:rFonts w:ascii="Noto Sans Mono CJK KR" w:hAnsi="Noto Sans Mono CJK KR" w:eastAsia="Noto Sans Mono CJK KR"/>
          <w:sz w:val="17"/>
        </w:rPr>
        <w:t>├── routes/</w:t>
        <w:br/>
      </w:r>
      <w:r>
        <w:rPr>
          <w:rFonts w:ascii="Noto Sans Mono CJK KR" w:hAnsi="Noto Sans Mono CJK KR" w:eastAsia="Noto Sans Mono CJK KR"/>
          <w:sz w:val="17"/>
        </w:rPr>
        <w:t>├── evidence/</w:t>
        <w:br/>
      </w:r>
      <w:r>
        <w:rPr>
          <w:rFonts w:ascii="Noto Sans Mono CJK KR" w:hAnsi="Noto Sans Mono CJK KR" w:eastAsia="Noto Sans Mono CJK KR"/>
          <w:sz w:val="17"/>
        </w:rPr>
        <w:t>│   ├── anomaly/</w:t>
        <w:br/>
      </w:r>
      <w:r>
        <w:rPr>
          <w:rFonts w:ascii="Noto Sans Mono CJK KR" w:hAnsi="Noto Sans Mono CJK KR" w:eastAsia="Noto Sans Mono CJK KR"/>
          <w:sz w:val="17"/>
        </w:rPr>
        <w:t>│   └── visitor/</w:t>
        <w:br/>
      </w:r>
      <w:r>
        <w:rPr>
          <w:rFonts w:ascii="Noto Sans Mono CJK KR" w:hAnsi="Noto Sans Mono CJK KR" w:eastAsia="Noto Sans Mono CJK KR"/>
          <w:sz w:val="17"/>
        </w:rPr>
        <w:t>├── reports/</w:t>
        <w:br/>
      </w:r>
      <w:r>
        <w:rPr>
          <w:rFonts w:ascii="Noto Sans Mono CJK KR" w:hAnsi="Noto Sans Mono CJK KR" w:eastAsia="Noto Sans Mono CJK KR"/>
          <w:sz w:val="17"/>
        </w:rPr>
        <w:t>├── logs/</w:t>
        <w:br/>
      </w:r>
      <w:r>
        <w:rPr>
          <w:rFonts w:ascii="Noto Sans Mono CJK KR" w:hAnsi="Noto Sans Mono CJK KR" w:eastAsia="Noto Sans Mono CJK KR"/>
          <w:sz w:val="17"/>
        </w:rPr>
        <w:t>└── config/</w:t>
      </w:r>
    </w:p>
    <w:p>
      <w:pPr>
        <w:spacing w:before="40" w:after="100" w:line="240" w:lineRule="auto"/>
        <w:ind w:left="283" w:right="283"/>
        <w:shd w:fill="F2F2F2"/>
      </w:pPr>
      <w:r>
        <w:rPr>
          <w:rFonts w:ascii="Noto Sans Mono CJK KR" w:hAnsi="Noto Sans Mono CJK KR" w:eastAsia="Noto Sans Mono CJK KR"/>
          <w:sz w:val="17"/>
        </w:rPr>
        <w:t>~/office_robot_data/maps/office_map.yaml</w:t>
        <w:br/>
      </w:r>
      <w:r>
        <w:rPr>
          <w:rFonts w:ascii="Noto Sans Mono CJK KR" w:hAnsi="Noto Sans Mono CJK KR" w:eastAsia="Noto Sans Mono CJK KR"/>
          <w:sz w:val="17"/>
        </w:rPr>
        <w:t>~/office_robot_data/routes/night_route_01.yaml</w:t>
        <w:br/>
      </w:r>
      <w:r>
        <w:rPr>
          <w:rFonts w:ascii="Noto Sans Mono CJK KR" w:hAnsi="Noto Sans Mono CJK KR" w:eastAsia="Noto Sans Mono CJK KR"/>
          <w:sz w:val="17"/>
        </w:rPr>
        <w:t>~/office_robot_data/evidence/anomaly/ANOMALY_20260718_231532_001.jpg</w:t>
        <w:br/>
      </w:r>
      <w:r>
        <w:rPr>
          <w:rFonts w:ascii="Noto Sans Mono CJK KR" w:hAnsi="Noto Sans Mono CJK KR" w:eastAsia="Noto Sans Mono CJK KR"/>
          <w:sz w:val="17"/>
        </w:rPr>
        <w:t>~/office_robot_data/reports/NIGHT_PATROL_20260718.pdf</w:t>
      </w:r>
    </w:p>
    <w:p>
      <w:pPr>
        <w:pStyle w:val="Heading1"/>
        <w:keepNext/>
        <w:pBdr>
          <w:bottom w:val="single" w:sz="8" w:space="3" w:color="1F4E78"/>
        </w:pBdr>
      </w:pPr>
      <w:r>
        <w:t>52. 인터페이스 개발 규칙</w:t>
      </w:r>
    </w:p>
    <w:p>
      <w:pPr>
        <w:pStyle w:val="ListBullet"/>
        <w:spacing w:after="60" w:line="288" w:lineRule="auto"/>
        <w:ind w:left="340" w:hanging="142"/>
      </w:pPr>
      <w:r>
        <w:rPr>
          <w:rFonts w:ascii="Noto Sans CJK KR" w:hAnsi="Noto Sans CJK KR" w:eastAsia="Noto Sans CJK KR"/>
          <w:sz w:val="19"/>
        </w:rPr>
        <w:t>모든 개발자는 본 명세에 정의된 토픽명과 자료형을 그대로 사용한다.</w:t>
      </w:r>
    </w:p>
    <w:p>
      <w:pPr>
        <w:pStyle w:val="ListBullet"/>
        <w:spacing w:after="60" w:line="288" w:lineRule="auto"/>
        <w:ind w:left="340" w:hanging="142"/>
      </w:pPr>
      <w:r>
        <w:rPr>
          <w:rFonts w:ascii="Noto Sans CJK KR" w:hAnsi="Noto Sans CJK KR" w:eastAsia="Noto Sans CJK KR"/>
          <w:sz w:val="19"/>
        </w:rPr>
        <w:t>임의로 토픽명을 변경하지 않는다.</w:t>
      </w:r>
    </w:p>
    <w:p>
      <w:pPr>
        <w:pStyle w:val="ListBullet"/>
        <w:spacing w:after="60" w:line="288" w:lineRule="auto"/>
        <w:ind w:left="340" w:hanging="142"/>
      </w:pPr>
      <w:r>
        <w:rPr>
          <w:rFonts w:ascii="Noto Sans CJK KR" w:hAnsi="Noto Sans CJK KR" w:eastAsia="Noto Sans CJK KR"/>
          <w:sz w:val="19"/>
        </w:rPr>
        <w:t>사용자 정의 메시지는 office_robot_msgs 패키지에 통합한다.</w:t>
      </w:r>
    </w:p>
    <w:p>
      <w:pPr>
        <w:pStyle w:val="ListBullet"/>
        <w:spacing w:after="60" w:line="288" w:lineRule="auto"/>
        <w:ind w:left="340" w:hanging="142"/>
      </w:pPr>
      <w:r>
        <w:rPr>
          <w:rFonts w:ascii="Noto Sans CJK KR" w:hAnsi="Noto Sans CJK KR" w:eastAsia="Noto Sans CJK KR"/>
          <w:sz w:val="19"/>
        </w:rPr>
        <w:t>문자열 상태값은 대문자 영문과 밑줄을 사용한다.</w:t>
      </w:r>
    </w:p>
    <w:p>
      <w:pPr>
        <w:pStyle w:val="ListBullet"/>
        <w:spacing w:after="60" w:line="288" w:lineRule="auto"/>
        <w:ind w:left="340" w:hanging="142"/>
      </w:pPr>
      <w:r>
        <w:rPr>
          <w:rFonts w:ascii="Noto Sans CJK KR" w:hAnsi="Noto Sans CJK KR" w:eastAsia="Noto Sans CJK KR"/>
          <w:sz w:val="19"/>
        </w:rPr>
        <w:t>위치와 거리는 미터를 사용한다.</w:t>
      </w:r>
    </w:p>
    <w:p>
      <w:pPr>
        <w:pStyle w:val="ListBullet"/>
        <w:spacing w:after="60" w:line="288" w:lineRule="auto"/>
        <w:ind w:left="340" w:hanging="142"/>
      </w:pPr>
      <w:r>
        <w:rPr>
          <w:rFonts w:ascii="Noto Sans CJK KR" w:hAnsi="Noto Sans CJK KR" w:eastAsia="Noto Sans CJK KR"/>
          <w:sz w:val="19"/>
        </w:rPr>
        <w:t>각도는 라디안을 사용한다.</w:t>
      </w:r>
    </w:p>
    <w:p>
      <w:pPr>
        <w:pStyle w:val="ListBullet"/>
        <w:spacing w:after="60" w:line="288" w:lineRule="auto"/>
        <w:ind w:left="340" w:hanging="142"/>
      </w:pPr>
      <w:r>
        <w:rPr>
          <w:rFonts w:ascii="Noto Sans CJK KR" w:hAnsi="Noto Sans CJK KR" w:eastAsia="Noto Sans CJK KR"/>
          <w:sz w:val="19"/>
        </w:rPr>
        <w:t>시간은 ROS 2 Time을 사용한다.</w:t>
      </w:r>
    </w:p>
    <w:p>
      <w:pPr>
        <w:pStyle w:val="ListBullet"/>
        <w:spacing w:after="60" w:line="288" w:lineRule="auto"/>
        <w:ind w:left="340" w:hanging="142"/>
      </w:pPr>
      <w:r>
        <w:rPr>
          <w:rFonts w:ascii="Noto Sans CJK KR" w:hAnsi="Noto Sans CJK KR" w:eastAsia="Noto Sans CJK KR"/>
          <w:sz w:val="19"/>
        </w:rPr>
        <w:t>모든 서비스는 성공 여부와 결과 코드를 반환한다.</w:t>
      </w:r>
    </w:p>
    <w:p>
      <w:pPr>
        <w:pStyle w:val="ListBullet"/>
        <w:spacing w:after="60" w:line="288" w:lineRule="auto"/>
        <w:ind w:left="340" w:hanging="142"/>
      </w:pPr>
      <w:r>
        <w:rPr>
          <w:rFonts w:ascii="Noto Sans CJK KR" w:hAnsi="Noto Sans CJK KR" w:eastAsia="Noto Sans CJK KR"/>
          <w:sz w:val="19"/>
        </w:rPr>
        <w:t>장시간 작업은 액션으로 구현한다.</w:t>
      </w:r>
    </w:p>
    <w:p>
      <w:pPr>
        <w:pStyle w:val="ListBullet"/>
        <w:spacing w:after="60" w:line="288" w:lineRule="auto"/>
        <w:ind w:left="340" w:hanging="142"/>
      </w:pPr>
      <w:r>
        <w:rPr>
          <w:rFonts w:ascii="Noto Sans CJK KR" w:hAnsi="Noto Sans CJK KR" w:eastAsia="Noto Sans CJK KR"/>
          <w:sz w:val="19"/>
        </w:rPr>
        <w:t>GUI와 로봇 노드가 동일한 상태값을 사용한다.</w:t>
      </w:r>
    </w:p>
    <w:p>
      <w:pPr>
        <w:pStyle w:val="ListBullet"/>
        <w:spacing w:after="60" w:line="288" w:lineRule="auto"/>
        <w:ind w:left="340" w:hanging="142"/>
      </w:pPr>
      <w:r>
        <w:rPr>
          <w:rFonts w:ascii="Noto Sans CJK KR" w:hAnsi="Noto Sans CJK KR" w:eastAsia="Noto Sans CJK KR"/>
          <w:sz w:val="19"/>
        </w:rPr>
        <w:t>토픽과 서비스 변경 시 전체 개발자에게 변경 내용을 공유한다.</w:t>
      </w:r>
    </w:p>
    <w:p>
      <w:pPr>
        <w:pStyle w:val="ListBullet"/>
        <w:spacing w:after="60" w:line="288" w:lineRule="auto"/>
        <w:ind w:left="340" w:hanging="142"/>
      </w:pPr>
      <w:r>
        <w:rPr>
          <w:rFonts w:ascii="Noto Sans CJK KR" w:hAnsi="Noto Sans CJK KR" w:eastAsia="Noto Sans CJK KR"/>
          <w:sz w:val="19"/>
        </w:rPr>
        <w:t>기존 인터페이스를 변경해야 할 경우 버전 번호를 증가시킨다.</w:t>
      </w:r>
    </w:p>
    <w:p>
      <w:pPr>
        <w:pStyle w:val="Heading1"/>
        <w:keepNext/>
        <w:pBdr>
          <w:bottom w:val="single" w:sz="8" w:space="3" w:color="1F4E78"/>
        </w:pBdr>
      </w:pPr>
      <w:r>
        <w:t>53. 인터페이스 버전 관리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space="0" w:color="7F8C8D"/>
          <w:left w:val="single" w:sz="4" w:space="0" w:color="7F8C8D"/>
          <w:bottom w:val="single" w:sz="4" w:space="0" w:color="7F8C8D"/>
          <w:right w:val="single" w:sz="4" w:space="0" w:color="7F8C8D"/>
          <w:insideH w:val="single" w:sz="4" w:space="0" w:color="7F8C8D"/>
          <w:insideV w:val="single" w:sz="4" w:space="0" w:color="7F8C8D"/>
        </w:tblBorders>
      </w:tblPr>
      <w:tblGrid>
        <w:gridCol w:w="2551"/>
        <w:gridCol w:w="2551"/>
        <w:gridCol w:w="2551"/>
        <w:gridCol w:w="2551"/>
      </w:tblGrid>
      <w:tr>
        <w:trPr>
          <w:cantSplit/>
        </w:trPr>
        <w:tc>
          <w:tcPr>
            <w:tcW w:type="dxa" w:w="1360"/>
            <w:tcMar>
              <w:top w:w="85" w:type="dxa"/>
              <w:start w:w="80" w:type="dxa"/>
              <w:bottom w:w="85" w:type="dxa"/>
              <w:end w:w="80" w:type="dxa"/>
            </w:tcMar>
            <w:vAlign w:val="center"/>
            <w:shd w:fill="D9EAF7"/>
          </w:tcPr>
          <w:p>
            <w:pPr>
              <w:spacing w:after="0"/>
              <w:jc w:val="center"/>
            </w:pPr>
            <w:r>
              <w:rPr>
                <w:rFonts w:ascii="Noto Sans CJK KR" w:hAnsi="Noto Sans CJK KR" w:eastAsia="Noto Sans CJK KR"/>
                <w:b/>
                <w:sz w:val="17"/>
              </w:rPr>
              <w:t>HS-OR-VER-001</w:t>
            </w:r>
          </w:p>
        </w:tc>
        <w:tc>
          <w:tcPr>
            <w:tcW w:type="dxa" w:w="5953"/>
            <w:tcMar>
              <w:top w:w="85" w:type="dxa"/>
              <w:start w:w="80" w:type="dxa"/>
              <w:bottom w:w="85" w:type="dxa"/>
              <w:end w:w="8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Noto Sans CJK KR" w:hAnsi="Noto Sans CJK KR" w:eastAsia="Noto Sans CJK KR"/>
                <w:b w:val="0"/>
                <w:sz w:val="17"/>
              </w:rPr>
              <w:t>인터페이스 버전은 MAJOR.MINOR.PATCH 형식을 사용하고 변경 유형에 따라 증가시켜야 한다.</w:t>
            </w:r>
          </w:p>
        </w:tc>
        <w:tc>
          <w:tcPr>
            <w:tcW w:type="dxa" w:w="1020"/>
            <w:tcMar>
              <w:top w:w="85" w:type="dxa"/>
              <w:start w:w="80" w:type="dxa"/>
              <w:bottom w:w="85" w:type="dxa"/>
              <w:end w:w="80" w:type="dxa"/>
            </w:tcMar>
            <w:vAlign w:val="center"/>
            <w:shd w:fill="F5F5F5"/>
          </w:tcPr>
          <w:p>
            <w:pPr>
              <w:spacing w:after="0"/>
              <w:jc w:val="center"/>
            </w:pPr>
            <w:r>
              <w:rPr>
                <w:rFonts w:ascii="Noto Sans CJK KR" w:hAnsi="Noto Sans CJK KR" w:eastAsia="Noto Sans CJK KR"/>
                <w:b w:val="0"/>
                <w:sz w:val="17"/>
              </w:rPr>
              <w:t>필수</w:t>
            </w:r>
          </w:p>
        </w:tc>
        <w:tc>
          <w:tcPr>
            <w:tcW w:type="dxa" w:w="1304"/>
            <w:tcMar>
              <w:top w:w="85" w:type="dxa"/>
              <w:start w:w="80" w:type="dxa"/>
              <w:bottom w:w="85" w:type="dxa"/>
              <w:end w:w="80" w:type="dxa"/>
            </w:tcMar>
            <w:vAlign w:val="center"/>
            <w:shd w:fill="F5F5F5"/>
          </w:tcPr>
          <w:p>
            <w:pPr>
              <w:spacing w:after="0"/>
              <w:jc w:val="center"/>
            </w:pPr>
            <w:r>
              <w:rPr>
                <w:rFonts w:ascii="Noto Sans CJK KR" w:hAnsi="Noto Sans CJK KR" w:eastAsia="Noto Sans CJK KR"/>
                <w:b w:val="0"/>
                <w:sz w:val="17"/>
              </w:rPr>
              <w:t>검사</w:t>
            </w:r>
          </w:p>
        </w:tc>
      </w:tr>
    </w:tbl>
    <w:p>
      <w:pPr>
        <w:spacing w:after="0"/>
      </w:pPr>
    </w:p>
    <w:p>
      <w:pPr>
        <w:spacing w:before="40" w:after="100" w:line="240" w:lineRule="auto"/>
        <w:ind w:left="283" w:right="283"/>
        <w:shd w:fill="F2F2F2"/>
      </w:pPr>
      <w:r>
        <w:rPr>
          <w:rFonts w:ascii="Noto Sans Mono CJK KR" w:hAnsi="Noto Sans Mono CJK KR" w:eastAsia="Noto Sans Mono CJK KR"/>
          <w:sz w:val="17"/>
        </w:rPr>
        <w:t>1.0.0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space="0" w:color="B7B7B7"/>
          <w:left w:val="single" w:sz="4" w:space="0" w:color="B7B7B7"/>
          <w:bottom w:val="single" w:sz="4" w:space="0" w:color="B7B7B7"/>
          <w:right w:val="single" w:sz="4" w:space="0" w:color="B7B7B7"/>
          <w:insideH w:val="single" w:sz="4" w:space="0" w:color="B7B7B7"/>
          <w:insideV w:val="single" w:sz="4" w:space="0" w:color="B7B7B7"/>
        </w:tblBorders>
      </w:tblPr>
      <w:tblGrid>
        <w:gridCol w:w="5103"/>
        <w:gridCol w:w="5103"/>
      </w:tblGrid>
      <w:tr>
        <w:trPr>
          <w:tblHeader w:val="true"/>
        </w:trPr>
        <w:tc>
          <w:tcPr>
            <w:tcW w:type="dxa" w:w="5670"/>
            <w:shd w:fill="1F4E78"/>
            <w:tcMar>
              <w:top w:w="80" w:type="dxa"/>
              <w:start w:w="70" w:type="dxa"/>
              <w:bottom w:w="80" w:type="dxa"/>
              <w:end w:w="7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Noto Sans CJK KR" w:hAnsi="Noto Sans CJK KR" w:eastAsia="Noto Sans CJK KR"/>
                <w:b/>
                <w:color w:val="FFFFFF"/>
                <w:sz w:val="16"/>
              </w:rPr>
              <w:t>변경 유형</w:t>
            </w:r>
          </w:p>
        </w:tc>
        <w:tc>
          <w:tcPr>
            <w:tcW w:type="dxa" w:w="3969"/>
            <w:shd w:fill="1F4E78"/>
            <w:tcMar>
              <w:top w:w="80" w:type="dxa"/>
              <w:start w:w="70" w:type="dxa"/>
              <w:bottom w:w="80" w:type="dxa"/>
              <w:end w:w="7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Noto Sans CJK KR" w:hAnsi="Noto Sans CJK KR" w:eastAsia="Noto Sans CJK KR"/>
                <w:b/>
                <w:color w:val="FFFFFF"/>
                <w:sz w:val="16"/>
              </w:rPr>
              <w:t>버전 증가</w:t>
            </w:r>
          </w:p>
        </w:tc>
      </w:tr>
      <w:tr>
        <w:tc>
          <w:tcPr>
            <w:tcW w:type="dxa" w:w="5670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8"/>
              </w:rPr>
              <w:t>토픽명 또는 자료형 변경</w:t>
            </w:r>
          </w:p>
        </w:tc>
        <w:tc>
          <w:tcPr>
            <w:tcW w:type="dxa" w:w="3969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8"/>
              </w:rPr>
              <w:t>MAJOR</w:t>
            </w:r>
          </w:p>
        </w:tc>
      </w:tr>
      <w:tr>
        <w:tc>
          <w:tcPr>
            <w:tcW w:type="dxa" w:w="5670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  <w:shd w:fill="F8FBFD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8"/>
              </w:rPr>
              <w:t>필드 추가 또는 서비스 추가</w:t>
            </w:r>
          </w:p>
        </w:tc>
        <w:tc>
          <w:tcPr>
            <w:tcW w:type="dxa" w:w="3969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  <w:shd w:fill="F8FBFD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8"/>
              </w:rPr>
              <w:t>MINOR</w:t>
            </w:r>
          </w:p>
        </w:tc>
      </w:tr>
      <w:tr>
        <w:tc>
          <w:tcPr>
            <w:tcW w:type="dxa" w:w="5670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8"/>
              </w:rPr>
              <w:t>설명 수정 또는 오류 수정</w:t>
            </w:r>
          </w:p>
        </w:tc>
        <w:tc>
          <w:tcPr>
            <w:tcW w:type="dxa" w:w="3969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8"/>
              </w:rPr>
              <w:t>PATCH</w:t>
            </w:r>
          </w:p>
        </w:tc>
      </w:tr>
    </w:tbl>
    <w:p>
      <w:pPr>
        <w:spacing w:after="0"/>
      </w:pPr>
    </w:p>
    <w:p>
      <w:pPr>
        <w:spacing w:before="0" w:after="80" w:line="312" w:lineRule="auto"/>
      </w:pPr>
      <w:r>
        <w:rPr>
          <w:rFonts w:ascii="Noto Sans CJK KR" w:hAnsi="Noto Sans CJK KR" w:eastAsia="Noto Sans CJK KR"/>
          <w:b w:val="0"/>
          <w:i w:val="0"/>
          <w:sz w:val="20"/>
        </w:rPr>
        <w:t>인터페이스 버전은 /office_robot/interface_version 토픽으로 발행할 수 있다.</w:t>
      </w:r>
    </w:p>
    <w:p>
      <w:pPr>
        <w:spacing w:before="40" w:after="100" w:line="240" w:lineRule="auto"/>
        <w:ind w:left="283" w:right="283"/>
        <w:shd w:fill="F2F2F2"/>
      </w:pPr>
      <w:r>
        <w:rPr>
          <w:rFonts w:ascii="Noto Sans Mono CJK KR" w:hAnsi="Noto Sans Mono CJK KR" w:eastAsia="Noto Sans Mono CJK KR"/>
          <w:sz w:val="17"/>
        </w:rPr>
        <w:t>토픽: /office_robot/interface_version</w:t>
        <w:br/>
      </w:r>
      <w:r>
        <w:rPr>
          <w:rFonts w:ascii="Noto Sans Mono CJK KR" w:hAnsi="Noto Sans Mono CJK KR" w:eastAsia="Noto Sans Mono CJK KR"/>
          <w:sz w:val="17"/>
        </w:rPr>
        <w:t>자료형: std_msgs/msg/String</w:t>
        <w:br/>
      </w:r>
      <w:r>
        <w:rPr>
          <w:rFonts w:ascii="Noto Sans Mono CJK KR" w:hAnsi="Noto Sans Mono CJK KR" w:eastAsia="Noto Sans Mono CJK KR"/>
          <w:sz w:val="17"/>
        </w:rPr>
        <w:t>발행값 예시: 1.0.0</w:t>
      </w:r>
    </w:p>
    <w:p>
      <w:pPr>
        <w:pStyle w:val="Heading1"/>
        <w:pageBreakBefore/>
        <w:keepNext/>
        <w:pBdr>
          <w:bottom w:val="single" w:sz="8" w:space="3" w:color="1F4E78"/>
        </w:pBdr>
      </w:pPr>
      <w:r>
        <w:t>54. 최종 인터페이스 목록</w:t>
      </w:r>
    </w:p>
    <w:p>
      <w:pPr>
        <w:pStyle w:val="Heading2"/>
        <w:keepNext/>
      </w:pPr>
      <w:r>
        <w:t>54.1 핵심 토픽</w:t>
      </w:r>
    </w:p>
    <w:p>
      <w:pPr>
        <w:spacing w:before="40" w:after="100" w:line="240" w:lineRule="auto"/>
        <w:ind w:left="283" w:right="283"/>
        <w:shd w:fill="F2F2F2"/>
      </w:pPr>
      <w:r>
        <w:rPr>
          <w:rFonts w:ascii="Noto Sans Mono CJK KR" w:hAnsi="Noto Sans Mono CJK KR" w:eastAsia="Noto Sans Mono CJK KR"/>
          <w:sz w:val="14"/>
        </w:rPr>
        <w:t>/office_robot/operation_mode</w:t>
        <w:br/>
      </w:r>
      <w:r>
        <w:rPr>
          <w:rFonts w:ascii="Noto Sans Mono CJK KR" w:hAnsi="Noto Sans Mono CJK KR" w:eastAsia="Noto Sans Mono CJK KR"/>
          <w:sz w:val="14"/>
        </w:rPr>
        <w:t>/office_robot/system/status</w:t>
        <w:br/>
      </w:r>
      <w:r>
        <w:rPr>
          <w:rFonts w:ascii="Noto Sans Mono CJK KR" w:hAnsi="Noto Sans Mono CJK KR" w:eastAsia="Noto Sans Mono CJK KR"/>
          <w:sz w:val="14"/>
        </w:rPr>
        <w:t>/office_robot/entrance/person_count</w:t>
        <w:br/>
      </w:r>
      <w:r>
        <w:rPr>
          <w:rFonts w:ascii="Noto Sans Mono CJK KR" w:hAnsi="Noto Sans Mono CJK KR" w:eastAsia="Noto Sans Mono CJK KR"/>
          <w:sz w:val="14"/>
        </w:rPr>
        <w:t>/office_robot/visitor/event</w:t>
        <w:br/>
      </w:r>
      <w:r>
        <w:rPr>
          <w:rFonts w:ascii="Noto Sans Mono CJK KR" w:hAnsi="Noto Sans Mono CJK KR" w:eastAsia="Noto Sans Mono CJK KR"/>
          <w:sz w:val="14"/>
        </w:rPr>
        <w:t>/office_robot/anomaly/event</w:t>
        <w:br/>
      </w:r>
      <w:r>
        <w:rPr>
          <w:rFonts w:ascii="Noto Sans Mono CJK KR" w:hAnsi="Noto Sans Mono CJK KR" w:eastAsia="Noto Sans Mono CJK KR"/>
          <w:sz w:val="14"/>
        </w:rPr>
        <w:t>/office_robot/admin/decision</w:t>
        <w:br/>
      </w:r>
      <w:r>
        <w:rPr>
          <w:rFonts w:ascii="Noto Sans Mono CJK KR" w:hAnsi="Noto Sans Mono CJK KR" w:eastAsia="Noto Sans Mono CJK KR"/>
          <w:sz w:val="14"/>
        </w:rPr>
        <w:t>/office_robot/patrol/status</w:t>
        <w:br/>
      </w:r>
      <w:r>
        <w:rPr>
          <w:rFonts w:ascii="Noto Sans Mono CJK KR" w:hAnsi="Noto Sans Mono CJK KR" w:eastAsia="Noto Sans Mono CJK KR"/>
          <w:sz w:val="14"/>
        </w:rPr>
        <w:t>/office_robot/battery/status</w:t>
        <w:br/>
      </w:r>
      <w:r>
        <w:rPr>
          <w:rFonts w:ascii="Noto Sans Mono CJK KR" w:hAnsi="Noto Sans Mono CJK KR" w:eastAsia="Noto Sans Mono CJK KR"/>
          <w:sz w:val="14"/>
        </w:rPr>
        <w:t>/office_robot/camera/image_compressed</w:t>
        <w:br/>
      </w:r>
      <w:r>
        <w:rPr>
          <w:rFonts w:ascii="Noto Sans Mono CJK KR" w:hAnsi="Noto Sans Mono CJK KR" w:eastAsia="Noto Sans Mono CJK KR"/>
          <w:sz w:val="14"/>
        </w:rPr>
        <w:t>/office_robot/cmd_vel/navigation</w:t>
        <w:br/>
      </w:r>
      <w:r>
        <w:rPr>
          <w:rFonts w:ascii="Noto Sans Mono CJK KR" w:hAnsi="Noto Sans Mono CJK KR" w:eastAsia="Noto Sans Mono CJK KR"/>
          <w:sz w:val="14"/>
        </w:rPr>
        <w:t>/office_robot/cmd_vel/remote</w:t>
        <w:br/>
      </w:r>
      <w:r>
        <w:rPr>
          <w:rFonts w:ascii="Noto Sans Mono CJK KR" w:hAnsi="Noto Sans Mono CJK KR" w:eastAsia="Noto Sans Mono CJK KR"/>
          <w:sz w:val="14"/>
        </w:rPr>
        <w:t>/office_robot/emergency_stop/status</w:t>
        <w:br/>
      </w:r>
      <w:r>
        <w:rPr>
          <w:rFonts w:ascii="Noto Sans Mono CJK KR" w:hAnsi="Noto Sans Mono CJK KR" w:eastAsia="Noto Sans Mono CJK KR"/>
          <w:sz w:val="14"/>
        </w:rPr>
        <w:t>/cmd_vel</w:t>
        <w:br/>
      </w:r>
      <w:r>
        <w:rPr>
          <w:rFonts w:ascii="Noto Sans Mono CJK KR" w:hAnsi="Noto Sans Mono CJK KR" w:eastAsia="Noto Sans Mono CJK KR"/>
          <w:sz w:val="14"/>
        </w:rPr>
        <w:t>/odom</w:t>
        <w:br/>
      </w:r>
      <w:r>
        <w:rPr>
          <w:rFonts w:ascii="Noto Sans Mono CJK KR" w:hAnsi="Noto Sans Mono CJK KR" w:eastAsia="Noto Sans Mono CJK KR"/>
          <w:sz w:val="14"/>
        </w:rPr>
        <w:t>/scan</w:t>
        <w:br/>
      </w:r>
      <w:r>
        <w:rPr>
          <w:rFonts w:ascii="Noto Sans Mono CJK KR" w:hAnsi="Noto Sans Mono CJK KR" w:eastAsia="Noto Sans Mono CJK KR"/>
          <w:sz w:val="14"/>
        </w:rPr>
        <w:t>/map</w:t>
        <w:br/>
      </w:r>
      <w:r>
        <w:rPr>
          <w:rFonts w:ascii="Noto Sans Mono CJK KR" w:hAnsi="Noto Sans Mono CJK KR" w:eastAsia="Noto Sans Mono CJK KR"/>
          <w:sz w:val="14"/>
        </w:rPr>
        <w:t>/amcl_pose</w:t>
        <w:br/>
      </w:r>
      <w:r>
        <w:rPr>
          <w:rFonts w:ascii="Noto Sans Mono CJK KR" w:hAnsi="Noto Sans Mono CJK KR" w:eastAsia="Noto Sans Mono CJK KR"/>
          <w:sz w:val="14"/>
        </w:rPr>
        <w:t>/tf</w:t>
        <w:br/>
      </w:r>
      <w:r>
        <w:rPr>
          <w:rFonts w:ascii="Noto Sans Mono CJK KR" w:hAnsi="Noto Sans Mono CJK KR" w:eastAsia="Noto Sans Mono CJK KR"/>
          <w:sz w:val="14"/>
        </w:rPr>
        <w:t>/tf_static</w:t>
      </w:r>
    </w:p>
    <w:p>
      <w:pPr>
        <w:pStyle w:val="Heading2"/>
        <w:keepNext/>
      </w:pPr>
      <w:r>
        <w:t>54.2 핵심 서비스</w:t>
      </w:r>
    </w:p>
    <w:p>
      <w:pPr>
        <w:spacing w:before="40" w:after="100" w:line="240" w:lineRule="auto"/>
        <w:ind w:left="283" w:right="283"/>
        <w:shd w:fill="F2F2F2"/>
      </w:pPr>
      <w:r>
        <w:rPr>
          <w:rFonts w:ascii="Noto Sans Mono CJK KR" w:hAnsi="Noto Sans Mono CJK KR" w:eastAsia="Noto Sans Mono CJK KR"/>
          <w:sz w:val="14"/>
        </w:rPr>
        <w:t>/office_robot/set_mode</w:t>
        <w:br/>
      </w:r>
      <w:r>
        <w:rPr>
          <w:rFonts w:ascii="Noto Sans Mono CJK KR" w:hAnsi="Noto Sans Mono CJK KR" w:eastAsia="Noto Sans Mono CJK KR"/>
          <w:sz w:val="14"/>
        </w:rPr>
        <w:t>/office_robot/get_system_status</w:t>
        <w:br/>
      </w:r>
      <w:r>
        <w:rPr>
          <w:rFonts w:ascii="Noto Sans Mono CJK KR" w:hAnsi="Noto Sans Mono CJK KR" w:eastAsia="Noto Sans Mono CJK KR"/>
          <w:sz w:val="14"/>
        </w:rPr>
        <w:t>/office_robot/patrol/start</w:t>
        <w:br/>
      </w:r>
      <w:r>
        <w:rPr>
          <w:rFonts w:ascii="Noto Sans Mono CJK KR" w:hAnsi="Noto Sans Mono CJK KR" w:eastAsia="Noto Sans Mono CJK KR"/>
          <w:sz w:val="14"/>
        </w:rPr>
        <w:t>/office_robot/patrol/stop</w:t>
        <w:br/>
      </w:r>
      <w:r>
        <w:rPr>
          <w:rFonts w:ascii="Noto Sans Mono CJK KR" w:hAnsi="Noto Sans Mono CJK KR" w:eastAsia="Noto Sans Mono CJK KR"/>
          <w:sz w:val="14"/>
        </w:rPr>
        <w:t>/office_robot/patrol/pause</w:t>
        <w:br/>
      </w:r>
      <w:r>
        <w:rPr>
          <w:rFonts w:ascii="Noto Sans Mono CJK KR" w:hAnsi="Noto Sans Mono CJK KR" w:eastAsia="Noto Sans Mono CJK KR"/>
          <w:sz w:val="14"/>
        </w:rPr>
        <w:t>/office_robot/patrol/resume</w:t>
        <w:br/>
      </w:r>
      <w:r>
        <w:rPr>
          <w:rFonts w:ascii="Noto Sans Mono CJK KR" w:hAnsi="Noto Sans Mono CJK KR" w:eastAsia="Noto Sans Mono CJK KR"/>
          <w:sz w:val="14"/>
        </w:rPr>
        <w:t>/office_robot/evidence/capture</w:t>
        <w:br/>
      </w:r>
      <w:r>
        <w:rPr>
          <w:rFonts w:ascii="Noto Sans Mono CJK KR" w:hAnsi="Noto Sans Mono CJK KR" w:eastAsia="Noto Sans Mono CJK KR"/>
          <w:sz w:val="14"/>
        </w:rPr>
        <w:t>/office_robot/report/create</w:t>
        <w:br/>
      </w:r>
      <w:r>
        <w:rPr>
          <w:rFonts w:ascii="Noto Sans Mono CJK KR" w:hAnsi="Noto Sans Mono CJK KR" w:eastAsia="Noto Sans Mono CJK KR"/>
          <w:sz w:val="14"/>
        </w:rPr>
        <w:t>/office_robot/visitor/save_memo</w:t>
        <w:br/>
      </w:r>
      <w:r>
        <w:rPr>
          <w:rFonts w:ascii="Noto Sans Mono CJK KR" w:hAnsi="Noto Sans Mono CJK KR" w:eastAsia="Noto Sans Mono CJK KR"/>
          <w:sz w:val="14"/>
        </w:rPr>
        <w:t>/office_robot/emergency_stop</w:t>
      </w:r>
    </w:p>
    <w:p>
      <w:pPr>
        <w:pStyle w:val="Heading2"/>
        <w:keepNext/>
      </w:pPr>
      <w:r>
        <w:t>54.3 핵심 액션</w:t>
      </w:r>
    </w:p>
    <w:p>
      <w:pPr>
        <w:spacing w:before="40" w:after="100" w:line="240" w:lineRule="auto"/>
        <w:ind w:left="283" w:right="283"/>
        <w:shd w:fill="F2F2F2"/>
      </w:pPr>
      <w:r>
        <w:rPr>
          <w:rFonts w:ascii="Noto Sans Mono CJK KR" w:hAnsi="Noto Sans Mono CJK KR" w:eastAsia="Noto Sans Mono CJK KR"/>
          <w:sz w:val="14"/>
        </w:rPr>
        <w:t>/navigate_to_pose</w:t>
        <w:br/>
      </w:r>
      <w:r>
        <w:rPr>
          <w:rFonts w:ascii="Noto Sans Mono CJK KR" w:hAnsi="Noto Sans Mono CJK KR" w:eastAsia="Noto Sans Mono CJK KR"/>
          <w:sz w:val="14"/>
        </w:rPr>
        <w:t>/office_robot/navigate_to_named_location</w:t>
        <w:br/>
      </w:r>
      <w:r>
        <w:rPr>
          <w:rFonts w:ascii="Noto Sans Mono CJK KR" w:hAnsi="Noto Sans Mono CJK KR" w:eastAsia="Noto Sans Mono CJK KR"/>
          <w:sz w:val="14"/>
        </w:rPr>
        <w:t>/office_robot/execute_patrol</w:t>
        <w:br/>
      </w:r>
      <w:r>
        <w:rPr>
          <w:rFonts w:ascii="Noto Sans Mono CJK KR" w:hAnsi="Noto Sans Mono CJK KR" w:eastAsia="Noto Sans Mono CJK KR"/>
          <w:sz w:val="14"/>
        </w:rPr>
        <w:t>/office_robot/guide_visitor</w:t>
        <w:br/>
      </w:r>
      <w:r>
        <w:rPr>
          <w:rFonts w:ascii="Noto Sans Mono CJK KR" w:hAnsi="Noto Sans Mono CJK KR" w:eastAsia="Noto Sans Mono CJK KR"/>
          <w:sz w:val="14"/>
        </w:rPr>
        <w:t>/office_robot/execute_errand</w:t>
      </w:r>
    </w:p>
    <w:p>
      <w:pPr>
        <w:pStyle w:val="Heading2"/>
        <w:keepNext/>
      </w:pPr>
      <w:r>
        <w:t>54.4 핵심 사용자 정의 메시지</w:t>
      </w:r>
    </w:p>
    <w:p>
      <w:pPr>
        <w:spacing w:before="40" w:after="100" w:line="240" w:lineRule="auto"/>
        <w:ind w:left="283" w:right="283"/>
        <w:shd w:fill="F2F2F2"/>
      </w:pPr>
      <w:r>
        <w:rPr>
          <w:rFonts w:ascii="Noto Sans Mono CJK KR" w:hAnsi="Noto Sans Mono CJK KR" w:eastAsia="Noto Sans Mono CJK KR"/>
          <w:sz w:val="14"/>
        </w:rPr>
        <w:t>AnomalyEvent.msg</w:t>
        <w:br/>
      </w:r>
      <w:r>
        <w:rPr>
          <w:rFonts w:ascii="Noto Sans Mono CJK KR" w:hAnsi="Noto Sans Mono CJK KR" w:eastAsia="Noto Sans Mono CJK KR"/>
          <w:sz w:val="14"/>
        </w:rPr>
        <w:t>AdminDecision.msg</w:t>
        <w:br/>
      </w:r>
      <w:r>
        <w:rPr>
          <w:rFonts w:ascii="Noto Sans Mono CJK KR" w:hAnsi="Noto Sans Mono CJK KR" w:eastAsia="Noto Sans Mono CJK KR"/>
          <w:sz w:val="14"/>
        </w:rPr>
        <w:t>PatrolStatus.msg</w:t>
        <w:br/>
      </w:r>
      <w:r>
        <w:rPr>
          <w:rFonts w:ascii="Noto Sans Mono CJK KR" w:hAnsi="Noto Sans Mono CJK KR" w:eastAsia="Noto Sans Mono CJK KR"/>
          <w:sz w:val="14"/>
        </w:rPr>
        <w:t>PatrolRoute.msg</w:t>
        <w:br/>
      </w:r>
      <w:r>
        <w:rPr>
          <w:rFonts w:ascii="Noto Sans Mono CJK KR" w:hAnsi="Noto Sans Mono CJK KR" w:eastAsia="Noto Sans Mono CJK KR"/>
          <w:sz w:val="14"/>
        </w:rPr>
        <w:t>PatrolEvent.msg</w:t>
        <w:br/>
      </w:r>
      <w:r>
        <w:rPr>
          <w:rFonts w:ascii="Noto Sans Mono CJK KR" w:hAnsi="Noto Sans Mono CJK KR" w:eastAsia="Noto Sans Mono CJK KR"/>
          <w:sz w:val="14"/>
        </w:rPr>
        <w:t>VisitorEvent.msg</w:t>
        <w:br/>
      </w:r>
      <w:r>
        <w:rPr>
          <w:rFonts w:ascii="Noto Sans Mono CJK KR" w:hAnsi="Noto Sans Mono CJK KR" w:eastAsia="Noto Sans Mono CJK KR"/>
          <w:sz w:val="14"/>
        </w:rPr>
        <w:t>VisitorMemo.msg</w:t>
        <w:br/>
      </w:r>
      <w:r>
        <w:rPr>
          <w:rFonts w:ascii="Noto Sans Mono CJK KR" w:hAnsi="Noto Sans Mono CJK KR" w:eastAsia="Noto Sans Mono CJK KR"/>
          <w:sz w:val="14"/>
        </w:rPr>
        <w:t>RobotBatteryStatus.msg</w:t>
        <w:br/>
      </w:r>
      <w:r>
        <w:rPr>
          <w:rFonts w:ascii="Noto Sans Mono CJK KR" w:hAnsi="Noto Sans Mono CJK KR" w:eastAsia="Noto Sans Mono CJK KR"/>
          <w:sz w:val="14"/>
        </w:rPr>
        <w:t>SystemStatus.msg</w:t>
        <w:br/>
      </w:r>
      <w:r>
        <w:rPr>
          <w:rFonts w:ascii="Noto Sans Mono CJK KR" w:hAnsi="Noto Sans Mono CJK KR" w:eastAsia="Noto Sans Mono CJK KR"/>
          <w:sz w:val="14"/>
        </w:rPr>
        <w:t>EvidenceStatus.msg</w:t>
        <w:br/>
      </w:r>
      <w:r>
        <w:rPr>
          <w:rFonts w:ascii="Noto Sans Mono CJK KR" w:hAnsi="Noto Sans Mono CJK KR" w:eastAsia="Noto Sans Mono CJK KR"/>
          <w:sz w:val="14"/>
        </w:rPr>
        <w:t>ErrorEvent.msg</w:t>
      </w:r>
    </w:p>
    <w:p>
      <w:pPr>
        <w:pStyle w:val="Heading1"/>
        <w:pageBreakBefore/>
        <w:keepNext/>
        <w:pBdr>
          <w:bottom w:val="single" w:sz="8" w:space="3" w:color="1F4E78"/>
        </w:pBdr>
      </w:pPr>
      <w:r>
        <w:t>부록 A. 요구사항 추적성 매트릭스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space="0" w:color="B7B7B7"/>
          <w:left w:val="single" w:sz="4" w:space="0" w:color="B7B7B7"/>
          <w:bottom w:val="single" w:sz="4" w:space="0" w:color="B7B7B7"/>
          <w:right w:val="single" w:sz="4" w:space="0" w:color="B7B7B7"/>
          <w:insideH w:val="single" w:sz="4" w:space="0" w:color="B7B7B7"/>
          <w:insideV w:val="single" w:sz="4" w:space="0" w:color="B7B7B7"/>
        </w:tblBorders>
      </w:tblPr>
      <w:tblGrid>
        <w:gridCol w:w="2041"/>
        <w:gridCol w:w="2041"/>
        <w:gridCol w:w="2041"/>
        <w:gridCol w:w="2041"/>
        <w:gridCol w:w="2041"/>
      </w:tblGrid>
      <w:tr>
        <w:trPr>
          <w:tblHeader w:val="true"/>
        </w:trPr>
        <w:tc>
          <w:tcPr>
            <w:tcW w:type="dxa" w:w="1814"/>
            <w:shd w:fill="1F4E78"/>
            <w:tcMar>
              <w:top w:w="80" w:type="dxa"/>
              <w:start w:w="70" w:type="dxa"/>
              <w:bottom w:w="80" w:type="dxa"/>
              <w:end w:w="7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Noto Sans CJK KR" w:hAnsi="Noto Sans CJK KR" w:eastAsia="Noto Sans CJK KR"/>
                <w:b/>
                <w:color w:val="FFFFFF"/>
                <w:sz w:val="16"/>
              </w:rPr>
              <w:t>요구사항 ID</w:t>
            </w:r>
          </w:p>
        </w:tc>
        <w:tc>
          <w:tcPr>
            <w:tcW w:type="dxa" w:w="2835"/>
            <w:shd w:fill="1F4E78"/>
            <w:tcMar>
              <w:top w:w="80" w:type="dxa"/>
              <w:start w:w="70" w:type="dxa"/>
              <w:bottom w:w="80" w:type="dxa"/>
              <w:end w:w="7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Noto Sans CJK KR" w:hAnsi="Noto Sans CJK KR" w:eastAsia="Noto Sans CJK KR"/>
                <w:b/>
                <w:color w:val="FFFFFF"/>
                <w:sz w:val="16"/>
              </w:rPr>
              <w:t>요약</w:t>
            </w:r>
          </w:p>
        </w:tc>
        <w:tc>
          <w:tcPr>
            <w:tcW w:type="dxa" w:w="1134"/>
            <w:shd w:fill="1F4E78"/>
            <w:tcMar>
              <w:top w:w="80" w:type="dxa"/>
              <w:start w:w="70" w:type="dxa"/>
              <w:bottom w:w="80" w:type="dxa"/>
              <w:end w:w="7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Noto Sans CJK KR" w:hAnsi="Noto Sans CJK KR" w:eastAsia="Noto Sans CJK KR"/>
                <w:b/>
                <w:color w:val="FFFFFF"/>
                <w:sz w:val="16"/>
              </w:rPr>
              <w:t>관련 절</w:t>
            </w:r>
          </w:p>
        </w:tc>
        <w:tc>
          <w:tcPr>
            <w:tcW w:type="dxa" w:w="1304"/>
            <w:shd w:fill="1F4E78"/>
            <w:tcMar>
              <w:top w:w="80" w:type="dxa"/>
              <w:start w:w="70" w:type="dxa"/>
              <w:bottom w:w="80" w:type="dxa"/>
              <w:end w:w="7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Noto Sans CJK KR" w:hAnsi="Noto Sans CJK KR" w:eastAsia="Noto Sans CJK KR"/>
                <w:b/>
                <w:color w:val="FFFFFF"/>
                <w:sz w:val="16"/>
              </w:rPr>
              <w:t>시험 ID</w:t>
            </w:r>
          </w:p>
        </w:tc>
        <w:tc>
          <w:tcPr>
            <w:tcW w:type="dxa" w:w="2551"/>
            <w:shd w:fill="1F4E78"/>
            <w:tcMar>
              <w:top w:w="80" w:type="dxa"/>
              <w:start w:w="70" w:type="dxa"/>
              <w:bottom w:w="80" w:type="dxa"/>
              <w:end w:w="7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Noto Sans CJK KR" w:hAnsi="Noto Sans CJK KR" w:eastAsia="Noto Sans CJK KR"/>
                <w:b/>
                <w:color w:val="FFFFFF"/>
                <w:sz w:val="16"/>
              </w:rPr>
              <w:t>검증 방법</w:t>
            </w:r>
          </w:p>
        </w:tc>
      </w:tr>
      <w:tr>
        <w:tc>
          <w:tcPr>
            <w:tcW w:type="dxa" w:w="1814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5"/>
              </w:rPr>
              <w:t>HS-OR-GEN-001</w:t>
            </w:r>
          </w:p>
        </w:tc>
        <w:tc>
          <w:tcPr>
            <w:tcW w:type="dxa" w:w="2835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5"/>
              </w:rPr>
              <w:t>인터페이스 준수</w:t>
            </w:r>
          </w:p>
        </w:tc>
        <w:tc>
          <w:tcPr>
            <w:tcW w:type="dxa" w:w="1134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5"/>
              </w:rPr>
              <w:t>1</w:t>
            </w:r>
          </w:p>
        </w:tc>
        <w:tc>
          <w:tcPr>
            <w:tcW w:type="dxa" w:w="1304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5"/>
              </w:rPr>
              <w:t>IT-01</w:t>
            </w:r>
          </w:p>
        </w:tc>
        <w:tc>
          <w:tcPr>
            <w:tcW w:type="dxa" w:w="2551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5"/>
              </w:rPr>
              <w:t>검사/통합시험</w:t>
            </w:r>
          </w:p>
        </w:tc>
      </w:tr>
      <w:tr>
        <w:tc>
          <w:tcPr>
            <w:tcW w:type="dxa" w:w="1814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  <w:shd w:fill="F8FBFD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5"/>
              </w:rPr>
              <w:t>HS-OR-GEN-002</w:t>
            </w:r>
          </w:p>
        </w:tc>
        <w:tc>
          <w:tcPr>
            <w:tcW w:type="dxa" w:w="2835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  <w:shd w:fill="F8FBFD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5"/>
              </w:rPr>
              <w:t>/office_robot 네임스페이스</w:t>
            </w:r>
          </w:p>
        </w:tc>
        <w:tc>
          <w:tcPr>
            <w:tcW w:type="dxa" w:w="1134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  <w:shd w:fill="F8FBFD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5"/>
              </w:rPr>
              <w:t>3</w:t>
            </w:r>
          </w:p>
        </w:tc>
        <w:tc>
          <w:tcPr>
            <w:tcW w:type="dxa" w:w="1304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  <w:shd w:fill="F8FBFD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5"/>
              </w:rPr>
              <w:t>IT-02</w:t>
            </w:r>
          </w:p>
        </w:tc>
        <w:tc>
          <w:tcPr>
            <w:tcW w:type="dxa" w:w="2551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  <w:shd w:fill="F8FBFD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5"/>
              </w:rPr>
              <w:t>ROS graph 검사</w:t>
            </w:r>
          </w:p>
        </w:tc>
      </w:tr>
      <w:tr>
        <w:tc>
          <w:tcPr>
            <w:tcW w:type="dxa" w:w="1814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5"/>
              </w:rPr>
              <w:t>HS-OR-GEN-003</w:t>
            </w:r>
          </w:p>
        </w:tc>
        <w:tc>
          <w:tcPr>
            <w:tcW w:type="dxa" w:w="2835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5"/>
              </w:rPr>
              <w:t>명명 규칙</w:t>
            </w:r>
          </w:p>
        </w:tc>
        <w:tc>
          <w:tcPr>
            <w:tcW w:type="dxa" w:w="1134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5"/>
              </w:rPr>
              <w:t>3</w:t>
            </w:r>
          </w:p>
        </w:tc>
        <w:tc>
          <w:tcPr>
            <w:tcW w:type="dxa" w:w="1304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5"/>
              </w:rPr>
              <w:t>IT-03</w:t>
            </w:r>
          </w:p>
        </w:tc>
        <w:tc>
          <w:tcPr>
            <w:tcW w:type="dxa" w:w="2551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5"/>
              </w:rPr>
              <w:t>정적 검사</w:t>
            </w:r>
          </w:p>
        </w:tc>
      </w:tr>
      <w:tr>
        <w:tc>
          <w:tcPr>
            <w:tcW w:type="dxa" w:w="1814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  <w:shd w:fill="F8FBFD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5"/>
              </w:rPr>
              <w:t>HS-OR-MODE-001</w:t>
            </w:r>
          </w:p>
        </w:tc>
        <w:tc>
          <w:tcPr>
            <w:tcW w:type="dxa" w:w="2835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  <w:shd w:fill="F8FBFD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5"/>
              </w:rPr>
              <w:t>운용 모드 서비스</w:t>
            </w:r>
          </w:p>
        </w:tc>
        <w:tc>
          <w:tcPr>
            <w:tcW w:type="dxa" w:w="1134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  <w:shd w:fill="F8FBFD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5"/>
              </w:rPr>
              <w:t>5, 26</w:t>
            </w:r>
          </w:p>
        </w:tc>
        <w:tc>
          <w:tcPr>
            <w:tcW w:type="dxa" w:w="1304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  <w:shd w:fill="F8FBFD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5"/>
              </w:rPr>
              <w:t>IT-04</w:t>
            </w:r>
          </w:p>
        </w:tc>
        <w:tc>
          <w:tcPr>
            <w:tcW w:type="dxa" w:w="2551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  <w:shd w:fill="F8FBFD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5"/>
              </w:rPr>
              <w:t>서비스 호출 시험</w:t>
            </w:r>
          </w:p>
        </w:tc>
      </w:tr>
      <w:tr>
        <w:tc>
          <w:tcPr>
            <w:tcW w:type="dxa" w:w="1814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5"/>
              </w:rPr>
              <w:t>HS-OR-TOP-001</w:t>
            </w:r>
          </w:p>
        </w:tc>
        <w:tc>
          <w:tcPr>
            <w:tcW w:type="dxa" w:w="2835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5"/>
              </w:rPr>
              <w:t>토픽 이름·자료형</w:t>
            </w:r>
          </w:p>
        </w:tc>
        <w:tc>
          <w:tcPr>
            <w:tcW w:type="dxa" w:w="1134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5"/>
              </w:rPr>
              <w:t>6</w:t>
            </w:r>
          </w:p>
        </w:tc>
        <w:tc>
          <w:tcPr>
            <w:tcW w:type="dxa" w:w="1304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5"/>
              </w:rPr>
              <w:t>IT-05</w:t>
            </w:r>
          </w:p>
        </w:tc>
        <w:tc>
          <w:tcPr>
            <w:tcW w:type="dxa" w:w="2551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5"/>
              </w:rPr>
              <w:t>ros2 topic info 시험</w:t>
            </w:r>
          </w:p>
        </w:tc>
      </w:tr>
      <w:tr>
        <w:tc>
          <w:tcPr>
            <w:tcW w:type="dxa" w:w="1814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  <w:shd w:fill="F8FBFD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5"/>
              </w:rPr>
              <w:t>HS-OR-QOS-001</w:t>
            </w:r>
          </w:p>
        </w:tc>
        <w:tc>
          <w:tcPr>
            <w:tcW w:type="dxa" w:w="2835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  <w:shd w:fill="F8FBFD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5"/>
              </w:rPr>
              <w:t>QoS 적용</w:t>
            </w:r>
          </w:p>
        </w:tc>
        <w:tc>
          <w:tcPr>
            <w:tcW w:type="dxa" w:w="1134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  <w:shd w:fill="F8FBFD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5"/>
              </w:rPr>
              <w:t>7</w:t>
            </w:r>
          </w:p>
        </w:tc>
        <w:tc>
          <w:tcPr>
            <w:tcW w:type="dxa" w:w="1304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  <w:shd w:fill="F8FBFD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5"/>
              </w:rPr>
              <w:t>IT-06</w:t>
            </w:r>
          </w:p>
        </w:tc>
        <w:tc>
          <w:tcPr>
            <w:tcW w:type="dxa" w:w="2551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  <w:shd w:fill="F8FBFD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5"/>
              </w:rPr>
              <w:t>QoS 호환 시험</w:t>
            </w:r>
          </w:p>
        </w:tc>
      </w:tr>
      <w:tr>
        <w:tc>
          <w:tcPr>
            <w:tcW w:type="dxa" w:w="1814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5"/>
              </w:rPr>
              <w:t>HS-OR-SRV-001</w:t>
            </w:r>
          </w:p>
        </w:tc>
        <w:tc>
          <w:tcPr>
            <w:tcW w:type="dxa" w:w="2835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5"/>
              </w:rPr>
              <w:t>서비스 인터페이스</w:t>
            </w:r>
          </w:p>
        </w:tc>
        <w:tc>
          <w:tcPr>
            <w:tcW w:type="dxa" w:w="1134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5"/>
              </w:rPr>
              <w:t>8</w:t>
            </w:r>
          </w:p>
        </w:tc>
        <w:tc>
          <w:tcPr>
            <w:tcW w:type="dxa" w:w="1304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5"/>
              </w:rPr>
              <w:t>IT-07</w:t>
            </w:r>
          </w:p>
        </w:tc>
        <w:tc>
          <w:tcPr>
            <w:tcW w:type="dxa" w:w="2551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5"/>
              </w:rPr>
              <w:t>ros2 service type 시험</w:t>
            </w:r>
          </w:p>
        </w:tc>
      </w:tr>
      <w:tr>
        <w:tc>
          <w:tcPr>
            <w:tcW w:type="dxa" w:w="1814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  <w:shd w:fill="F8FBFD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5"/>
              </w:rPr>
              <w:t>HS-OR-SRV-002</w:t>
            </w:r>
          </w:p>
        </w:tc>
        <w:tc>
          <w:tcPr>
            <w:tcW w:type="dxa" w:w="2835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  <w:shd w:fill="F8FBFD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5"/>
              </w:rPr>
              <w:t>공통 응답 필드</w:t>
            </w:r>
          </w:p>
        </w:tc>
        <w:tc>
          <w:tcPr>
            <w:tcW w:type="dxa" w:w="1134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  <w:shd w:fill="F8FBFD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5"/>
              </w:rPr>
              <w:t>9</w:t>
            </w:r>
          </w:p>
        </w:tc>
        <w:tc>
          <w:tcPr>
            <w:tcW w:type="dxa" w:w="1304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  <w:shd w:fill="F8FBFD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5"/>
              </w:rPr>
              <w:t>IT-08</w:t>
            </w:r>
          </w:p>
        </w:tc>
        <w:tc>
          <w:tcPr>
            <w:tcW w:type="dxa" w:w="2551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  <w:shd w:fill="F8FBFD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5"/>
              </w:rPr>
              <w:t>응답값 시험</w:t>
            </w:r>
          </w:p>
        </w:tc>
      </w:tr>
      <w:tr>
        <w:tc>
          <w:tcPr>
            <w:tcW w:type="dxa" w:w="1814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5"/>
              </w:rPr>
              <w:t>HS-OR-ACT-001</w:t>
            </w:r>
          </w:p>
        </w:tc>
        <w:tc>
          <w:tcPr>
            <w:tcW w:type="dxa" w:w="2835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5"/>
              </w:rPr>
              <w:t>장시간 작업 액션화</w:t>
            </w:r>
          </w:p>
        </w:tc>
        <w:tc>
          <w:tcPr>
            <w:tcW w:type="dxa" w:w="1134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5"/>
              </w:rPr>
              <w:t>10</w:t>
            </w:r>
          </w:p>
        </w:tc>
        <w:tc>
          <w:tcPr>
            <w:tcW w:type="dxa" w:w="1304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5"/>
              </w:rPr>
              <w:t>IT-09</w:t>
            </w:r>
          </w:p>
        </w:tc>
        <w:tc>
          <w:tcPr>
            <w:tcW w:type="dxa" w:w="2551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5"/>
              </w:rPr>
              <w:t>액션 Goal/Feedback/Result 시험</w:t>
            </w:r>
          </w:p>
        </w:tc>
      </w:tr>
      <w:tr>
        <w:tc>
          <w:tcPr>
            <w:tcW w:type="dxa" w:w="1814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  <w:shd w:fill="F8FBFD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5"/>
              </w:rPr>
              <w:t>HS-OR-ACT-002</w:t>
            </w:r>
          </w:p>
        </w:tc>
        <w:tc>
          <w:tcPr>
            <w:tcW w:type="dxa" w:w="2835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  <w:shd w:fill="F8FBFD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5"/>
              </w:rPr>
              <w:t>순찰 배열 크기 일치</w:t>
            </w:r>
          </w:p>
        </w:tc>
        <w:tc>
          <w:tcPr>
            <w:tcW w:type="dxa" w:w="1134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  <w:shd w:fill="F8FBFD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5"/>
              </w:rPr>
              <w:t>18</w:t>
            </w:r>
          </w:p>
        </w:tc>
        <w:tc>
          <w:tcPr>
            <w:tcW w:type="dxa" w:w="1304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  <w:shd w:fill="F8FBFD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5"/>
              </w:rPr>
              <w:t>IT-10</w:t>
            </w:r>
          </w:p>
        </w:tc>
        <w:tc>
          <w:tcPr>
            <w:tcW w:type="dxa" w:w="2551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  <w:shd w:fill="F8FBFD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5"/>
              </w:rPr>
              <w:t>유효성 검사</w:t>
            </w:r>
          </w:p>
        </w:tc>
      </w:tr>
      <w:tr>
        <w:tc>
          <w:tcPr>
            <w:tcW w:type="dxa" w:w="1814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5"/>
              </w:rPr>
              <w:t>HS-OR-SAF-001</w:t>
            </w:r>
          </w:p>
        </w:tc>
        <w:tc>
          <w:tcPr>
            <w:tcW w:type="dxa" w:w="2835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5"/>
              </w:rPr>
              <w:t>속도 제한</w:t>
            </w:r>
          </w:p>
        </w:tc>
        <w:tc>
          <w:tcPr>
            <w:tcW w:type="dxa" w:w="1134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5"/>
              </w:rPr>
              <w:t>34</w:t>
            </w:r>
          </w:p>
        </w:tc>
        <w:tc>
          <w:tcPr>
            <w:tcW w:type="dxa" w:w="1304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5"/>
              </w:rPr>
              <w:t>ST-01</w:t>
            </w:r>
          </w:p>
        </w:tc>
        <w:tc>
          <w:tcPr>
            <w:tcW w:type="dxa" w:w="2551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5"/>
              </w:rPr>
              <w:t>주행 시험</w:t>
            </w:r>
          </w:p>
        </w:tc>
      </w:tr>
      <w:tr>
        <w:tc>
          <w:tcPr>
            <w:tcW w:type="dxa" w:w="1814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  <w:shd w:fill="F8FBFD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5"/>
              </w:rPr>
              <w:t>HS-OR-COM-001</w:t>
            </w:r>
          </w:p>
        </w:tc>
        <w:tc>
          <w:tcPr>
            <w:tcW w:type="dxa" w:w="2835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  <w:shd w:fill="F8FBFD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5"/>
              </w:rPr>
              <w:t>원격 타임아웃</w:t>
            </w:r>
          </w:p>
        </w:tc>
        <w:tc>
          <w:tcPr>
            <w:tcW w:type="dxa" w:w="1134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  <w:shd w:fill="F8FBFD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5"/>
              </w:rPr>
              <w:t>35</w:t>
            </w:r>
          </w:p>
        </w:tc>
        <w:tc>
          <w:tcPr>
            <w:tcW w:type="dxa" w:w="1304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  <w:shd w:fill="F8FBFD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5"/>
              </w:rPr>
              <w:t>ST-02</w:t>
            </w:r>
          </w:p>
        </w:tc>
        <w:tc>
          <w:tcPr>
            <w:tcW w:type="dxa" w:w="2551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  <w:shd w:fill="F8FBFD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5"/>
              </w:rPr>
              <w:t>통신 중단 시험</w:t>
            </w:r>
          </w:p>
        </w:tc>
      </w:tr>
      <w:tr>
        <w:tc>
          <w:tcPr>
            <w:tcW w:type="dxa" w:w="1814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5"/>
              </w:rPr>
              <w:t>HS-OR-COM-002</w:t>
            </w:r>
          </w:p>
        </w:tc>
        <w:tc>
          <w:tcPr>
            <w:tcW w:type="dxa" w:w="2835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5"/>
              </w:rPr>
              <w:t>시간 동기화</w:t>
            </w:r>
          </w:p>
        </w:tc>
        <w:tc>
          <w:tcPr>
            <w:tcW w:type="dxa" w:w="1134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5"/>
              </w:rPr>
              <w:t>40</w:t>
            </w:r>
          </w:p>
        </w:tc>
        <w:tc>
          <w:tcPr>
            <w:tcW w:type="dxa" w:w="1304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5"/>
              </w:rPr>
              <w:t>IT-11</w:t>
            </w:r>
          </w:p>
        </w:tc>
        <w:tc>
          <w:tcPr>
            <w:tcW w:type="dxa" w:w="2551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5"/>
              </w:rPr>
              <w:t>시간 오차 측정</w:t>
            </w:r>
          </w:p>
        </w:tc>
      </w:tr>
      <w:tr>
        <w:tc>
          <w:tcPr>
            <w:tcW w:type="dxa" w:w="1814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  <w:shd w:fill="F8FBFD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5"/>
              </w:rPr>
              <w:t>HS-OR-COM-003</w:t>
            </w:r>
          </w:p>
        </w:tc>
        <w:tc>
          <w:tcPr>
            <w:tcW w:type="dxa" w:w="2835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  <w:shd w:fill="F8FBFD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5"/>
              </w:rPr>
              <w:t>ROS 도메인 설정</w:t>
            </w:r>
          </w:p>
        </w:tc>
        <w:tc>
          <w:tcPr>
            <w:tcW w:type="dxa" w:w="1134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  <w:shd w:fill="F8FBFD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5"/>
              </w:rPr>
              <w:t>41</w:t>
            </w:r>
          </w:p>
        </w:tc>
        <w:tc>
          <w:tcPr>
            <w:tcW w:type="dxa" w:w="1304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  <w:shd w:fill="F8FBFD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5"/>
              </w:rPr>
              <w:t>IT-12</w:t>
            </w:r>
          </w:p>
        </w:tc>
        <w:tc>
          <w:tcPr>
            <w:tcW w:type="dxa" w:w="2551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  <w:shd w:fill="F8FBFD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5"/>
              </w:rPr>
              <w:t>원격 발견 시험</w:t>
            </w:r>
          </w:p>
        </w:tc>
      </w:tr>
      <w:tr>
        <w:tc>
          <w:tcPr>
            <w:tcW w:type="dxa" w:w="1814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5"/>
              </w:rPr>
              <w:t>HS-OR-COM-004</w:t>
            </w:r>
          </w:p>
        </w:tc>
        <w:tc>
          <w:tcPr>
            <w:tcW w:type="dxa" w:w="2835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5"/>
              </w:rPr>
              <w:t>Heartbeat 판단</w:t>
            </w:r>
          </w:p>
        </w:tc>
        <w:tc>
          <w:tcPr>
            <w:tcW w:type="dxa" w:w="1134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5"/>
              </w:rPr>
              <w:t>44</w:t>
            </w:r>
          </w:p>
        </w:tc>
        <w:tc>
          <w:tcPr>
            <w:tcW w:type="dxa" w:w="1304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5"/>
              </w:rPr>
              <w:t>ST-03</w:t>
            </w:r>
          </w:p>
        </w:tc>
        <w:tc>
          <w:tcPr>
            <w:tcW w:type="dxa" w:w="2551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5"/>
              </w:rPr>
              <w:t>패킷 중단 시험</w:t>
            </w:r>
          </w:p>
        </w:tc>
      </w:tr>
      <w:tr>
        <w:tc>
          <w:tcPr>
            <w:tcW w:type="dxa" w:w="1814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  <w:shd w:fill="F8FBFD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5"/>
              </w:rPr>
              <w:t>HS-OR-SAF-003</w:t>
            </w:r>
          </w:p>
        </w:tc>
        <w:tc>
          <w:tcPr>
            <w:tcW w:type="dxa" w:w="2835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  <w:shd w:fill="F8FBFD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5"/>
              </w:rPr>
              <w:t>비상정지</w:t>
            </w:r>
          </w:p>
        </w:tc>
        <w:tc>
          <w:tcPr>
            <w:tcW w:type="dxa" w:w="1134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  <w:shd w:fill="F8FBFD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5"/>
              </w:rPr>
              <w:t>45</w:t>
            </w:r>
          </w:p>
        </w:tc>
        <w:tc>
          <w:tcPr>
            <w:tcW w:type="dxa" w:w="1304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  <w:shd w:fill="F8FBFD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5"/>
              </w:rPr>
              <w:t>ST-04</w:t>
            </w:r>
          </w:p>
        </w:tc>
        <w:tc>
          <w:tcPr>
            <w:tcW w:type="dxa" w:w="2551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  <w:shd w:fill="F8FBFD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5"/>
              </w:rPr>
              <w:t>E-Stop 시험</w:t>
            </w:r>
          </w:p>
        </w:tc>
      </w:tr>
      <w:tr>
        <w:tc>
          <w:tcPr>
            <w:tcW w:type="dxa" w:w="1814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5"/>
              </w:rPr>
              <w:t>HS-OR-BAT-001</w:t>
            </w:r>
          </w:p>
        </w:tc>
        <w:tc>
          <w:tcPr>
            <w:tcW w:type="dxa" w:w="2835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5"/>
              </w:rPr>
              <w:t>위험 배터리 복귀</w:t>
            </w:r>
          </w:p>
        </w:tc>
        <w:tc>
          <w:tcPr>
            <w:tcW w:type="dxa" w:w="1134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5"/>
              </w:rPr>
              <w:t>46</w:t>
            </w:r>
          </w:p>
        </w:tc>
        <w:tc>
          <w:tcPr>
            <w:tcW w:type="dxa" w:w="1304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5"/>
              </w:rPr>
              <w:t>ST-05</w:t>
            </w:r>
          </w:p>
        </w:tc>
        <w:tc>
          <w:tcPr>
            <w:tcW w:type="dxa" w:w="2551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5"/>
              </w:rPr>
              <w:t>배터리 조건 시뮬레이션</w:t>
            </w:r>
          </w:p>
        </w:tc>
      </w:tr>
      <w:tr>
        <w:tc>
          <w:tcPr>
            <w:tcW w:type="dxa" w:w="1814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  <w:shd w:fill="F8FBFD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5"/>
              </w:rPr>
              <w:t>HS-OR-LOG-001</w:t>
            </w:r>
          </w:p>
        </w:tc>
        <w:tc>
          <w:tcPr>
            <w:tcW w:type="dxa" w:w="2835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  <w:shd w:fill="F8FBFD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5"/>
              </w:rPr>
              <w:t>기록 항목</w:t>
            </w:r>
          </w:p>
        </w:tc>
        <w:tc>
          <w:tcPr>
            <w:tcW w:type="dxa" w:w="1134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  <w:shd w:fill="F8FBFD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5"/>
              </w:rPr>
              <w:t>50</w:t>
            </w:r>
          </w:p>
        </w:tc>
        <w:tc>
          <w:tcPr>
            <w:tcW w:type="dxa" w:w="1304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  <w:shd w:fill="F8FBFD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5"/>
              </w:rPr>
              <w:t>IT-13</w:t>
            </w:r>
          </w:p>
        </w:tc>
        <w:tc>
          <w:tcPr>
            <w:tcW w:type="dxa" w:w="2551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  <w:shd w:fill="F8FBFD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5"/>
              </w:rPr>
              <w:t>로그 감사</w:t>
            </w:r>
          </w:p>
        </w:tc>
      </w:tr>
      <w:tr>
        <w:tc>
          <w:tcPr>
            <w:tcW w:type="dxa" w:w="1814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5"/>
              </w:rPr>
              <w:t>HS-OR-VER-001</w:t>
            </w:r>
          </w:p>
        </w:tc>
        <w:tc>
          <w:tcPr>
            <w:tcW w:type="dxa" w:w="2835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5"/>
              </w:rPr>
              <w:t>버전 관리</w:t>
            </w:r>
          </w:p>
        </w:tc>
        <w:tc>
          <w:tcPr>
            <w:tcW w:type="dxa" w:w="1134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5"/>
              </w:rPr>
              <w:t>53</w:t>
            </w:r>
          </w:p>
        </w:tc>
        <w:tc>
          <w:tcPr>
            <w:tcW w:type="dxa" w:w="1304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5"/>
              </w:rPr>
              <w:t>IT-14</w:t>
            </w:r>
          </w:p>
        </w:tc>
        <w:tc>
          <w:tcPr>
            <w:tcW w:type="dxa" w:w="2551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5"/>
              </w:rPr>
              <w:t>버전 토픽 및 문서 검사</w:t>
            </w:r>
          </w:p>
        </w:tc>
      </w:tr>
    </w:tbl>
    <w:p>
      <w:pPr>
        <w:spacing w:after="0"/>
      </w:pPr>
    </w:p>
    <w:p>
      <w:pPr>
        <w:pStyle w:val="Heading1"/>
        <w:keepNext/>
        <w:pBdr>
          <w:bottom w:val="single" w:sz="8" w:space="3" w:color="1F4E78"/>
        </w:pBdr>
      </w:pPr>
      <w:r>
        <w:t>부록 B. 인터페이스 인수시험 체크리스트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space="0" w:color="B7B7B7"/>
          <w:left w:val="single" w:sz="4" w:space="0" w:color="B7B7B7"/>
          <w:bottom w:val="single" w:sz="4" w:space="0" w:color="B7B7B7"/>
          <w:right w:val="single" w:sz="4" w:space="0" w:color="B7B7B7"/>
          <w:insideH w:val="single" w:sz="4" w:space="0" w:color="B7B7B7"/>
          <w:insideV w:val="single" w:sz="4" w:space="0" w:color="B7B7B7"/>
        </w:tblBorders>
      </w:tblPr>
      <w:tblGrid>
        <w:gridCol w:w="2551"/>
        <w:gridCol w:w="2551"/>
        <w:gridCol w:w="2551"/>
        <w:gridCol w:w="2551"/>
      </w:tblGrid>
      <w:tr>
        <w:trPr>
          <w:tblHeader w:val="true"/>
        </w:trPr>
        <w:tc>
          <w:tcPr>
            <w:tcW w:type="dxa" w:w="1304"/>
            <w:shd w:fill="1F4E78"/>
            <w:tcMar>
              <w:top w:w="80" w:type="dxa"/>
              <w:start w:w="70" w:type="dxa"/>
              <w:bottom w:w="80" w:type="dxa"/>
              <w:end w:w="7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Noto Sans CJK KR" w:hAnsi="Noto Sans CJK KR" w:eastAsia="Noto Sans CJK KR"/>
                <w:b/>
                <w:color w:val="FFFFFF"/>
                <w:sz w:val="16"/>
              </w:rPr>
              <w:t>시험 ID</w:t>
            </w:r>
          </w:p>
        </w:tc>
        <w:tc>
          <w:tcPr>
            <w:tcW w:type="dxa" w:w="3118"/>
            <w:shd w:fill="1F4E78"/>
            <w:tcMar>
              <w:top w:w="80" w:type="dxa"/>
              <w:start w:w="70" w:type="dxa"/>
              <w:bottom w:w="80" w:type="dxa"/>
              <w:end w:w="7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Noto Sans CJK KR" w:hAnsi="Noto Sans CJK KR" w:eastAsia="Noto Sans CJK KR"/>
                <w:b/>
                <w:color w:val="FFFFFF"/>
                <w:sz w:val="16"/>
              </w:rPr>
              <w:t>시험 항목</w:t>
            </w:r>
          </w:p>
        </w:tc>
        <w:tc>
          <w:tcPr>
            <w:tcW w:type="dxa" w:w="4536"/>
            <w:shd w:fill="1F4E78"/>
            <w:tcMar>
              <w:top w:w="80" w:type="dxa"/>
              <w:start w:w="70" w:type="dxa"/>
              <w:bottom w:w="80" w:type="dxa"/>
              <w:end w:w="7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Noto Sans CJK KR" w:hAnsi="Noto Sans CJK KR" w:eastAsia="Noto Sans CJK KR"/>
                <w:b/>
                <w:color w:val="FFFFFF"/>
                <w:sz w:val="16"/>
              </w:rPr>
              <w:t>합격 기준</w:t>
            </w:r>
          </w:p>
        </w:tc>
        <w:tc>
          <w:tcPr>
            <w:tcW w:type="dxa" w:w="680"/>
            <w:shd w:fill="1F4E78"/>
            <w:tcMar>
              <w:top w:w="80" w:type="dxa"/>
              <w:start w:w="70" w:type="dxa"/>
              <w:bottom w:w="80" w:type="dxa"/>
              <w:end w:w="7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Noto Sans CJK KR" w:hAnsi="Noto Sans CJK KR" w:eastAsia="Noto Sans CJK KR"/>
                <w:b/>
                <w:color w:val="FFFFFF"/>
                <w:sz w:val="16"/>
              </w:rPr>
              <w:t>결과</w:t>
            </w:r>
          </w:p>
        </w:tc>
      </w:tr>
      <w:tr>
        <w:tc>
          <w:tcPr>
            <w:tcW w:type="dxa" w:w="1304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5"/>
              </w:rPr>
              <w:t>IT-01</w:t>
            </w:r>
          </w:p>
        </w:tc>
        <w:tc>
          <w:tcPr>
            <w:tcW w:type="dxa" w:w="3118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5"/>
              </w:rPr>
              <w:t>로봇 PC와 원격 PC 노드 간 전체 인터페이스 통합</w:t>
            </w:r>
          </w:p>
        </w:tc>
        <w:tc>
          <w:tcPr>
            <w:tcW w:type="dxa" w:w="4536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5"/>
              </w:rPr>
              <w:t>모든 핵심 토픽·서비스·액션 통신 성공</w:t>
            </w:r>
          </w:p>
        </w:tc>
        <w:tc>
          <w:tcPr>
            <w:tcW w:type="dxa" w:w="680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5"/>
              </w:rPr>
              <w:t>□</w:t>
            </w:r>
          </w:p>
        </w:tc>
      </w:tr>
      <w:tr>
        <w:tc>
          <w:tcPr>
            <w:tcW w:type="dxa" w:w="1304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  <w:shd w:fill="F8FBFD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5"/>
              </w:rPr>
              <w:t>IT-02</w:t>
            </w:r>
          </w:p>
        </w:tc>
        <w:tc>
          <w:tcPr>
            <w:tcW w:type="dxa" w:w="3118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  <w:shd w:fill="F8FBFD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5"/>
              </w:rPr>
              <w:t>ROS graph 네임스페이스 검사</w:t>
            </w:r>
          </w:p>
        </w:tc>
        <w:tc>
          <w:tcPr>
            <w:tcW w:type="dxa" w:w="4536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  <w:shd w:fill="F8FBFD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5"/>
              </w:rPr>
              <w:t>전용 인터페이스가 /office_robot 하위에 존재</w:t>
            </w:r>
          </w:p>
        </w:tc>
        <w:tc>
          <w:tcPr>
            <w:tcW w:type="dxa" w:w="680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  <w:shd w:fill="F8FBFD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5"/>
              </w:rPr>
              <w:t>□</w:t>
            </w:r>
          </w:p>
        </w:tc>
      </w:tr>
      <w:tr>
        <w:tc>
          <w:tcPr>
            <w:tcW w:type="dxa" w:w="1304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5"/>
              </w:rPr>
              <w:t>IT-03</w:t>
            </w:r>
          </w:p>
        </w:tc>
        <w:tc>
          <w:tcPr>
            <w:tcW w:type="dxa" w:w="3118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5"/>
              </w:rPr>
              <w:t>토픽·서비스 명명 규칙 검사</w:t>
            </w:r>
          </w:p>
        </w:tc>
        <w:tc>
          <w:tcPr>
            <w:tcW w:type="dxa" w:w="4536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5"/>
              </w:rPr>
              <w:t>대문자 및 CamelCase 미사용</w:t>
            </w:r>
          </w:p>
        </w:tc>
        <w:tc>
          <w:tcPr>
            <w:tcW w:type="dxa" w:w="680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5"/>
              </w:rPr>
              <w:t>□</w:t>
            </w:r>
          </w:p>
        </w:tc>
      </w:tr>
      <w:tr>
        <w:tc>
          <w:tcPr>
            <w:tcW w:type="dxa" w:w="1304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  <w:shd w:fill="F8FBFD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5"/>
              </w:rPr>
              <w:t>IT-04</w:t>
            </w:r>
          </w:p>
        </w:tc>
        <w:tc>
          <w:tcPr>
            <w:tcW w:type="dxa" w:w="3118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  <w:shd w:fill="F8FBFD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5"/>
              </w:rPr>
              <w:t>운용 모드 변경 시험</w:t>
            </w:r>
          </w:p>
        </w:tc>
        <w:tc>
          <w:tcPr>
            <w:tcW w:type="dxa" w:w="4536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  <w:shd w:fill="F8FBFD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5"/>
              </w:rPr>
              <w:t>허용 전이 성공, 제한 전이 거부 및 코드 반환</w:t>
            </w:r>
          </w:p>
        </w:tc>
        <w:tc>
          <w:tcPr>
            <w:tcW w:type="dxa" w:w="680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  <w:shd w:fill="F8FBFD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5"/>
              </w:rPr>
              <w:t>□</w:t>
            </w:r>
          </w:p>
        </w:tc>
      </w:tr>
      <w:tr>
        <w:tc>
          <w:tcPr>
            <w:tcW w:type="dxa" w:w="1304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5"/>
              </w:rPr>
              <w:t>IT-05</w:t>
            </w:r>
          </w:p>
        </w:tc>
        <w:tc>
          <w:tcPr>
            <w:tcW w:type="dxa" w:w="3118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5"/>
              </w:rPr>
              <w:t>토픽 자료형 검사</w:t>
            </w:r>
          </w:p>
        </w:tc>
        <w:tc>
          <w:tcPr>
            <w:tcW w:type="dxa" w:w="4536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5"/>
              </w:rPr>
              <w:t>명세 자료형과 ros2 topic type 결과 일치</w:t>
            </w:r>
          </w:p>
        </w:tc>
        <w:tc>
          <w:tcPr>
            <w:tcW w:type="dxa" w:w="680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5"/>
              </w:rPr>
              <w:t>□</w:t>
            </w:r>
          </w:p>
        </w:tc>
      </w:tr>
      <w:tr>
        <w:tc>
          <w:tcPr>
            <w:tcW w:type="dxa" w:w="1304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  <w:shd w:fill="F8FBFD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5"/>
              </w:rPr>
              <w:t>IT-06</w:t>
            </w:r>
          </w:p>
        </w:tc>
        <w:tc>
          <w:tcPr>
            <w:tcW w:type="dxa" w:w="3118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  <w:shd w:fill="F8FBFD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5"/>
              </w:rPr>
              <w:t>QoS 호환 시험</w:t>
            </w:r>
          </w:p>
        </w:tc>
        <w:tc>
          <w:tcPr>
            <w:tcW w:type="dxa" w:w="4536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  <w:shd w:fill="F8FBFD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5"/>
              </w:rPr>
              <w:t>지도·모드 재구독 시 최신 상태 수신</w:t>
            </w:r>
          </w:p>
        </w:tc>
        <w:tc>
          <w:tcPr>
            <w:tcW w:type="dxa" w:w="680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  <w:shd w:fill="F8FBFD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5"/>
              </w:rPr>
              <w:t>□</w:t>
            </w:r>
          </w:p>
        </w:tc>
      </w:tr>
      <w:tr>
        <w:tc>
          <w:tcPr>
            <w:tcW w:type="dxa" w:w="1304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5"/>
              </w:rPr>
              <w:t>IT-07</w:t>
            </w:r>
          </w:p>
        </w:tc>
        <w:tc>
          <w:tcPr>
            <w:tcW w:type="dxa" w:w="3118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5"/>
              </w:rPr>
              <w:t>서비스 자료형 검사</w:t>
            </w:r>
          </w:p>
        </w:tc>
        <w:tc>
          <w:tcPr>
            <w:tcW w:type="dxa" w:w="4536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5"/>
              </w:rPr>
              <w:t>명세와 ros2 service type 결과 일치</w:t>
            </w:r>
          </w:p>
        </w:tc>
        <w:tc>
          <w:tcPr>
            <w:tcW w:type="dxa" w:w="680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5"/>
              </w:rPr>
              <w:t>□</w:t>
            </w:r>
          </w:p>
        </w:tc>
      </w:tr>
      <w:tr>
        <w:tc>
          <w:tcPr>
            <w:tcW w:type="dxa" w:w="1304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  <w:shd w:fill="F8FBFD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5"/>
              </w:rPr>
              <w:t>IT-08</w:t>
            </w:r>
          </w:p>
        </w:tc>
        <w:tc>
          <w:tcPr>
            <w:tcW w:type="dxa" w:w="3118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  <w:shd w:fill="F8FBFD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5"/>
              </w:rPr>
              <w:t>서비스 오류 응답 시험</w:t>
            </w:r>
          </w:p>
        </w:tc>
        <w:tc>
          <w:tcPr>
            <w:tcW w:type="dxa" w:w="4536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  <w:shd w:fill="F8FBFD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5"/>
              </w:rPr>
              <w:t>success=false, result_code, GUI 표시용 message 반환</w:t>
            </w:r>
          </w:p>
        </w:tc>
        <w:tc>
          <w:tcPr>
            <w:tcW w:type="dxa" w:w="680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  <w:shd w:fill="F8FBFD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5"/>
              </w:rPr>
              <w:t>□</w:t>
            </w:r>
          </w:p>
        </w:tc>
      </w:tr>
      <w:tr>
        <w:tc>
          <w:tcPr>
            <w:tcW w:type="dxa" w:w="1304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5"/>
              </w:rPr>
              <w:t>IT-09</w:t>
            </w:r>
          </w:p>
        </w:tc>
        <w:tc>
          <w:tcPr>
            <w:tcW w:type="dxa" w:w="3118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5"/>
              </w:rPr>
              <w:t>액션 취소 및 피드백 시험</w:t>
            </w:r>
          </w:p>
        </w:tc>
        <w:tc>
          <w:tcPr>
            <w:tcW w:type="dxa" w:w="4536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5"/>
              </w:rPr>
              <w:t>Feedback 주기 수신 및 취소 후 안전 정지</w:t>
            </w:r>
          </w:p>
        </w:tc>
        <w:tc>
          <w:tcPr>
            <w:tcW w:type="dxa" w:w="680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5"/>
              </w:rPr>
              <w:t>□</w:t>
            </w:r>
          </w:p>
        </w:tc>
      </w:tr>
      <w:tr>
        <w:tc>
          <w:tcPr>
            <w:tcW w:type="dxa" w:w="1304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  <w:shd w:fill="F8FBFD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5"/>
              </w:rPr>
              <w:t>IT-10</w:t>
            </w:r>
          </w:p>
        </w:tc>
        <w:tc>
          <w:tcPr>
            <w:tcW w:type="dxa" w:w="3118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  <w:shd w:fill="F8FBFD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5"/>
              </w:rPr>
              <w:t>순찰 경로 유효성 검사</w:t>
            </w:r>
          </w:p>
        </w:tc>
        <w:tc>
          <w:tcPr>
            <w:tcW w:type="dxa" w:w="4536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  <w:shd w:fill="F8FBFD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5"/>
              </w:rPr>
              <w:t>배열 크기 불일치 요청 거부</w:t>
            </w:r>
          </w:p>
        </w:tc>
        <w:tc>
          <w:tcPr>
            <w:tcW w:type="dxa" w:w="680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  <w:shd w:fill="F8FBFD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5"/>
              </w:rPr>
              <w:t>□</w:t>
            </w:r>
          </w:p>
        </w:tc>
      </w:tr>
      <w:tr>
        <w:tc>
          <w:tcPr>
            <w:tcW w:type="dxa" w:w="1304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5"/>
              </w:rPr>
              <w:t>IT-11</w:t>
            </w:r>
          </w:p>
        </w:tc>
        <w:tc>
          <w:tcPr>
            <w:tcW w:type="dxa" w:w="3118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5"/>
              </w:rPr>
              <w:t>시각 동기화 시험</w:t>
            </w:r>
          </w:p>
        </w:tc>
        <w:tc>
          <w:tcPr>
            <w:tcW w:type="dxa" w:w="4536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5"/>
              </w:rPr>
              <w:t>로봇 PC와 원격 PC 시간 오차 허용범위 이내</w:t>
            </w:r>
          </w:p>
        </w:tc>
        <w:tc>
          <w:tcPr>
            <w:tcW w:type="dxa" w:w="680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5"/>
              </w:rPr>
              <w:t>□</w:t>
            </w:r>
          </w:p>
        </w:tc>
      </w:tr>
      <w:tr>
        <w:tc>
          <w:tcPr>
            <w:tcW w:type="dxa" w:w="1304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  <w:shd w:fill="F8FBFD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5"/>
              </w:rPr>
              <w:t>IT-12</w:t>
            </w:r>
          </w:p>
        </w:tc>
        <w:tc>
          <w:tcPr>
            <w:tcW w:type="dxa" w:w="3118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  <w:shd w:fill="F8FBFD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5"/>
              </w:rPr>
              <w:t>원격 DDS 발견 시험</w:t>
            </w:r>
          </w:p>
        </w:tc>
        <w:tc>
          <w:tcPr>
            <w:tcW w:type="dxa" w:w="4536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  <w:shd w:fill="F8FBFD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5"/>
              </w:rPr>
              <w:t>동일 ROS_DOMAIN_ID에서 상호 발견</w:t>
            </w:r>
          </w:p>
        </w:tc>
        <w:tc>
          <w:tcPr>
            <w:tcW w:type="dxa" w:w="680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  <w:shd w:fill="F8FBFD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5"/>
              </w:rPr>
              <w:t>□</w:t>
            </w:r>
          </w:p>
        </w:tc>
      </w:tr>
      <w:tr>
        <w:tc>
          <w:tcPr>
            <w:tcW w:type="dxa" w:w="1304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5"/>
              </w:rPr>
              <w:t>IT-13</w:t>
            </w:r>
          </w:p>
        </w:tc>
        <w:tc>
          <w:tcPr>
            <w:tcW w:type="dxa" w:w="3118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5"/>
              </w:rPr>
              <w:t>로그·보고서 기록 시험</w:t>
            </w:r>
          </w:p>
        </w:tc>
        <w:tc>
          <w:tcPr>
            <w:tcW w:type="dxa" w:w="4536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5"/>
              </w:rPr>
              <w:t>필수 기록 항목과 증거 경로 저장</w:t>
            </w:r>
          </w:p>
        </w:tc>
        <w:tc>
          <w:tcPr>
            <w:tcW w:type="dxa" w:w="680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5"/>
              </w:rPr>
              <w:t>□</w:t>
            </w:r>
          </w:p>
        </w:tc>
      </w:tr>
      <w:tr>
        <w:tc>
          <w:tcPr>
            <w:tcW w:type="dxa" w:w="1304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  <w:shd w:fill="F8FBFD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5"/>
              </w:rPr>
              <w:t>IT-14</w:t>
            </w:r>
          </w:p>
        </w:tc>
        <w:tc>
          <w:tcPr>
            <w:tcW w:type="dxa" w:w="3118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  <w:shd w:fill="F8FBFD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5"/>
              </w:rPr>
              <w:t>인터페이스 버전 시험</w:t>
            </w:r>
          </w:p>
        </w:tc>
        <w:tc>
          <w:tcPr>
            <w:tcW w:type="dxa" w:w="4536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  <w:shd w:fill="F8FBFD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5"/>
              </w:rPr>
              <w:t>1.0.0 발행 및 문서와 일치</w:t>
            </w:r>
          </w:p>
        </w:tc>
        <w:tc>
          <w:tcPr>
            <w:tcW w:type="dxa" w:w="680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  <w:shd w:fill="F8FBFD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5"/>
              </w:rPr>
              <w:t>□</w:t>
            </w:r>
          </w:p>
        </w:tc>
      </w:tr>
      <w:tr>
        <w:tc>
          <w:tcPr>
            <w:tcW w:type="dxa" w:w="1304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5"/>
              </w:rPr>
              <w:t>ST-01</w:t>
            </w:r>
          </w:p>
        </w:tc>
        <w:tc>
          <w:tcPr>
            <w:tcW w:type="dxa" w:w="3118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5"/>
              </w:rPr>
              <w:t>운용 상태별 속도 제한 시험</w:t>
            </w:r>
          </w:p>
        </w:tc>
        <w:tc>
          <w:tcPr>
            <w:tcW w:type="dxa" w:w="4536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5"/>
              </w:rPr>
              <w:t>최대 선속도·각속도 초과 없음</w:t>
            </w:r>
          </w:p>
        </w:tc>
        <w:tc>
          <w:tcPr>
            <w:tcW w:type="dxa" w:w="680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5"/>
              </w:rPr>
              <w:t>□</w:t>
            </w:r>
          </w:p>
        </w:tc>
      </w:tr>
      <w:tr>
        <w:tc>
          <w:tcPr>
            <w:tcW w:type="dxa" w:w="1304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  <w:shd w:fill="F8FBFD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5"/>
              </w:rPr>
              <w:t>ST-02</w:t>
            </w:r>
          </w:p>
        </w:tc>
        <w:tc>
          <w:tcPr>
            <w:tcW w:type="dxa" w:w="3118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  <w:shd w:fill="F8FBFD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5"/>
              </w:rPr>
              <w:t>원격 조종 명령 타임아웃 시험</w:t>
            </w:r>
          </w:p>
        </w:tc>
        <w:tc>
          <w:tcPr>
            <w:tcW w:type="dxa" w:w="4536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  <w:shd w:fill="F8FBFD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5"/>
              </w:rPr>
              <w:t>0.5초 이내 정지</w:t>
            </w:r>
          </w:p>
        </w:tc>
        <w:tc>
          <w:tcPr>
            <w:tcW w:type="dxa" w:w="680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  <w:shd w:fill="F8FBFD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5"/>
              </w:rPr>
              <w:t>□</w:t>
            </w:r>
          </w:p>
        </w:tc>
      </w:tr>
      <w:tr>
        <w:tc>
          <w:tcPr>
            <w:tcW w:type="dxa" w:w="1304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5"/>
              </w:rPr>
              <w:t>ST-03</w:t>
            </w:r>
          </w:p>
        </w:tc>
        <w:tc>
          <w:tcPr>
            <w:tcW w:type="dxa" w:w="3118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5"/>
              </w:rPr>
              <w:t>Heartbeat 통신 끊김 시험</w:t>
            </w:r>
          </w:p>
        </w:tc>
        <w:tc>
          <w:tcPr>
            <w:tcW w:type="dxa" w:w="4536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5"/>
              </w:rPr>
              <w:t>3초 초과 시 GUI 끊김 표시</w:t>
            </w:r>
          </w:p>
        </w:tc>
        <w:tc>
          <w:tcPr>
            <w:tcW w:type="dxa" w:w="680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5"/>
              </w:rPr>
              <w:t>□</w:t>
            </w:r>
          </w:p>
        </w:tc>
      </w:tr>
      <w:tr>
        <w:tc>
          <w:tcPr>
            <w:tcW w:type="dxa" w:w="1304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  <w:shd w:fill="F8FBFD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5"/>
              </w:rPr>
              <w:t>ST-04</w:t>
            </w:r>
          </w:p>
        </w:tc>
        <w:tc>
          <w:tcPr>
            <w:tcW w:type="dxa" w:w="3118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  <w:shd w:fill="F8FBFD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5"/>
              </w:rPr>
              <w:t>비상정지 시험</w:t>
            </w:r>
          </w:p>
        </w:tc>
        <w:tc>
          <w:tcPr>
            <w:tcW w:type="dxa" w:w="4536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  <w:shd w:fill="F8FBFD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5"/>
              </w:rPr>
              <w:t>이동 목표 취소 및 cmd_vel 0 반복 발행</w:t>
            </w:r>
          </w:p>
        </w:tc>
        <w:tc>
          <w:tcPr>
            <w:tcW w:type="dxa" w:w="680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  <w:shd w:fill="F8FBFD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5"/>
              </w:rPr>
              <w:t>□</w:t>
            </w:r>
          </w:p>
        </w:tc>
      </w:tr>
      <w:tr>
        <w:tc>
          <w:tcPr>
            <w:tcW w:type="dxa" w:w="1304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5"/>
              </w:rPr>
              <w:t>ST-05</w:t>
            </w:r>
          </w:p>
        </w:tc>
        <w:tc>
          <w:tcPr>
            <w:tcW w:type="dxa" w:w="3118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5"/>
              </w:rPr>
              <w:t>위험 배터리 시험</w:t>
            </w:r>
          </w:p>
        </w:tc>
        <w:tc>
          <w:tcPr>
            <w:tcW w:type="dxa" w:w="4536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5"/>
              </w:rPr>
              <w:t>새 순찰 거부 및 충전 위치 복귀</w:t>
            </w:r>
          </w:p>
        </w:tc>
        <w:tc>
          <w:tcPr>
            <w:tcW w:type="dxa" w:w="680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5"/>
              </w:rPr>
              <w:t>□</w:t>
            </w:r>
          </w:p>
        </w:tc>
      </w:tr>
    </w:tbl>
    <w:p>
      <w:pPr>
        <w:spacing w:after="0"/>
      </w:pPr>
    </w:p>
    <w:p>
      <w:pPr>
        <w:pStyle w:val="Heading1"/>
        <w:keepNext/>
        <w:pBdr>
          <w:bottom w:val="single" w:sz="8" w:space="3" w:color="1F4E78"/>
        </w:pBdr>
      </w:pPr>
      <w:r>
        <w:t>부록 C. 용어 및 약어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space="0" w:color="B7B7B7"/>
          <w:left w:val="single" w:sz="4" w:space="0" w:color="B7B7B7"/>
          <w:bottom w:val="single" w:sz="4" w:space="0" w:color="B7B7B7"/>
          <w:right w:val="single" w:sz="4" w:space="0" w:color="B7B7B7"/>
          <w:insideH w:val="single" w:sz="4" w:space="0" w:color="B7B7B7"/>
          <w:insideV w:val="single" w:sz="4" w:space="0" w:color="B7B7B7"/>
        </w:tblBorders>
      </w:tblPr>
      <w:tblGrid>
        <w:gridCol w:w="5103"/>
        <w:gridCol w:w="5103"/>
      </w:tblGrid>
      <w:tr>
        <w:trPr>
          <w:tblHeader w:val="true"/>
        </w:trPr>
        <w:tc>
          <w:tcPr>
            <w:tcW w:type="dxa" w:w="2268"/>
            <w:shd w:fill="1F4E78"/>
            <w:tcMar>
              <w:top w:w="80" w:type="dxa"/>
              <w:start w:w="70" w:type="dxa"/>
              <w:bottom w:w="80" w:type="dxa"/>
              <w:end w:w="7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Noto Sans CJK KR" w:hAnsi="Noto Sans CJK KR" w:eastAsia="Noto Sans CJK KR"/>
                <w:b/>
                <w:color w:val="FFFFFF"/>
                <w:sz w:val="16"/>
              </w:rPr>
              <w:t>용어/약어</w:t>
            </w:r>
          </w:p>
        </w:tc>
        <w:tc>
          <w:tcPr>
            <w:tcW w:type="dxa" w:w="7371"/>
            <w:shd w:fill="1F4E78"/>
            <w:tcMar>
              <w:top w:w="80" w:type="dxa"/>
              <w:start w:w="70" w:type="dxa"/>
              <w:bottom w:w="80" w:type="dxa"/>
              <w:end w:w="7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Noto Sans CJK KR" w:hAnsi="Noto Sans CJK KR" w:eastAsia="Noto Sans CJK KR"/>
                <w:b/>
                <w:color w:val="FFFFFF"/>
                <w:sz w:val="16"/>
              </w:rPr>
              <w:t>정의</w:t>
            </w:r>
          </w:p>
        </w:tc>
      </w:tr>
      <w:tr>
        <w:tc>
          <w:tcPr>
            <w:tcW w:type="dxa" w:w="2268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8"/>
              </w:rPr>
              <w:t>ROS 2</w:t>
            </w:r>
          </w:p>
        </w:tc>
        <w:tc>
          <w:tcPr>
            <w:tcW w:type="dxa" w:w="7371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8"/>
              </w:rPr>
              <w:t>Robot Operating System 2</w:t>
            </w:r>
          </w:p>
        </w:tc>
      </w:tr>
      <w:tr>
        <w:tc>
          <w:tcPr>
            <w:tcW w:type="dxa" w:w="2268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  <w:shd w:fill="F8FBFD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8"/>
              </w:rPr>
              <w:t>DDS</w:t>
            </w:r>
          </w:p>
        </w:tc>
        <w:tc>
          <w:tcPr>
            <w:tcW w:type="dxa" w:w="7371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  <w:shd w:fill="F8FBFD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8"/>
              </w:rPr>
              <w:t>Data Distribution Service</w:t>
            </w:r>
          </w:p>
        </w:tc>
      </w:tr>
      <w:tr>
        <w:tc>
          <w:tcPr>
            <w:tcW w:type="dxa" w:w="2268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8"/>
              </w:rPr>
              <w:t>Nav2</w:t>
            </w:r>
          </w:p>
        </w:tc>
        <w:tc>
          <w:tcPr>
            <w:tcW w:type="dxa" w:w="7371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8"/>
              </w:rPr>
              <w:t>ROS 2 Navigation Stack</w:t>
            </w:r>
          </w:p>
        </w:tc>
      </w:tr>
      <w:tr>
        <w:tc>
          <w:tcPr>
            <w:tcW w:type="dxa" w:w="2268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  <w:shd w:fill="F8FBFD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8"/>
              </w:rPr>
              <w:t>SLAM</w:t>
            </w:r>
          </w:p>
        </w:tc>
        <w:tc>
          <w:tcPr>
            <w:tcW w:type="dxa" w:w="7371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  <w:shd w:fill="F8FBFD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8"/>
              </w:rPr>
              <w:t>Simultaneous Localization and Mapping</w:t>
            </w:r>
          </w:p>
        </w:tc>
      </w:tr>
      <w:tr>
        <w:tc>
          <w:tcPr>
            <w:tcW w:type="dxa" w:w="2268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8"/>
              </w:rPr>
              <w:t>AMCL</w:t>
            </w:r>
          </w:p>
        </w:tc>
        <w:tc>
          <w:tcPr>
            <w:tcW w:type="dxa" w:w="7371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8"/>
              </w:rPr>
              <w:t>Adaptive Monte Carlo Localization</w:t>
            </w:r>
          </w:p>
        </w:tc>
      </w:tr>
      <w:tr>
        <w:tc>
          <w:tcPr>
            <w:tcW w:type="dxa" w:w="2268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  <w:shd w:fill="F8FBFD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8"/>
              </w:rPr>
              <w:t>QoS</w:t>
            </w:r>
          </w:p>
        </w:tc>
        <w:tc>
          <w:tcPr>
            <w:tcW w:type="dxa" w:w="7371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  <w:shd w:fill="F8FBFD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8"/>
              </w:rPr>
              <w:t>Quality of Service</w:t>
            </w:r>
          </w:p>
        </w:tc>
      </w:tr>
      <w:tr>
        <w:tc>
          <w:tcPr>
            <w:tcW w:type="dxa" w:w="2268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8"/>
              </w:rPr>
              <w:t>TF</w:t>
            </w:r>
          </w:p>
        </w:tc>
        <w:tc>
          <w:tcPr>
            <w:tcW w:type="dxa" w:w="7371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8"/>
              </w:rPr>
              <w:t>좌표계 변환 프레임워크</w:t>
            </w:r>
          </w:p>
        </w:tc>
      </w:tr>
      <w:tr>
        <w:tc>
          <w:tcPr>
            <w:tcW w:type="dxa" w:w="2268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  <w:shd w:fill="F8FBFD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8"/>
              </w:rPr>
              <w:t>GUI</w:t>
            </w:r>
          </w:p>
        </w:tc>
        <w:tc>
          <w:tcPr>
            <w:tcW w:type="dxa" w:w="7371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  <w:shd w:fill="F8FBFD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8"/>
              </w:rPr>
              <w:t>Graphical User Interface</w:t>
            </w:r>
          </w:p>
        </w:tc>
      </w:tr>
      <w:tr>
        <w:tc>
          <w:tcPr>
            <w:tcW w:type="dxa" w:w="2268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8"/>
              </w:rPr>
              <w:t>NTP</w:t>
            </w:r>
          </w:p>
        </w:tc>
        <w:tc>
          <w:tcPr>
            <w:tcW w:type="dxa" w:w="7371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8"/>
              </w:rPr>
              <w:t>Network Time Protocol</w:t>
            </w:r>
          </w:p>
        </w:tc>
      </w:tr>
      <w:tr>
        <w:tc>
          <w:tcPr>
            <w:tcW w:type="dxa" w:w="2268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  <w:shd w:fill="F8FBFD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8"/>
              </w:rPr>
              <w:t>Chrony</w:t>
            </w:r>
          </w:p>
        </w:tc>
        <w:tc>
          <w:tcPr>
            <w:tcW w:type="dxa" w:w="7371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  <w:shd w:fill="F8FBFD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8"/>
              </w:rPr>
              <w:t>시스템 시간 동기화 소프트웨어</w:t>
            </w:r>
          </w:p>
        </w:tc>
      </w:tr>
      <w:tr>
        <w:tc>
          <w:tcPr>
            <w:tcW w:type="dxa" w:w="2268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8"/>
              </w:rPr>
              <w:t>E-Stop</w:t>
            </w:r>
          </w:p>
        </w:tc>
        <w:tc>
          <w:tcPr>
            <w:tcW w:type="dxa" w:w="7371"/>
            <w:tcMar>
              <w:top w:w="70" w:type="dxa"/>
              <w:start w:w="65" w:type="dxa"/>
              <w:bottom w:w="70" w:type="dxa"/>
              <w:end w:w="65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sz w:val="18"/>
              </w:rPr>
              <w:t>Emergency Stop, 비상정지</w:t>
            </w:r>
          </w:p>
        </w:tc>
      </w:tr>
    </w:tbl>
    <w:p>
      <w:pPr>
        <w:spacing w:after="0"/>
      </w:pPr>
    </w:p>
    <w:p>
      <w:pPr>
        <w:pStyle w:val="Heading1"/>
        <w:keepNext/>
        <w:pBdr>
          <w:bottom w:val="single" w:sz="8" w:space="3" w:color="1F4E78"/>
        </w:pBdr>
      </w:pPr>
      <w:r>
        <w:t>부록 D. 문서 종료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space="0" w:color="9EADBA"/>
          <w:left w:val="single" w:sz="4" w:space="0" w:color="9EADBA"/>
          <w:bottom w:val="single" w:sz="4" w:space="0" w:color="9EADBA"/>
          <w:right w:val="single" w:sz="4" w:space="0" w:color="9EADBA"/>
          <w:insideH w:val="single" w:sz="4" w:space="0" w:color="9EADBA"/>
          <w:insideV w:val="single" w:sz="4" w:space="0" w:color="9EADBA"/>
        </w:tblBorders>
      </w:tblPr>
      <w:tblGrid>
        <w:gridCol w:w="5103"/>
        <w:gridCol w:w="5103"/>
      </w:tblGrid>
      <w:tr>
        <w:tc>
          <w:tcPr>
            <w:tcW w:type="dxa" w:w="1247"/>
            <w:shd w:fill="E2F0D9"/>
            <w:tcMar>
              <w:top w:w="100" w:type="dxa"/>
              <w:start w:w="100" w:type="dxa"/>
              <w:bottom w:w="100" w:type="dxa"/>
              <w:end w:w="100" w:type="dxa"/>
            </w:tcMar>
            <w:vAlign w:val="center"/>
          </w:tcPr>
          <w:p>
            <w:pPr>
              <w:jc w:val="center"/>
            </w:pPr>
            <w:r>
              <w:rPr>
                <w:rFonts w:ascii="Noto Sans CJK KR" w:hAnsi="Noto Sans CJK KR" w:eastAsia="Noto Sans CJK KR"/>
                <w:b/>
                <w:color w:val="2E7D32"/>
                <w:sz w:val="18"/>
              </w:rPr>
              <w:t>END OF DOCUMENT</w:t>
            </w:r>
          </w:p>
        </w:tc>
        <w:tc>
          <w:tcPr>
            <w:tcW w:type="dxa" w:w="8391"/>
            <w:shd w:fill="FFFFFF"/>
            <w:tcMar>
              <w:top w:w="100" w:type="dxa"/>
              <w:start w:w="100" w:type="dxa"/>
              <w:bottom w:w="100" w:type="dxa"/>
              <w:end w:w="100" w:type="dxa"/>
            </w:tcMar>
            <w:vAlign w:val="center"/>
          </w:tcPr>
          <w:p>
            <w:r>
              <w:rPr>
                <w:rFonts w:ascii="Noto Sans CJK KR" w:hAnsi="Noto Sans CJK KR" w:eastAsia="Noto Sans CJK KR"/>
                <w:sz w:val="18"/>
              </w:rPr>
              <w:t>HS-OR-IRS-001 / Version 1.0.0 / 휴머노이드시스템 (HumanoidSystem)</w:t>
            </w:r>
          </w:p>
        </w:tc>
      </w:tr>
    </w:tbl>
    <w:p>
      <w:pPr>
        <w:spacing w:after="0"/>
      </w:pPr>
    </w:p>
    <w:sectPr w:rsidR="00FC693F" w:rsidRPr="0006063C" w:rsidSect="00034616">
      <w:headerReference w:type="default" r:id="rId9"/>
      <w:footerReference w:type="default" r:id="rId10"/>
      <w:pgSz w:w="11906" w:h="16838"/>
      <w:pgMar w:top="850" w:right="850" w:bottom="850" w:left="850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tabs>
        <w:tab w:pos="9638" w:val="right"/>
      </w:tabs>
      <w:jc w:val="left"/>
    </w:pPr>
    <w:r>
      <w:rPr>
        <w:rFonts w:ascii="Noto Sans CJK KR" w:hAnsi="Noto Sans CJK KR" w:eastAsia="Noto Sans CJK KR"/>
        <w:color w:val="666666"/>
        <w:sz w:val="16"/>
      </w:rPr>
      <w:t>휴머노이드시스템 | HumanoidSystem   ·   내부용</w:t>
    </w:r>
    <w:r>
      <w:tab/>
    </w:r>
    <w:r>
      <w:fldChar w:fldCharType="begin"/>
      <w:instrText xml:space="preserve">PAGE</w:instrText>
      <w:fldChar w:fldCharType="separate"/>
      <w:t> </w:t>
      <w:fldChar w:fldCharType="end"/>
    </w:r>
    <w:r>
      <w:t xml:space="preserve"> / </w:t>
    </w:r>
    <w:r>
      <w:fldChar w:fldCharType="begin"/>
      <w:instrText xml:space="preserve">NUMPAGES</w:instrText>
      <w:fldChar w:fldCharType="separate"/>
      <w:t> </w: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auto" w:w="0"/>
      <w:jc w:val="center"/>
      <w:tblLayout w:type="fixed"/>
      <w:tblLook w:firstColumn="1" w:firstRow="1" w:lastColumn="0" w:lastRow="0" w:noHBand="0" w:noVBand="1" w:val="04A0"/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</w:tblPr>
    <w:tblGrid>
      <w:gridCol w:w="3402"/>
      <w:gridCol w:w="3402"/>
      <w:gridCol w:w="3402"/>
    </w:tblGrid>
    <w:tr>
      <w:tc>
        <w:tcPr>
          <w:tcW w:type="dxa" w:w="1701"/>
          <w:tcMar>
            <w:top w:w="20" w:type="dxa"/>
            <w:start w:w="30" w:type="dxa"/>
            <w:bottom w:w="20" w:type="dxa"/>
            <w:end w:w="30" w:type="dxa"/>
          </w:tcMar>
        </w:tcPr>
        <w:p>
          <w:pPr>
            <w:jc w:val="left"/>
          </w:pPr>
          <w:r>
            <w:drawing>
              <wp:inline xmlns:a="http://schemas.openxmlformats.org/drawingml/2006/main" xmlns:pic="http://schemas.openxmlformats.org/drawingml/2006/picture">
                <wp:extent cx="792000" cy="594000"/>
                <wp:docPr id="1" name="Picture 1" descr="Image: item1.xml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HumanoidSystem CI(4).jp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92000" cy="594000"/>
                        </a:xfrm>
                        <a:prstGeom prst="rect"/>
                      </pic:spPr>
                    </pic:pic>
                  </a:graphicData>
                </a:graphic>
              </wp:inline>
            </w:drawing>
          </w:r>
        </w:p>
      </w:tc>
      <w:tc>
        <w:tcPr>
          <w:tcW w:type="dxa" w:w="5953"/>
          <w:tcMar>
            <w:top w:w="20" w:type="dxa"/>
            <w:start w:w="30" w:type="dxa"/>
            <w:bottom w:w="20" w:type="dxa"/>
            <w:end w:w="30" w:type="dxa"/>
          </w:tcMar>
        </w:tcPr>
        <w:p>
          <w:pPr>
            <w:jc w:val="center"/>
          </w:pPr>
          <w:r>
            <w:rPr>
              <w:rFonts w:ascii="NanumSquare" w:hAnsi="NanumSquare" w:eastAsia="NanumSquare"/>
              <w:b/>
              <w:color w:val="1F4E78"/>
              <w:sz w:val="17"/>
            </w:rPr>
            <w:t>사무실 안내·순찰 로봇 ROS 2 인터페이스 명세서</w:t>
          </w:r>
        </w:p>
      </w:tc>
      <w:tc>
        <w:tcPr>
          <w:tcW w:type="dxa" w:w="2551"/>
          <w:tcMar>
            <w:top w:w="20" w:type="dxa"/>
            <w:start w:w="30" w:type="dxa"/>
            <w:bottom w:w="20" w:type="dxa"/>
            <w:end w:w="30" w:type="dxa"/>
          </w:tcMar>
        </w:tcPr>
        <w:p>
          <w:pPr>
            <w:jc w:val="right"/>
          </w:pPr>
          <w:r>
            <w:rPr>
              <w:rFonts w:ascii="Noto Sans CJK KR" w:hAnsi="Noto Sans CJK KR" w:eastAsia="Noto Sans CJK KR"/>
              <w:b/>
              <w:sz w:val="16"/>
            </w:rPr>
            <w:t>HS-OR-IRS-001</w:t>
            <w:br/>
            <w:t>Ver. 1.0.0</w:t>
          </w:r>
        </w:p>
      </w:tc>
    </w:tr>
  </w:tbl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  <w:updateFields w:val="tru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80" w:line="312" w:lineRule="auto"/>
    </w:pPr>
    <w:rPr>
      <w:rFonts w:ascii="Noto Sans CJK KR" w:hAnsi="Noto Sans CJK KR" w:eastAsia="Noto Sans CJK KR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80" w:after="120"/>
      <w:outlineLvl w:val="0"/>
    </w:pPr>
    <w:rPr>
      <w:rFonts w:asciiTheme="majorHAnsi" w:eastAsiaTheme="majorEastAsia" w:hAnsiTheme="majorHAnsi" w:cstheme="majorBidi" w:ascii="NanumSquare" w:hAnsi="NanumSquare" w:eastAsia="NanumSquare"/>
      <w:b/>
      <w:bCs/>
      <w:color w:val="1F4E78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80"/>
      <w:outlineLvl w:val="1"/>
    </w:pPr>
    <w:rPr>
      <w:rFonts w:asciiTheme="majorHAnsi" w:eastAsiaTheme="majorEastAsia" w:hAnsiTheme="majorHAnsi" w:cstheme="majorBidi" w:ascii="NanumSquare" w:hAnsi="NanumSquare" w:eastAsia="NanumSquare"/>
      <w:b/>
      <w:bCs/>
      <w:color w:val="2F5597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40" w:after="60"/>
      <w:outlineLvl w:val="2"/>
    </w:pPr>
    <w:rPr>
      <w:rFonts w:asciiTheme="majorHAnsi" w:eastAsiaTheme="majorEastAsia" w:hAnsiTheme="majorHAnsi" w:cstheme="majorBidi" w:ascii="NanumSquare" w:hAnsi="NanumSquare" w:eastAsia="NanumSquare"/>
      <w:b/>
      <w:bCs/>
      <w:color w:val="222222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100" w:after="40"/>
      <w:outlineLvl w:val="3"/>
    </w:pPr>
    <w:rPr>
      <w:rFonts w:asciiTheme="majorHAnsi" w:eastAsiaTheme="majorEastAsia" w:hAnsiTheme="majorHAnsi" w:cstheme="majorBidi" w:ascii="NanumSquare" w:hAnsi="NanumSquare" w:eastAsia="NanumSquare"/>
      <w:b/>
      <w:bCs/>
      <w:i/>
      <w:iCs/>
      <w:color w:val="222222"/>
      <w:sz w:val="2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pBdr>
        <w:bottom w:val="single" w:sz="8" w:space="4" w:color="4F81BD" w:themeColor="accent1"/>
      </w:pBdr>
      <w:spacing w:after="160" w:line="240" w:lineRule="auto" w:before="0"/>
      <w:contextualSpacing/>
    </w:pPr>
    <w:rPr>
      <w:rFonts w:asciiTheme="majorHAnsi" w:eastAsiaTheme="majorEastAsia" w:hAnsiTheme="majorHAnsi" w:cstheme="majorBidi" w:ascii="NanumSquare" w:hAnsi="NanumSquare" w:eastAsia="NanumSquare"/>
      <w:b/>
      <w:color w:val="1F4E78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keepNext/>
      <w:numPr>
        <w:ilvl w:val="1"/>
      </w:numPr>
      <w:spacing w:before="0" w:after="80"/>
    </w:pPr>
    <w:rPr>
      <w:rFonts w:asciiTheme="majorHAnsi" w:eastAsiaTheme="majorEastAsia" w:hAnsiTheme="majorHAnsi" w:cstheme="majorBidi" w:ascii="NanumSquare" w:hAnsi="NanumSquare" w:eastAsia="NanumSquare"/>
      <w:b/>
      <w:i/>
      <w:iCs/>
      <w:color w:val="222222"/>
      <w:spacing w:val="15"/>
      <w:sz w:val="26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  <w:rPr>
      <w:rFonts w:ascii="Noto Sans CJK KR" w:hAnsi="Noto Sans CJK KR" w:eastAsia="Noto Sans CJK KR"/>
      <w:sz w:val="19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  <w:rPr>
      <w:rFonts w:ascii="Noto Sans CJK KR" w:hAnsi="Noto Sans CJK KR" w:eastAsia="Noto Sans CJK KR"/>
      <w:sz w:val="19"/>
    </w:r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  <w:rPr>
      <w:rFonts w:ascii="Noto Sans CJK KR" w:hAnsi="Noto Sans CJK KR" w:eastAsia="Noto Sans CJK KR"/>
      <w:sz w:val="19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jpg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사무실 안내·순찰 로봇 ROS 2 인터페이스 명세서</dc:title>
  <dc:subject>TurtleBot3 Burger 기반 사무실 안내·순찰 로봇 ROS 2 인터페이스 요구사항 및 명세</dc:subject>
  <dc:creator>휴머노이드시스템 (HumanoidSystem)</dc:creator>
  <cp:keywords>ROS 2, TurtleBot3, 사무실 로봇, 안내 로봇, 순찰 로봇, 인터페이스 명세</cp:keywords>
  <dc:description>HS-OR-IRS-001, Version 1.0.0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